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6BA2" w14:textId="77777777" w:rsidR="00BA157B" w:rsidRPr="00C736F0" w:rsidRDefault="00000000">
      <w:pPr>
        <w:jc w:val="center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ZAŁĄCZNIK NR 2 DO SWZ</w:t>
      </w:r>
    </w:p>
    <w:p w14:paraId="2D0DF3B4" w14:textId="77777777" w:rsidR="00BA157B" w:rsidRPr="00C736F0" w:rsidRDefault="00000000">
      <w:pPr>
        <w:jc w:val="center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OŚWIADCZENIE WYKONAWCY</w:t>
      </w:r>
    </w:p>
    <w:p w14:paraId="0B4B0FAB" w14:textId="77777777" w:rsidR="00BA157B" w:rsidRPr="00C736F0" w:rsidRDefault="00000000">
      <w:pPr>
        <w:jc w:val="center"/>
        <w:rPr>
          <w:bCs/>
          <w:sz w:val="24"/>
          <w:szCs w:val="24"/>
          <w:lang w:val="pl-PL"/>
        </w:rPr>
      </w:pPr>
      <w:r w:rsidRPr="00C736F0">
        <w:rPr>
          <w:bCs/>
          <w:i/>
          <w:sz w:val="24"/>
          <w:szCs w:val="24"/>
          <w:lang w:val="pl-PL"/>
        </w:rPr>
        <w:t>składane na podstawie art. 125 ust. 1 ustawy z dnia 11 września 2019 r. – Prawo zamówień publicznych</w:t>
      </w:r>
    </w:p>
    <w:p w14:paraId="59A4CD57" w14:textId="77777777" w:rsidR="00BA157B" w:rsidRPr="00C736F0" w:rsidRDefault="00000000">
      <w:pPr>
        <w:jc w:val="center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dotyczące postępowania pn.:</w:t>
      </w:r>
      <w:r w:rsidRPr="00C736F0">
        <w:rPr>
          <w:bCs/>
          <w:sz w:val="24"/>
          <w:szCs w:val="24"/>
          <w:lang w:val="pl-PL"/>
        </w:rPr>
        <w:br/>
        <w:t>„Remont 8 lokali mieszkalnych we Włocławku na potrzeby Społecznej Agencji Najmu”</w:t>
      </w:r>
    </w:p>
    <w:p w14:paraId="2266619E" w14:textId="77777777" w:rsidR="00BA157B" w:rsidRPr="00C736F0" w:rsidRDefault="00000000">
      <w:pPr>
        <w:jc w:val="center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Nr postępowania: ............................................................</w:t>
      </w:r>
    </w:p>
    <w:p w14:paraId="4CBBAA29" w14:textId="77777777" w:rsidR="00BA157B" w:rsidRPr="00C736F0" w:rsidRDefault="00000000">
      <w:pPr>
        <w:spacing w:before="120" w:after="60"/>
        <w:rPr>
          <w:b/>
          <w:color w:val="000000" w:themeColor="text1"/>
          <w:sz w:val="24"/>
          <w:szCs w:val="24"/>
          <w:lang w:val="pl-PL"/>
        </w:rPr>
      </w:pPr>
      <w:r w:rsidRPr="00C736F0">
        <w:rPr>
          <w:b/>
          <w:color w:val="000000" w:themeColor="text1"/>
          <w:sz w:val="24"/>
          <w:szCs w:val="24"/>
          <w:lang w:val="pl-PL"/>
        </w:rPr>
        <w:t>I. DANE WYKONAWCY</w:t>
      </w:r>
    </w:p>
    <w:p w14:paraId="567BD6D6" w14:textId="77777777" w:rsidR="00BA157B" w:rsidRPr="00C736F0" w:rsidRDefault="00000000">
      <w:pPr>
        <w:spacing w:after="40"/>
        <w:ind w:left="170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Nazwa / firma Wykonawcy:  ............................................................................................................................</w:t>
      </w:r>
    </w:p>
    <w:p w14:paraId="67EDB7D1" w14:textId="77777777" w:rsidR="00BA157B" w:rsidRPr="00C736F0" w:rsidRDefault="00000000">
      <w:pPr>
        <w:spacing w:after="40"/>
        <w:ind w:left="170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Adres siedziby / miejsca prowadzenia działalności:  ............................................................................................................................</w:t>
      </w:r>
    </w:p>
    <w:p w14:paraId="25B1B23B" w14:textId="77777777" w:rsidR="00BA157B" w:rsidRPr="00C736F0" w:rsidRDefault="00000000">
      <w:pPr>
        <w:spacing w:after="40"/>
        <w:ind w:left="170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NIP:  ............................................................................................................................</w:t>
      </w:r>
    </w:p>
    <w:p w14:paraId="2D0F4B17" w14:textId="77777777" w:rsidR="00BA157B" w:rsidRPr="00C736F0" w:rsidRDefault="00000000">
      <w:pPr>
        <w:spacing w:after="40"/>
        <w:ind w:left="170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REGON:  ............................................................................................................................</w:t>
      </w:r>
    </w:p>
    <w:p w14:paraId="3EC07A09" w14:textId="77777777" w:rsidR="00BA157B" w:rsidRPr="00C736F0" w:rsidRDefault="00000000">
      <w:pPr>
        <w:spacing w:before="120" w:after="60"/>
        <w:rPr>
          <w:b/>
          <w:color w:val="000000" w:themeColor="text1"/>
          <w:sz w:val="24"/>
          <w:szCs w:val="24"/>
          <w:lang w:val="pl-PL"/>
        </w:rPr>
      </w:pPr>
      <w:r w:rsidRPr="00C736F0">
        <w:rPr>
          <w:b/>
          <w:color w:val="000000" w:themeColor="text1"/>
          <w:sz w:val="24"/>
          <w:szCs w:val="24"/>
          <w:lang w:val="pl-PL"/>
        </w:rPr>
        <w:t>II. OŚWIADCZENIE O BRAKU PODSTAW WYKLUCZENIA</w:t>
      </w:r>
    </w:p>
    <w:p w14:paraId="79168C73" w14:textId="77777777" w:rsidR="00BA157B" w:rsidRPr="00C736F0" w:rsidRDefault="00000000">
      <w:pPr>
        <w:jc w:val="both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Oświadczam, że na dzień składania ofert wobec Wykonawcy nie zachodzą podstawy wykluczenia z postępowania określone w art. 108 ust. 1 ustawy Prawo zamówień publicznych.</w:t>
      </w:r>
    </w:p>
    <w:p w14:paraId="7117082B" w14:textId="77777777" w:rsidR="00BA157B" w:rsidRPr="00C736F0" w:rsidRDefault="00000000">
      <w:pPr>
        <w:spacing w:before="120" w:after="60"/>
        <w:rPr>
          <w:b/>
          <w:color w:val="000000" w:themeColor="text1"/>
          <w:sz w:val="24"/>
          <w:szCs w:val="24"/>
          <w:lang w:val="pl-PL"/>
        </w:rPr>
      </w:pPr>
      <w:r w:rsidRPr="00C736F0">
        <w:rPr>
          <w:b/>
          <w:color w:val="000000" w:themeColor="text1"/>
          <w:sz w:val="24"/>
          <w:szCs w:val="24"/>
          <w:lang w:val="pl-PL"/>
        </w:rPr>
        <w:t>III. OŚWIADCZENIE DOTYCZĄCE USTAWY SANKCYJNEJ</w:t>
      </w:r>
    </w:p>
    <w:p w14:paraId="1BA14525" w14:textId="77777777" w:rsidR="00BA157B" w:rsidRPr="00C736F0" w:rsidRDefault="00000000">
      <w:pPr>
        <w:jc w:val="both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Oświadczam, że wobec Wykonawcy nie zachodzą 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7EE8E4B6" w14:textId="6F24DE95" w:rsidR="00C736F0" w:rsidRPr="00C736F0" w:rsidRDefault="00C736F0" w:rsidP="008F0E2F">
      <w:pPr>
        <w:spacing w:before="120" w:after="60"/>
        <w:rPr>
          <w:bCs/>
          <w:color w:val="000000" w:themeColor="text1"/>
          <w:sz w:val="24"/>
          <w:szCs w:val="24"/>
          <w:lang w:val="pl-PL"/>
        </w:rPr>
      </w:pPr>
      <w:r w:rsidRPr="00C736F0">
        <w:rPr>
          <w:b/>
          <w:color w:val="000000" w:themeColor="text1"/>
          <w:sz w:val="24"/>
          <w:szCs w:val="24"/>
          <w:lang w:val="pl-PL"/>
        </w:rPr>
        <w:t>IV. INFORMACJA DOTYCZĄCA CERTYFIKACJI WYKONAWCY</w:t>
      </w:r>
      <w:r w:rsidRPr="00C736F0">
        <w:rPr>
          <w:b/>
          <w:color w:val="000000" w:themeColor="text1"/>
          <w:sz w:val="24"/>
          <w:szCs w:val="24"/>
          <w:lang w:val="pl-PL"/>
        </w:rPr>
        <w:br/>
      </w:r>
      <w:r w:rsidRPr="00C736F0">
        <w:rPr>
          <w:rFonts w:ascii="Segoe UI Symbol" w:hAnsi="Segoe UI Symbol" w:cs="Segoe UI Symbol"/>
          <w:bCs/>
          <w:color w:val="000000" w:themeColor="text1"/>
          <w:sz w:val="24"/>
          <w:szCs w:val="24"/>
          <w:lang w:val="pl-PL"/>
        </w:rPr>
        <w:t>☐</w:t>
      </w:r>
      <w:r w:rsidRPr="00C736F0">
        <w:rPr>
          <w:bCs/>
          <w:color w:val="000000" w:themeColor="text1"/>
          <w:sz w:val="24"/>
          <w:szCs w:val="24"/>
          <w:lang w:val="pl-PL"/>
        </w:rPr>
        <w:t xml:space="preserve"> Wykonawca nie pos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ł</w:t>
      </w:r>
      <w:r w:rsidRPr="00C736F0">
        <w:rPr>
          <w:bCs/>
          <w:color w:val="000000" w:themeColor="text1"/>
          <w:sz w:val="24"/>
          <w:szCs w:val="24"/>
          <w:lang w:val="pl-PL"/>
        </w:rPr>
        <w:t>uguje si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ę</w:t>
      </w:r>
      <w:r w:rsidRPr="00C736F0">
        <w:rPr>
          <w:bCs/>
          <w:color w:val="000000" w:themeColor="text1"/>
          <w:sz w:val="24"/>
          <w:szCs w:val="24"/>
          <w:lang w:val="pl-PL"/>
        </w:rPr>
        <w:t xml:space="preserve"> w niniejszym post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ę</w:t>
      </w:r>
      <w:r w:rsidRPr="00C736F0">
        <w:rPr>
          <w:bCs/>
          <w:color w:val="000000" w:themeColor="text1"/>
          <w:sz w:val="24"/>
          <w:szCs w:val="24"/>
          <w:lang w:val="pl-PL"/>
        </w:rPr>
        <w:t>powaniu certyfikatem wykonawcy zam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ó</w:t>
      </w:r>
      <w:r w:rsidRPr="00C736F0">
        <w:rPr>
          <w:bCs/>
          <w:color w:val="000000" w:themeColor="text1"/>
          <w:sz w:val="24"/>
          <w:szCs w:val="24"/>
          <w:lang w:val="pl-PL"/>
        </w:rPr>
        <w:t>wie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ń</w:t>
      </w:r>
      <w:r w:rsidRPr="00C736F0">
        <w:rPr>
          <w:bCs/>
          <w:color w:val="000000" w:themeColor="text1"/>
          <w:sz w:val="24"/>
          <w:szCs w:val="24"/>
          <w:lang w:val="pl-PL"/>
        </w:rPr>
        <w:t xml:space="preserve"> publicznych.</w:t>
      </w:r>
      <w:r w:rsidRPr="00C736F0">
        <w:rPr>
          <w:bCs/>
          <w:color w:val="000000" w:themeColor="text1"/>
          <w:sz w:val="24"/>
          <w:szCs w:val="24"/>
          <w:lang w:val="pl-PL"/>
        </w:rPr>
        <w:br/>
      </w:r>
      <w:r w:rsidRPr="00C736F0">
        <w:rPr>
          <w:rFonts w:ascii="Segoe UI Symbol" w:hAnsi="Segoe UI Symbol" w:cs="Segoe UI Symbol"/>
          <w:bCs/>
          <w:color w:val="000000" w:themeColor="text1"/>
          <w:sz w:val="24"/>
          <w:szCs w:val="24"/>
          <w:lang w:val="pl-PL"/>
        </w:rPr>
        <w:t>☐</w:t>
      </w:r>
      <w:r w:rsidRPr="00C736F0">
        <w:rPr>
          <w:bCs/>
          <w:color w:val="000000" w:themeColor="text1"/>
          <w:sz w:val="24"/>
          <w:szCs w:val="24"/>
          <w:lang w:val="pl-PL"/>
        </w:rPr>
        <w:t xml:space="preserve"> Wykonawca pos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ł</w:t>
      </w:r>
      <w:r w:rsidRPr="00C736F0">
        <w:rPr>
          <w:bCs/>
          <w:color w:val="000000" w:themeColor="text1"/>
          <w:sz w:val="24"/>
          <w:szCs w:val="24"/>
          <w:lang w:val="pl-PL"/>
        </w:rPr>
        <w:t>uguje si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ę</w:t>
      </w:r>
      <w:r w:rsidRPr="00C736F0">
        <w:rPr>
          <w:bCs/>
          <w:color w:val="000000" w:themeColor="text1"/>
          <w:sz w:val="24"/>
          <w:szCs w:val="24"/>
          <w:lang w:val="pl-PL"/>
        </w:rPr>
        <w:t xml:space="preserve"> w niniejszym post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ę</w:t>
      </w:r>
      <w:r w:rsidRPr="00C736F0">
        <w:rPr>
          <w:bCs/>
          <w:color w:val="000000" w:themeColor="text1"/>
          <w:sz w:val="24"/>
          <w:szCs w:val="24"/>
          <w:lang w:val="pl-PL"/>
        </w:rPr>
        <w:t>powaniu wa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ż</w:t>
      </w:r>
      <w:r w:rsidRPr="00C736F0">
        <w:rPr>
          <w:bCs/>
          <w:color w:val="000000" w:themeColor="text1"/>
          <w:sz w:val="24"/>
          <w:szCs w:val="24"/>
          <w:lang w:val="pl-PL"/>
        </w:rPr>
        <w:t>nym certyfikatem wykonawcy zam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ó</w:t>
      </w:r>
      <w:r w:rsidRPr="00C736F0">
        <w:rPr>
          <w:bCs/>
          <w:color w:val="000000" w:themeColor="text1"/>
          <w:sz w:val="24"/>
          <w:szCs w:val="24"/>
          <w:lang w:val="pl-PL"/>
        </w:rPr>
        <w:t>wie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ń</w:t>
      </w:r>
      <w:r w:rsidRPr="00C736F0">
        <w:rPr>
          <w:bCs/>
          <w:color w:val="000000" w:themeColor="text1"/>
          <w:sz w:val="24"/>
          <w:szCs w:val="24"/>
          <w:lang w:val="pl-PL"/>
        </w:rPr>
        <w:t xml:space="preserve"> publicznych, obejmuj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ą</w:t>
      </w:r>
      <w:r w:rsidRPr="00C736F0">
        <w:rPr>
          <w:bCs/>
          <w:color w:val="000000" w:themeColor="text1"/>
          <w:sz w:val="24"/>
          <w:szCs w:val="24"/>
          <w:lang w:val="pl-PL"/>
        </w:rPr>
        <w:t>cym brak podstaw wykluczenia w zakresie maj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ą</w:t>
      </w:r>
      <w:r w:rsidRPr="00C736F0">
        <w:rPr>
          <w:bCs/>
          <w:color w:val="000000" w:themeColor="text1"/>
          <w:sz w:val="24"/>
          <w:szCs w:val="24"/>
          <w:lang w:val="pl-PL"/>
        </w:rPr>
        <w:t>cym zastosowanie w niniejszym post</w:t>
      </w:r>
      <w:r w:rsidRPr="00C736F0">
        <w:rPr>
          <w:rFonts w:cs="Times New Roman"/>
          <w:bCs/>
          <w:color w:val="000000" w:themeColor="text1"/>
          <w:sz w:val="24"/>
          <w:szCs w:val="24"/>
          <w:lang w:val="pl-PL"/>
        </w:rPr>
        <w:t>ę</w:t>
      </w:r>
      <w:r w:rsidRPr="00C736F0">
        <w:rPr>
          <w:bCs/>
          <w:color w:val="000000" w:themeColor="text1"/>
          <w:sz w:val="24"/>
          <w:szCs w:val="24"/>
          <w:lang w:val="pl-PL"/>
        </w:rPr>
        <w:t>powaniu.</w:t>
      </w:r>
      <w:r w:rsidRPr="00C736F0">
        <w:rPr>
          <w:bCs/>
          <w:color w:val="000000" w:themeColor="text1"/>
          <w:sz w:val="24"/>
          <w:szCs w:val="24"/>
          <w:lang w:val="pl-PL"/>
        </w:rPr>
        <w:br/>
      </w:r>
      <w:r w:rsidRPr="008F0E2F">
        <w:rPr>
          <w:bCs/>
          <w:color w:val="000000" w:themeColor="text1"/>
          <w:sz w:val="24"/>
          <w:szCs w:val="24"/>
          <w:lang w:val="pl-PL"/>
        </w:rPr>
        <w:t>Numer / identyfikator certyfikatu: ........................................................</w:t>
      </w:r>
      <w:r w:rsidRPr="008F0E2F">
        <w:rPr>
          <w:bCs/>
          <w:color w:val="000000" w:themeColor="text1"/>
          <w:sz w:val="24"/>
          <w:szCs w:val="24"/>
          <w:lang w:val="pl-PL"/>
        </w:rPr>
        <w:br/>
        <w:t>Zakres certyfikacji: ..........................................................................</w:t>
      </w:r>
    </w:p>
    <w:p w14:paraId="14E66919" w14:textId="747BED84" w:rsidR="00BA157B" w:rsidRPr="00C736F0" w:rsidRDefault="00000000">
      <w:pPr>
        <w:spacing w:before="120" w:after="60"/>
        <w:rPr>
          <w:b/>
          <w:color w:val="000000" w:themeColor="text1"/>
          <w:sz w:val="24"/>
          <w:szCs w:val="24"/>
          <w:lang w:val="pl-PL"/>
        </w:rPr>
      </w:pPr>
      <w:r w:rsidRPr="00C736F0">
        <w:rPr>
          <w:b/>
          <w:color w:val="000000" w:themeColor="text1"/>
          <w:sz w:val="24"/>
          <w:szCs w:val="24"/>
          <w:lang w:val="pl-PL"/>
        </w:rPr>
        <w:t>V. OŚWIADCZENIE DOTYCZĄCE PRAWDZIWOŚCI INFORMACJI</w:t>
      </w:r>
    </w:p>
    <w:p w14:paraId="665A9096" w14:textId="77777777" w:rsidR="00BA157B" w:rsidRPr="00C736F0" w:rsidRDefault="00000000">
      <w:pPr>
        <w:jc w:val="both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Oświadczam, że wszystkie informacje podane w niniejszym oświadczeniu są aktualne i zgodne z prawdą oraz zostały przedstawione ze świadomością konsekwencji wynikających ze złożenia nieprawdziwych informacji.</w:t>
      </w:r>
    </w:p>
    <w:p w14:paraId="3B69C6A6" w14:textId="68873321" w:rsidR="00BA157B" w:rsidRPr="005B6E4A" w:rsidRDefault="00000000">
      <w:pPr>
        <w:spacing w:before="120" w:after="60"/>
        <w:rPr>
          <w:b/>
          <w:color w:val="000000" w:themeColor="text1"/>
          <w:sz w:val="24"/>
          <w:szCs w:val="24"/>
          <w:lang w:val="pl-PL"/>
        </w:rPr>
      </w:pPr>
      <w:r w:rsidRPr="005B6E4A">
        <w:rPr>
          <w:b/>
          <w:color w:val="000000" w:themeColor="text1"/>
          <w:sz w:val="24"/>
          <w:szCs w:val="24"/>
          <w:lang w:val="pl-PL"/>
        </w:rPr>
        <w:lastRenderedPageBreak/>
        <w:t>V</w:t>
      </w:r>
      <w:r w:rsidR="005B6E4A" w:rsidRPr="005B6E4A">
        <w:rPr>
          <w:b/>
          <w:color w:val="000000" w:themeColor="text1"/>
          <w:sz w:val="24"/>
          <w:szCs w:val="24"/>
          <w:lang w:val="pl-PL"/>
        </w:rPr>
        <w:t>I</w:t>
      </w:r>
      <w:r w:rsidRPr="005B6E4A">
        <w:rPr>
          <w:b/>
          <w:color w:val="000000" w:themeColor="text1"/>
          <w:sz w:val="24"/>
          <w:szCs w:val="24"/>
          <w:lang w:val="pl-PL"/>
        </w:rPr>
        <w:t>. INFORMACJA DLA WYKONAWCÓW WSPÓLNIE UBIEGAJĄCYCH SIĘ O ZAMÓWIENIE</w:t>
      </w:r>
    </w:p>
    <w:p w14:paraId="63F6A751" w14:textId="77777777" w:rsidR="00BA157B" w:rsidRPr="00C736F0" w:rsidRDefault="00000000">
      <w:pPr>
        <w:jc w:val="both"/>
        <w:rPr>
          <w:bCs/>
          <w:sz w:val="24"/>
          <w:szCs w:val="24"/>
          <w:lang w:val="pl-PL"/>
        </w:rPr>
      </w:pPr>
      <w:r w:rsidRPr="00C736F0">
        <w:rPr>
          <w:bCs/>
          <w:sz w:val="24"/>
          <w:szCs w:val="24"/>
          <w:lang w:val="pl-PL"/>
        </w:rPr>
        <w:t>W przypadku wspólnego ubiegania się o udzielenie zamówienia niniejsze oświadczenie składa odrębnie każdy z Wykonawców w zakresie dotyczącym braku podstaw wykluczenia.</w:t>
      </w:r>
    </w:p>
    <w:sectPr w:rsidR="00BA157B" w:rsidRPr="00C736F0" w:rsidSect="00034616">
      <w:headerReference w:type="default" r:id="rId8"/>
      <w:footerReference w:type="default" r:id="rId9"/>
      <w:pgSz w:w="12240" w:h="15840"/>
      <w:pgMar w:top="680" w:right="1020" w:bottom="79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A556A" w14:textId="77777777" w:rsidR="003A13A9" w:rsidRDefault="003A13A9">
      <w:pPr>
        <w:spacing w:after="0"/>
      </w:pPr>
      <w:r>
        <w:separator/>
      </w:r>
    </w:p>
  </w:endnote>
  <w:endnote w:type="continuationSeparator" w:id="0">
    <w:p w14:paraId="38D3EA6D" w14:textId="77777777" w:rsidR="003A13A9" w:rsidRDefault="003A13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5F48" w14:textId="77777777" w:rsidR="00BA157B" w:rsidRDefault="00000000">
    <w:pPr>
      <w:pStyle w:val="Stopka"/>
      <w:jc w:val="center"/>
    </w:pPr>
    <w:r>
      <w:rPr>
        <w:noProof/>
      </w:rPr>
      <w:drawing>
        <wp:inline distT="0" distB="0" distL="0" distR="0" wp14:anchorId="32DBBEB3" wp14:editId="332F9845">
          <wp:extent cx="6192000" cy="1027760"/>
          <wp:effectExtent l="0" t="0" r="0" b="0"/>
          <wp:docPr id="21182921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1027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5D29" w14:textId="77777777" w:rsidR="003A13A9" w:rsidRDefault="003A13A9">
      <w:pPr>
        <w:spacing w:after="0"/>
      </w:pPr>
      <w:r>
        <w:separator/>
      </w:r>
    </w:p>
  </w:footnote>
  <w:footnote w:type="continuationSeparator" w:id="0">
    <w:p w14:paraId="7EB4DF6A" w14:textId="77777777" w:rsidR="003A13A9" w:rsidRDefault="003A13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515D" w14:textId="77777777" w:rsidR="00BA157B" w:rsidRDefault="00000000">
    <w:pPr>
      <w:pStyle w:val="Nagwek"/>
      <w:jc w:val="center"/>
    </w:pPr>
    <w:r>
      <w:rPr>
        <w:noProof/>
      </w:rPr>
      <w:drawing>
        <wp:inline distT="0" distB="0" distL="0" distR="0" wp14:anchorId="7DD29B6C" wp14:editId="13A16CE8">
          <wp:extent cx="6192000" cy="85394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853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E2A2D4" w14:textId="0BEF2872" w:rsidR="00C736F0" w:rsidRPr="008F0E2F" w:rsidRDefault="008F0E2F" w:rsidP="008F0E2F">
    <w:pPr>
      <w:jc w:val="center"/>
      <w:rPr>
        <w:rFonts w:cstheme="minorHAnsi"/>
        <w:sz w:val="18"/>
        <w:szCs w:val="18"/>
        <w:lang w:val="pl-PL"/>
      </w:rPr>
    </w:pPr>
    <w:r w:rsidRPr="009A4017">
      <w:rPr>
        <w:rFonts w:cstheme="minorHAnsi"/>
        <w:sz w:val="18"/>
        <w:szCs w:val="18"/>
        <w:lang w:val="pl-PL"/>
      </w:rPr>
      <w:t xml:space="preserve">Projekt </w:t>
    </w:r>
    <w:r w:rsidRPr="009A4017">
      <w:rPr>
        <w:rFonts w:cstheme="minorHAnsi"/>
        <w:b/>
        <w:bCs/>
        <w:sz w:val="18"/>
        <w:szCs w:val="18"/>
        <w:lang w:val="pl-PL"/>
      </w:rPr>
      <w:t xml:space="preserve">„Społeczna Agencja Najmu szansą dla mieszkańców Włocławka na bezpieczny i stabilny najem” </w:t>
    </w:r>
    <w:r w:rsidRPr="009A4017">
      <w:rPr>
        <w:rFonts w:eastAsia="Times New Roman" w:cstheme="minorHAnsi"/>
        <w:b/>
        <w:bCs/>
        <w:sz w:val="18"/>
        <w:szCs w:val="18"/>
        <w:lang w:val="pl-PL"/>
      </w:rPr>
      <w:t>FERS.05.01-IZ.00-0003/25</w:t>
    </w:r>
    <w:r w:rsidRPr="009A4017">
      <w:rPr>
        <w:rFonts w:eastAsia="Times New Roman" w:cstheme="minorHAnsi"/>
        <w:bCs/>
        <w:sz w:val="18"/>
        <w:szCs w:val="18"/>
        <w:lang w:val="pl-PL"/>
      </w:rPr>
      <w:t xml:space="preserve"> </w:t>
    </w:r>
    <w:r w:rsidRPr="009A4017">
      <w:rPr>
        <w:rFonts w:cstheme="minorHAnsi"/>
        <w:sz w:val="18"/>
        <w:szCs w:val="18"/>
        <w:lang w:val="pl-PL"/>
      </w:rPr>
      <w:t xml:space="preserve"> Realizowany jest przez Gminę Miasto Włocławek w ramach Programu Fundusze Europejskie dla Rozwoju Społecznego 2021–2027, współfinansowanego ze środków Europejskiego Funduszu Społecznego Plus.</w:t>
    </w:r>
    <w:r>
      <w:rPr>
        <w:rFonts w:cstheme="minorHAnsi"/>
        <w:sz w:val="18"/>
        <w:szCs w:val="18"/>
        <w:lang w:val="pl-PL"/>
      </w:rPr>
      <w:t xml:space="preserve"> </w:t>
    </w:r>
    <w:r w:rsidRPr="009A4017">
      <w:rPr>
        <w:rFonts w:cstheme="minorHAnsi"/>
        <w:sz w:val="18"/>
        <w:szCs w:val="18"/>
        <w:lang w:val="pl-PL"/>
      </w:rPr>
      <w:t>Realizatorem działań  projektowych jest Społeczna Agencja Najmu działająca na podstawie umowy o współpracy z Gminą Miasto Włocławek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1310292">
    <w:abstractNumId w:val="8"/>
  </w:num>
  <w:num w:numId="2" w16cid:durableId="1712804812">
    <w:abstractNumId w:val="6"/>
  </w:num>
  <w:num w:numId="3" w16cid:durableId="461075247">
    <w:abstractNumId w:val="5"/>
  </w:num>
  <w:num w:numId="4" w16cid:durableId="1527526906">
    <w:abstractNumId w:val="4"/>
  </w:num>
  <w:num w:numId="5" w16cid:durableId="641010307">
    <w:abstractNumId w:val="7"/>
  </w:num>
  <w:num w:numId="6" w16cid:durableId="1090734397">
    <w:abstractNumId w:val="3"/>
  </w:num>
  <w:num w:numId="7" w16cid:durableId="984894102">
    <w:abstractNumId w:val="2"/>
  </w:num>
  <w:num w:numId="8" w16cid:durableId="67777648">
    <w:abstractNumId w:val="1"/>
  </w:num>
  <w:num w:numId="9" w16cid:durableId="17538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99D"/>
    <w:rsid w:val="00034616"/>
    <w:rsid w:val="0006063C"/>
    <w:rsid w:val="0015074B"/>
    <w:rsid w:val="00200A1D"/>
    <w:rsid w:val="0029639D"/>
    <w:rsid w:val="00303D9B"/>
    <w:rsid w:val="00326F90"/>
    <w:rsid w:val="003A13A9"/>
    <w:rsid w:val="005B6E4A"/>
    <w:rsid w:val="00700829"/>
    <w:rsid w:val="008F0E2F"/>
    <w:rsid w:val="00AA1D8D"/>
    <w:rsid w:val="00B47730"/>
    <w:rsid w:val="00BA157B"/>
    <w:rsid w:val="00C736F0"/>
    <w:rsid w:val="00CB0664"/>
    <w:rsid w:val="00D549EC"/>
    <w:rsid w:val="00DB09BE"/>
    <w:rsid w:val="00E372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1FFF3"/>
  <w14:defaultImageDpi w14:val="300"/>
  <w15:docId w15:val="{BCF79B26-E150-4130-ABB7-9001FFF6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Izabela Socha</cp:lastModifiedBy>
  <cp:revision>6</cp:revision>
  <dcterms:created xsi:type="dcterms:W3CDTF">2026-09-11T10:38:00Z</dcterms:created>
  <dcterms:modified xsi:type="dcterms:W3CDTF">2026-10-02T10:53:00Z</dcterms:modified>
  <cp:category/>
</cp:coreProperties>
</file>