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5532F" w14:textId="77777777" w:rsidR="00EF1FEE" w:rsidRDefault="00000000">
      <w:pPr>
        <w:jc w:val="center"/>
      </w:pPr>
      <w:r>
        <w:rPr>
          <w:b/>
          <w:color w:val="1F4E78"/>
          <w:sz w:val="36"/>
        </w:rPr>
        <w:t>OŚWIADCZENIE PODMIOTU UDOSTĘPNIAJĄCEGO ZASOBY</w:t>
      </w:r>
    </w:p>
    <w:p w14:paraId="7544EEB0" w14:textId="77777777" w:rsidR="00EF1FEE" w:rsidRDefault="00000000">
      <w:pPr>
        <w:jc w:val="center"/>
      </w:pPr>
      <w:proofErr w:type="spellStart"/>
      <w:r>
        <w:rPr>
          <w:b/>
          <w:sz w:val="24"/>
        </w:rPr>
        <w:t>składane na podstawie art. 125 ust. 5 Pzp</w:t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</w:p>
    <w:p w14:paraId="7085D41D" w14:textId="77777777" w:rsidR="00EF1FEE" w:rsidRDefault="00000000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nr 5A do SWZ</w:t>
      </w:r>
    </w:p>
    <w:p w14:paraId="5927583E" w14:textId="77777777" w:rsidR="00EF1FEE" w:rsidRDefault="00EF1FEE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F1FEE" w14:paraId="4890510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1182A" w14:textId="77777777" w:rsidR="00EF1FEE" w:rsidRDefault="00000000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B8F4B2" w14:textId="77777777" w:rsidR="00EF1FEE" w:rsidRDefault="00000000">
            <w:proofErr w:type="spellStart"/>
            <w:r>
              <w:t>Zakład</w:t>
            </w:r>
            <w:proofErr w:type="spellEnd"/>
            <w:r>
              <w:t xml:space="preserve"> Gospodarki </w:t>
            </w:r>
            <w:proofErr w:type="spellStart"/>
            <w:r>
              <w:t>Komunalnej</w:t>
            </w:r>
            <w:proofErr w:type="spellEnd"/>
            <w:r>
              <w:t xml:space="preserve"> sp. z </w:t>
            </w:r>
            <w:proofErr w:type="spellStart"/>
            <w:r>
              <w:t>o.o.</w:t>
            </w:r>
            <w:proofErr w:type="spellEnd"/>
            <w:r>
              <w:t xml:space="preserve"> w </w:t>
            </w:r>
            <w:proofErr w:type="spellStart"/>
            <w:r>
              <w:t>Puchaczowie</w:t>
            </w:r>
            <w:proofErr w:type="spellEnd"/>
          </w:p>
        </w:tc>
      </w:tr>
      <w:tr w:rsidR="00EF1FEE" w14:paraId="04054A3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80E622" w14:textId="77777777" w:rsidR="00EF1FEE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09A4D4" w14:textId="77777777" w:rsidR="00EF1FEE" w:rsidRDefault="00000000">
            <w:r>
              <w:t xml:space="preserve">Cyberbezpieczny </w:t>
            </w:r>
            <w:proofErr w:type="spellStart"/>
            <w:r>
              <w:t>Zakład</w:t>
            </w:r>
            <w:proofErr w:type="spellEnd"/>
            <w:r>
              <w:t xml:space="preserve"> Gospodarki </w:t>
            </w:r>
            <w:proofErr w:type="spellStart"/>
            <w:r>
              <w:t>Komunalnej</w:t>
            </w:r>
            <w:proofErr w:type="spellEnd"/>
            <w:r>
              <w:t xml:space="preserve"> sp. z </w:t>
            </w:r>
            <w:proofErr w:type="spellStart"/>
            <w:r>
              <w:t>o.o.</w:t>
            </w:r>
            <w:proofErr w:type="spellEnd"/>
            <w:r>
              <w:t xml:space="preserve"> w </w:t>
            </w:r>
            <w:proofErr w:type="spellStart"/>
            <w:r>
              <w:t>Puchaczowie</w:t>
            </w:r>
            <w:proofErr w:type="spellEnd"/>
          </w:p>
        </w:tc>
      </w:tr>
      <w:tr w:rsidR="00EF1FEE" w14:paraId="2D851124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FDA4E1" w14:textId="77777777" w:rsidR="00EF1FEE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B37B5" w14:textId="77777777" w:rsidR="00EF1FEE" w:rsidRDefault="00000000">
            <w:proofErr w:type="spellStart"/>
            <w:r>
              <w:t>Krajowy</w:t>
            </w:r>
            <w:proofErr w:type="spellEnd"/>
            <w:r>
              <w:t xml:space="preserve"> Plan </w:t>
            </w:r>
            <w:proofErr w:type="spellStart"/>
            <w:r>
              <w:t>Odbudowy</w:t>
            </w:r>
            <w:proofErr w:type="spellEnd"/>
            <w:r>
              <w:t xml:space="preserve"> i </w:t>
            </w:r>
            <w:proofErr w:type="spellStart"/>
            <w:r>
              <w:t>Zwiększania</w:t>
            </w:r>
            <w:proofErr w:type="spellEnd"/>
            <w:r>
              <w:t xml:space="preserve"> </w:t>
            </w:r>
            <w:proofErr w:type="spellStart"/>
            <w:r>
              <w:t>Odporności</w:t>
            </w:r>
            <w:proofErr w:type="spellEnd"/>
            <w:r>
              <w:t xml:space="preserve">, C3.1.1 </w:t>
            </w:r>
            <w:proofErr w:type="spellStart"/>
            <w:r>
              <w:t>Cyberbezpieczeństwo</w:t>
            </w:r>
            <w:proofErr w:type="spellEnd"/>
            <w:r>
              <w:t xml:space="preserve"> – </w:t>
            </w:r>
            <w:proofErr w:type="spellStart"/>
            <w:r>
              <w:t>CyberPL</w:t>
            </w:r>
            <w:proofErr w:type="spellEnd"/>
          </w:p>
        </w:tc>
      </w:tr>
      <w:tr w:rsidR="00EF1FEE" w14:paraId="3AB81FD3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EF6B9E" w14:textId="77777777" w:rsidR="00EF1FEE" w:rsidRDefault="00000000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00688F" w14:textId="77777777" w:rsidR="00EF1FEE" w:rsidRDefault="00000000">
            <w:r>
              <w:t>KPOD.05.10-CW.01-001/25</w:t>
            </w:r>
          </w:p>
        </w:tc>
      </w:tr>
    </w:tbl>
    <w:p w14:paraId="44A9AE61" w14:textId="77777777" w:rsidR="00EF1FEE" w:rsidRDefault="00EF1FEE"/>
    <w:p w14:paraId="77A78193" w14:textId="77777777" w:rsidR="00EF1FEE" w:rsidRDefault="00000000"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>: ........................................................................................................</w:t>
      </w:r>
    </w:p>
    <w:p w14:paraId="7022D8FD" w14:textId="77777777" w:rsidR="00EF1FEE" w:rsidRDefault="00000000">
      <w:r>
        <w:t>Adres / NIP: .......................................................................................................................................</w:t>
      </w:r>
    </w:p>
    <w:p w14:paraId="03EB5408" w14:textId="77777777" w:rsidR="00EF1FEE" w:rsidRDefault="00000000">
      <w:proofErr w:type="spellStart"/>
      <w:r>
        <w:t>Wykonawca</w:t>
      </w:r>
      <w:proofErr w:type="spellEnd"/>
      <w:r>
        <w:t xml:space="preserve">, </w:t>
      </w:r>
      <w:proofErr w:type="spellStart"/>
      <w:r>
        <w:t>któremu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>: ................................................................................</w:t>
      </w:r>
    </w:p>
    <w:p w14:paraId="76035C98" w14:textId="77777777" w:rsidR="00EF1FEE" w:rsidRDefault="00000000">
      <w:pPr>
        <w:pStyle w:val="Nagwek1"/>
      </w:pPr>
      <w:r>
        <w:t xml:space="preserve">1. Brak </w:t>
      </w:r>
      <w:proofErr w:type="spellStart"/>
      <w:r>
        <w:t>podstaw</w:t>
      </w:r>
      <w:proofErr w:type="spellEnd"/>
      <w:r>
        <w:t xml:space="preserve"> </w:t>
      </w:r>
      <w:proofErr w:type="spellStart"/>
      <w:r>
        <w:t>wykluczenia</w:t>
      </w:r>
      <w:proofErr w:type="spellEnd"/>
    </w:p>
    <w:p w14:paraId="2AEEDC84" w14:textId="765D4064" w:rsidR="00B85427" w:rsidRPr="00B85427" w:rsidRDefault="00B85427" w:rsidP="00B85427">
      <w:proofErr w:type="spellStart"/>
      <w:r w:rsidRPr="00B85427">
        <w:t>Oświadczam</w:t>
      </w:r>
      <w:proofErr w:type="spellEnd"/>
      <w:r w:rsidRPr="00B85427">
        <w:t xml:space="preserve">, </w:t>
      </w:r>
      <w:proofErr w:type="spellStart"/>
      <w:r w:rsidRPr="00B85427">
        <w:t>że</w:t>
      </w:r>
      <w:proofErr w:type="spellEnd"/>
      <w:r w:rsidRPr="00B85427">
        <w:t xml:space="preserve"> </w:t>
      </w:r>
      <w:proofErr w:type="spellStart"/>
      <w:r w:rsidRPr="00B85427">
        <w:t>wobec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 </w:t>
      </w:r>
      <w:proofErr w:type="spellStart"/>
      <w:r w:rsidRPr="00B85427">
        <w:t>udostępniającego</w:t>
      </w:r>
      <w:proofErr w:type="spellEnd"/>
      <w:r w:rsidRPr="00B85427">
        <w:t xml:space="preserve"> </w:t>
      </w:r>
      <w:proofErr w:type="spellStart"/>
      <w:r w:rsidRPr="00B85427">
        <w:t>zasoby</w:t>
      </w:r>
      <w:proofErr w:type="spellEnd"/>
      <w:r w:rsidRPr="00B85427">
        <w:t xml:space="preserve"> </w:t>
      </w:r>
      <w:proofErr w:type="spellStart"/>
      <w:r w:rsidRPr="00B85427">
        <w:t>nie</w:t>
      </w:r>
      <w:proofErr w:type="spellEnd"/>
      <w:r w:rsidRPr="00B85427">
        <w:t xml:space="preserve"> </w:t>
      </w:r>
      <w:proofErr w:type="spellStart"/>
      <w:r w:rsidRPr="00B85427">
        <w:t>zachodzą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wykluczenia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w SWZ,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mającym</w:t>
      </w:r>
      <w:proofErr w:type="spellEnd"/>
      <w:r w:rsidRPr="00B85427">
        <w:t xml:space="preserve"> </w:t>
      </w:r>
      <w:proofErr w:type="spellStart"/>
      <w:r w:rsidRPr="00B85427">
        <w:t>zastosowanie</w:t>
      </w:r>
      <w:proofErr w:type="spellEnd"/>
      <w:r w:rsidRPr="00B85427">
        <w:t xml:space="preserve"> do </w:t>
      </w:r>
      <w:proofErr w:type="spellStart"/>
      <w:r w:rsidRPr="00B85427">
        <w:t>tego</w:t>
      </w:r>
      <w:proofErr w:type="spellEnd"/>
      <w:r w:rsidRPr="00B85427">
        <w:t xml:space="preserve"> </w:t>
      </w:r>
      <w:proofErr w:type="spellStart"/>
      <w:r w:rsidRPr="00B85427">
        <w:t>podmiotu</w:t>
      </w:r>
      <w:proofErr w:type="spellEnd"/>
      <w:r w:rsidRPr="00B85427">
        <w:t xml:space="preserve">, w </w:t>
      </w:r>
      <w:proofErr w:type="spellStart"/>
      <w:r w:rsidRPr="00B85427">
        <w:t>tym</w:t>
      </w:r>
      <w:proofErr w:type="spellEnd"/>
      <w:r w:rsidRPr="00B85427">
        <w:t xml:space="preserve"> </w:t>
      </w:r>
      <w:proofErr w:type="spellStart"/>
      <w:r w:rsidRPr="00B85427">
        <w:t>podstawy</w:t>
      </w:r>
      <w:proofErr w:type="spellEnd"/>
      <w:r w:rsidRPr="00B85427">
        <w:t xml:space="preserve"> </w:t>
      </w:r>
      <w:proofErr w:type="spellStart"/>
      <w:r w:rsidRPr="00B85427">
        <w:t>określone</w:t>
      </w:r>
      <w:proofErr w:type="spellEnd"/>
      <w:r w:rsidRPr="00B85427">
        <w:t xml:space="preserve"> </w:t>
      </w:r>
      <w:proofErr w:type="spellStart"/>
      <w:r w:rsidRPr="00B85427">
        <w:t>w art</w:t>
      </w:r>
      <w:proofErr w:type="spellEnd"/>
      <w:r w:rsidRPr="00B85427">
        <w:t xml:space="preserve">. 108 </w:t>
      </w:r>
      <w:proofErr w:type="spellStart"/>
      <w:r w:rsidRPr="00B85427">
        <w:t>ust</w:t>
      </w:r>
      <w:proofErr w:type="spellEnd"/>
      <w:r w:rsidRPr="00B85427">
        <w:t xml:space="preserve">. 1 </w:t>
      </w:r>
      <w:proofErr w:type="spellStart"/>
      <w:r w:rsidRPr="00B85427">
        <w:t>Pzp</w:t>
      </w:r>
      <w:proofErr w:type="spellEnd"/>
      <w:r w:rsidRPr="00B85427">
        <w:t xml:space="preserve">, art. 109 </w:t>
      </w:r>
      <w:proofErr w:type="spellStart"/>
      <w:r w:rsidRPr="00B85427">
        <w:t>ust</w:t>
      </w:r>
      <w:proofErr w:type="spellEnd"/>
      <w:r w:rsidRPr="00B85427">
        <w:t xml:space="preserve">. 1 pkt 4, 5, 7, 8 i 10 </w:t>
      </w:r>
      <w:proofErr w:type="spellStart"/>
      <w:r w:rsidRPr="00B85427">
        <w:t>Pzp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</w:t>
      </w:r>
      <w:proofErr w:type="spellStart"/>
      <w:r w:rsidRPr="00B85427">
        <w:t>w art</w:t>
      </w:r>
      <w:proofErr w:type="spellEnd"/>
      <w:r w:rsidRPr="00B85427">
        <w:t xml:space="preserve">. 7 </w:t>
      </w:r>
      <w:proofErr w:type="spellStart"/>
      <w:r w:rsidRPr="00B85427">
        <w:t>ust</w:t>
      </w:r>
      <w:proofErr w:type="spellEnd"/>
      <w:r w:rsidRPr="00B85427">
        <w:t xml:space="preserve">. 1 pkt 1–3 </w:t>
      </w:r>
      <w:proofErr w:type="spellStart"/>
      <w:r w:rsidRPr="00B85427">
        <w:t>ustawy</w:t>
      </w:r>
      <w:proofErr w:type="spellEnd"/>
      <w:r w:rsidRPr="00B85427">
        <w:t xml:space="preserve"> z </w:t>
      </w:r>
      <w:proofErr w:type="spellStart"/>
      <w:r w:rsidRPr="00B85427">
        <w:t>dnia</w:t>
      </w:r>
      <w:proofErr w:type="spellEnd"/>
      <w:r w:rsidRPr="00B85427">
        <w:t xml:space="preserve"> 13 </w:t>
      </w:r>
      <w:proofErr w:type="spellStart"/>
      <w:r w:rsidRPr="00B85427">
        <w:t>kwietnia</w:t>
      </w:r>
      <w:proofErr w:type="spellEnd"/>
      <w:r w:rsidRPr="00B85427">
        <w:t xml:space="preserve"> 2022 r. o </w:t>
      </w:r>
      <w:proofErr w:type="spellStart"/>
      <w:r w:rsidRPr="00B85427">
        <w:t>szczególnych</w:t>
      </w:r>
      <w:proofErr w:type="spellEnd"/>
      <w:r w:rsidRPr="00B85427">
        <w:t xml:space="preserve"> </w:t>
      </w:r>
      <w:proofErr w:type="spellStart"/>
      <w:r w:rsidRPr="00B85427">
        <w:t>rozwiązaniach</w:t>
      </w:r>
      <w:proofErr w:type="spellEnd"/>
      <w:r w:rsidRPr="00B85427">
        <w:t xml:space="preserve"> w </w:t>
      </w:r>
      <w:proofErr w:type="spellStart"/>
      <w:r w:rsidRPr="00B85427">
        <w:t>zakresie</w:t>
      </w:r>
      <w:proofErr w:type="spellEnd"/>
      <w:r w:rsidRPr="00B85427">
        <w:t xml:space="preserve"> </w:t>
      </w:r>
      <w:proofErr w:type="spellStart"/>
      <w:r w:rsidRPr="00B85427">
        <w:t>przeciwdziałania</w:t>
      </w:r>
      <w:proofErr w:type="spellEnd"/>
      <w:r w:rsidRPr="00B85427">
        <w:t xml:space="preserve"> </w:t>
      </w:r>
      <w:proofErr w:type="spellStart"/>
      <w:r w:rsidRPr="00B85427">
        <w:t>wspieraniu</w:t>
      </w:r>
      <w:proofErr w:type="spellEnd"/>
      <w:r w:rsidRPr="00B85427">
        <w:t xml:space="preserve"> </w:t>
      </w:r>
      <w:proofErr w:type="spellStart"/>
      <w:r w:rsidRPr="00B85427">
        <w:t>agresji</w:t>
      </w:r>
      <w:proofErr w:type="spellEnd"/>
      <w:r w:rsidRPr="00B85427">
        <w:t xml:space="preserve"> </w:t>
      </w:r>
      <w:proofErr w:type="spellStart"/>
      <w:r w:rsidRPr="00B85427">
        <w:t>na</w:t>
      </w:r>
      <w:proofErr w:type="spellEnd"/>
      <w:r w:rsidRPr="00B85427">
        <w:t xml:space="preserve"> </w:t>
      </w:r>
      <w:proofErr w:type="spellStart"/>
      <w:r w:rsidRPr="00B85427">
        <w:t>Ukrainę</w:t>
      </w:r>
      <w:proofErr w:type="spellEnd"/>
      <w:r w:rsidRPr="00B85427">
        <w:t xml:space="preserve"> </w:t>
      </w:r>
      <w:proofErr w:type="spellStart"/>
      <w:r w:rsidRPr="00B85427">
        <w:t>oraz</w:t>
      </w:r>
      <w:proofErr w:type="spellEnd"/>
      <w:r w:rsidRPr="00B85427">
        <w:t xml:space="preserve"> </w:t>
      </w:r>
      <w:proofErr w:type="spellStart"/>
      <w:r w:rsidRPr="00B85427">
        <w:t>służących</w:t>
      </w:r>
      <w:proofErr w:type="spellEnd"/>
      <w:r w:rsidRPr="00B85427">
        <w:t xml:space="preserve"> </w:t>
      </w:r>
      <w:proofErr w:type="spellStart"/>
      <w:r w:rsidRPr="00B85427">
        <w:t>ochronie</w:t>
      </w:r>
      <w:proofErr w:type="spellEnd"/>
      <w:r w:rsidRPr="00B85427">
        <w:t xml:space="preserve"> </w:t>
      </w:r>
      <w:proofErr w:type="spellStart"/>
      <w:r w:rsidRPr="00B85427">
        <w:t>bezpieczeństwa</w:t>
      </w:r>
      <w:proofErr w:type="spellEnd"/>
      <w:r w:rsidRPr="00B85427">
        <w:t xml:space="preserve"> </w:t>
      </w:r>
      <w:proofErr w:type="spellStart"/>
      <w:r w:rsidRPr="00B85427">
        <w:t>narodowego</w:t>
      </w:r>
      <w:proofErr w:type="spellEnd"/>
      <w:r w:rsidRPr="00B85427">
        <w:t>.</w:t>
      </w:r>
    </w:p>
    <w:p w14:paraId="0A8F51F1" w14:textId="77777777" w:rsidR="00EF1FEE" w:rsidRDefault="00000000">
      <w:proofErr w:type="gramStart"/>
      <w:r>
        <w:t>[ ]</w:t>
      </w:r>
      <w:proofErr w:type="gramEnd"/>
      <w:r>
        <w:t xml:space="preserve"> NIE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podstawy</w:t>
      </w:r>
      <w:proofErr w:type="spellEnd"/>
      <w:r>
        <w:t xml:space="preserve"> </w:t>
      </w:r>
      <w:proofErr w:type="spellStart"/>
      <w:r>
        <w:t>wykluczenia</w:t>
      </w:r>
      <w:proofErr w:type="spellEnd"/>
      <w:r>
        <w:t>.</w:t>
      </w:r>
    </w:p>
    <w:p w14:paraId="37473A48" w14:textId="77777777" w:rsidR="00EF1FEE" w:rsidRDefault="00000000">
      <w:proofErr w:type="gramStart"/>
      <w:r>
        <w:t>[ ]</w:t>
      </w:r>
      <w:proofErr w:type="gramEnd"/>
      <w:r>
        <w:t xml:space="preserve"> </w:t>
      </w:r>
      <w:proofErr w:type="spellStart"/>
      <w:r>
        <w:t>Zachodzą</w:t>
      </w:r>
      <w:proofErr w:type="spellEnd"/>
      <w:r>
        <w:t xml:space="preserve"> </w:t>
      </w:r>
      <w:proofErr w:type="spellStart"/>
      <w:r>
        <w:t>okoliczności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zastosowano</w:t>
      </w:r>
      <w:proofErr w:type="spellEnd"/>
      <w:r>
        <w:t xml:space="preserve"> </w:t>
      </w:r>
      <w:proofErr w:type="spellStart"/>
      <w:r>
        <w:t>środki</w:t>
      </w:r>
      <w:proofErr w:type="spellEnd"/>
      <w:r>
        <w:t xml:space="preserve"> </w:t>
      </w:r>
      <w:proofErr w:type="spellStart"/>
      <w:r>
        <w:t>naprawcze</w:t>
      </w:r>
      <w:proofErr w:type="spellEnd"/>
      <w:r>
        <w:t xml:space="preserve"> / </w:t>
      </w:r>
      <w:proofErr w:type="spellStart"/>
      <w:r>
        <w:t>samooczyszczenie</w:t>
      </w:r>
      <w:proofErr w:type="spellEnd"/>
      <w:r>
        <w:t xml:space="preserve">. </w:t>
      </w:r>
      <w:proofErr w:type="spellStart"/>
      <w:r>
        <w:t>Opis</w:t>
      </w:r>
      <w:proofErr w:type="spellEnd"/>
      <w:r>
        <w:t xml:space="preserve"> i </w:t>
      </w:r>
      <w:proofErr w:type="spellStart"/>
      <w:r>
        <w:t>dowody</w:t>
      </w:r>
      <w:proofErr w:type="spellEnd"/>
      <w:r>
        <w:t xml:space="preserve"> </w:t>
      </w:r>
      <w:proofErr w:type="spellStart"/>
      <w:r>
        <w:t>załączono</w:t>
      </w:r>
      <w:proofErr w:type="spellEnd"/>
      <w:r>
        <w:t>.</w:t>
      </w:r>
    </w:p>
    <w:p w14:paraId="4293AAAE" w14:textId="77777777" w:rsidR="00EF1FEE" w:rsidRDefault="00000000">
      <w:pPr>
        <w:pStyle w:val="Nagwek1"/>
      </w:pPr>
      <w:r>
        <w:t xml:space="preserve">2. </w:t>
      </w:r>
      <w:proofErr w:type="spellStart"/>
      <w:r>
        <w:t>Spełnianie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udziału</w:t>
      </w:r>
      <w:proofErr w:type="spellEnd"/>
    </w:p>
    <w:p w14:paraId="3607BCD6" w14:textId="77777777" w:rsidR="00EF1FEE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podmiot</w:t>
      </w:r>
      <w:proofErr w:type="spellEnd"/>
      <w:r>
        <w:t xml:space="preserve"> </w:t>
      </w:r>
      <w:proofErr w:type="spellStart"/>
      <w:r>
        <w:t>udostępniający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, w </w:t>
      </w:r>
      <w:proofErr w:type="spellStart"/>
      <w:r>
        <w:t>jakim</w:t>
      </w:r>
      <w:proofErr w:type="spellEnd"/>
      <w:r>
        <w:t xml:space="preserve"> 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powołuje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zasoby</w:t>
      </w:r>
      <w:proofErr w:type="spellEnd"/>
      <w:r>
        <w:t xml:space="preserve">, </w:t>
      </w:r>
      <w:proofErr w:type="spellStart"/>
      <w:r>
        <w:t>tj</w:t>
      </w:r>
      <w:proofErr w:type="spellEnd"/>
      <w:r>
        <w:t>.:</w:t>
      </w:r>
    </w:p>
    <w:p w14:paraId="61E43F99" w14:textId="77777777" w:rsidR="00EF1FEE" w:rsidRDefault="00000000">
      <w:r>
        <w:t>................................................................................................................................................</w:t>
      </w:r>
    </w:p>
    <w:p w14:paraId="0C68B2F7" w14:textId="77777777" w:rsidR="00EF1FEE" w:rsidRDefault="00000000">
      <w:pPr>
        <w:pStyle w:val="Nagwek1"/>
      </w:pPr>
      <w:r>
        <w:t xml:space="preserve">3. </w:t>
      </w:r>
      <w:proofErr w:type="spellStart"/>
      <w:r>
        <w:t>Aktualność</w:t>
      </w:r>
      <w:proofErr w:type="spellEnd"/>
      <w:r>
        <w:t xml:space="preserve"> i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danych</w:t>
      </w:r>
      <w:proofErr w:type="spellEnd"/>
    </w:p>
    <w:p w14:paraId="27A6742A" w14:textId="77777777" w:rsidR="00EF1FEE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zawarte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oświadczeniu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i </w:t>
      </w:r>
      <w:proofErr w:type="spellStart"/>
      <w:r>
        <w:t>zgodne</w:t>
      </w:r>
      <w:proofErr w:type="spellEnd"/>
      <w:r>
        <w:t xml:space="preserve"> z </w:t>
      </w:r>
      <w:proofErr w:type="spellStart"/>
      <w:r>
        <w:t>prawdą</w:t>
      </w:r>
      <w:proofErr w:type="spellEnd"/>
      <w:r>
        <w:t>.</w:t>
      </w:r>
    </w:p>
    <w:p w14:paraId="585CA6D3" w14:textId="5F2B537A" w:rsidR="00EF1FEE" w:rsidRDefault="00EF1FEE"/>
    <w:sectPr w:rsidR="00EF1FEE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C57C02" w14:textId="77777777" w:rsidR="000534DB" w:rsidRDefault="000534DB">
      <w:pPr>
        <w:spacing w:after="0" w:line="240" w:lineRule="auto"/>
      </w:pPr>
      <w:r>
        <w:separator/>
      </w:r>
    </w:p>
  </w:endnote>
  <w:endnote w:type="continuationSeparator" w:id="0">
    <w:p w14:paraId="69ABC4E3" w14:textId="77777777" w:rsidR="000534DB" w:rsidRDefault="00053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DCED9" w14:textId="77777777" w:rsidR="00EF1FEE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F82472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EBDDD" w14:textId="77777777" w:rsidR="000534DB" w:rsidRDefault="000534DB">
      <w:pPr>
        <w:spacing w:after="0" w:line="240" w:lineRule="auto"/>
      </w:pPr>
      <w:r>
        <w:separator/>
      </w:r>
    </w:p>
  </w:footnote>
  <w:footnote w:type="continuationSeparator" w:id="0">
    <w:p w14:paraId="3A8E9F02" w14:textId="77777777" w:rsidR="000534DB" w:rsidRDefault="00053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D747E" w14:textId="25CACA1C" w:rsidR="00780EBA" w:rsidRDefault="00780EBA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6FB860D2" wp14:editId="0F675187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2C116" w14:textId="27C3A6A9" w:rsidR="00EF1FEE" w:rsidRDefault="00000000">
    <w:pPr>
      <w:pStyle w:val="Nagwek"/>
      <w:jc w:val="right"/>
    </w:pPr>
    <w:proofErr w:type="spellStart"/>
    <w:r>
      <w:rPr>
        <w:color w:val="666666"/>
        <w:sz w:val="16"/>
      </w:rPr>
      <w:t>Zakład</w:t>
    </w:r>
    <w:proofErr w:type="spellEnd"/>
    <w:r>
      <w:rPr>
        <w:color w:val="666666"/>
        <w:sz w:val="16"/>
      </w:rPr>
      <w:t xml:space="preserve"> Gospodarki </w:t>
    </w:r>
    <w:proofErr w:type="spellStart"/>
    <w:r>
      <w:rPr>
        <w:color w:val="666666"/>
        <w:sz w:val="16"/>
      </w:rPr>
      <w:t>Komunalnej</w:t>
    </w:r>
    <w:proofErr w:type="spellEnd"/>
    <w:r>
      <w:rPr>
        <w:color w:val="666666"/>
        <w:sz w:val="16"/>
      </w:rPr>
      <w:t xml:space="preserve"> sp. z </w:t>
    </w:r>
    <w:proofErr w:type="spellStart"/>
    <w:r>
      <w:rPr>
        <w:color w:val="666666"/>
        <w:sz w:val="16"/>
      </w:rPr>
      <w:t>o.o.</w:t>
    </w:r>
    <w:proofErr w:type="spellEnd"/>
    <w:r>
      <w:rPr>
        <w:color w:val="666666"/>
        <w:sz w:val="16"/>
      </w:rPr>
      <w:t xml:space="preserve"> w </w:t>
    </w:r>
    <w:proofErr w:type="spellStart"/>
    <w:r>
      <w:rPr>
        <w:color w:val="666666"/>
        <w:sz w:val="16"/>
      </w:rPr>
      <w:t>Puchaczowie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618617">
    <w:abstractNumId w:val="8"/>
  </w:num>
  <w:num w:numId="2" w16cid:durableId="1286086171">
    <w:abstractNumId w:val="6"/>
  </w:num>
  <w:num w:numId="3" w16cid:durableId="1299535884">
    <w:abstractNumId w:val="5"/>
  </w:num>
  <w:num w:numId="4" w16cid:durableId="1222789473">
    <w:abstractNumId w:val="4"/>
  </w:num>
  <w:num w:numId="5" w16cid:durableId="1731340558">
    <w:abstractNumId w:val="7"/>
  </w:num>
  <w:num w:numId="6" w16cid:durableId="1282613777">
    <w:abstractNumId w:val="3"/>
  </w:num>
  <w:num w:numId="7" w16cid:durableId="1973899880">
    <w:abstractNumId w:val="2"/>
  </w:num>
  <w:num w:numId="8" w16cid:durableId="582908279">
    <w:abstractNumId w:val="1"/>
  </w:num>
  <w:num w:numId="9" w16cid:durableId="15358442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4DB"/>
    <w:rsid w:val="0006063C"/>
    <w:rsid w:val="0015074B"/>
    <w:rsid w:val="0029639D"/>
    <w:rsid w:val="00326F90"/>
    <w:rsid w:val="00490CD1"/>
    <w:rsid w:val="00761E77"/>
    <w:rsid w:val="00780EBA"/>
    <w:rsid w:val="00AA1D8D"/>
    <w:rsid w:val="00B47730"/>
    <w:rsid w:val="00B85427"/>
    <w:rsid w:val="00CB0664"/>
    <w:rsid w:val="00DE042A"/>
    <w:rsid w:val="00EF1FEE"/>
    <w:rsid w:val="00F82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F1A08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Izabela 96033</cp:lastModifiedBy>
  <cp:revision>5</cp:revision>
  <dcterms:created xsi:type="dcterms:W3CDTF">2013-12-23T23:15:00Z</dcterms:created>
  <dcterms:modified xsi:type="dcterms:W3CDTF">2026-10-19T12:00:00Z</dcterms:modified>
  <cp:category/>
  <dc:description>Komplet SWZ Puchaczów, publikacja 19.10.2026 r., realizacja do 15.12.2026 r.</dc:description>
</cp:coreProperties>
</file>