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5367D" w14:textId="6473460F" w:rsidR="00FB0E3C" w:rsidRPr="009E7F96" w:rsidRDefault="00000000" w:rsidP="009E7F96">
      <w:pPr>
        <w:rPr>
          <w:rFonts w:ascii="Century Gothic" w:hAnsi="Century Gothic"/>
          <w:sz w:val="20"/>
          <w:szCs w:val="20"/>
        </w:rPr>
      </w:pPr>
      <w:r w:rsidRPr="009E7F96">
        <w:t>MGOP</w:t>
      </w:r>
      <w:r w:rsidRPr="009E7F96">
        <w:rPr>
          <w:rFonts w:ascii="Century Gothic" w:hAnsi="Century Gothic"/>
          <w:sz w:val="20"/>
          <w:szCs w:val="20"/>
        </w:rPr>
        <w:t xml:space="preserve">S.2410.5.2026                                   </w:t>
      </w:r>
      <w:r w:rsidR="009E7F96" w:rsidRPr="009E7F96">
        <w:rPr>
          <w:rFonts w:ascii="Century Gothic" w:hAnsi="Century Gothic"/>
          <w:sz w:val="20"/>
          <w:szCs w:val="20"/>
        </w:rPr>
        <w:tab/>
      </w:r>
      <w:r w:rsidR="009E7F96" w:rsidRPr="009E7F96">
        <w:rPr>
          <w:rFonts w:ascii="Century Gothic" w:hAnsi="Century Gothic"/>
          <w:sz w:val="20"/>
          <w:szCs w:val="20"/>
        </w:rPr>
        <w:tab/>
      </w:r>
      <w:r w:rsidR="009E7F96" w:rsidRPr="009E7F96">
        <w:rPr>
          <w:rFonts w:ascii="Century Gothic" w:hAnsi="Century Gothic"/>
          <w:sz w:val="20"/>
          <w:szCs w:val="20"/>
        </w:rPr>
        <w:tab/>
      </w:r>
      <w:r w:rsidR="009E7F96" w:rsidRPr="009E7F96">
        <w:rPr>
          <w:rFonts w:ascii="Century Gothic" w:hAnsi="Century Gothic"/>
          <w:sz w:val="20"/>
          <w:szCs w:val="20"/>
        </w:rPr>
        <w:tab/>
      </w:r>
      <w:r w:rsidR="009E7F96" w:rsidRPr="009E7F96">
        <w:rPr>
          <w:rFonts w:ascii="Century Gothic" w:hAnsi="Century Gothic"/>
          <w:sz w:val="20"/>
          <w:szCs w:val="20"/>
        </w:rPr>
        <w:tab/>
      </w:r>
      <w:r w:rsidRPr="009E7F96">
        <w:rPr>
          <w:rFonts w:ascii="Century Gothic" w:hAnsi="Century Gothic"/>
          <w:sz w:val="20"/>
          <w:szCs w:val="20"/>
        </w:rPr>
        <w:t xml:space="preserve"> Załącznik nr 1 do SWZ</w:t>
      </w:r>
    </w:p>
    <w:p w14:paraId="2DF839FF" w14:textId="77777777" w:rsidR="00FB0E3C" w:rsidRPr="009E7F96" w:rsidRDefault="00000000">
      <w:pPr>
        <w:jc w:val="center"/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b/>
          <w:sz w:val="20"/>
          <w:szCs w:val="20"/>
        </w:rPr>
        <w:t>WYKAZ OSÓB SKIEROWANYCH DO REALIZACJI ZAMÓWIENIA</w:t>
      </w:r>
    </w:p>
    <w:p w14:paraId="26D5A449" w14:textId="77777777" w:rsidR="00FB0E3C" w:rsidRPr="009E7F96" w:rsidRDefault="00000000">
      <w:pPr>
        <w:jc w:val="center"/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>„Świadczenie specjalistycznych usług opiekuńczych (SUO) w miejscu zamieszkania odbiorców (Gmina Wronki) w 2027 r.”</w:t>
      </w:r>
    </w:p>
    <w:p w14:paraId="6D0C4448" w14:textId="77777777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>Wykonawca (nazwa, adres): ........................................................................................................</w:t>
      </w:r>
    </w:p>
    <w:p w14:paraId="0AA46E1A" w14:textId="1C77A66E" w:rsidR="00FB0E3C" w:rsidRPr="009E7F96" w:rsidRDefault="00000000">
      <w:pPr>
        <w:rPr>
          <w:rFonts w:ascii="Century Gothic" w:hAnsi="Century Gothic"/>
          <w:b/>
          <w:bCs/>
          <w:sz w:val="20"/>
          <w:szCs w:val="20"/>
        </w:rPr>
      </w:pPr>
      <w:r w:rsidRPr="009E7F96">
        <w:rPr>
          <w:rFonts w:ascii="Century Gothic" w:hAnsi="Century Gothic"/>
          <w:b/>
          <w:bCs/>
          <w:sz w:val="20"/>
          <w:szCs w:val="20"/>
        </w:rPr>
        <w:t xml:space="preserve">Część zamówienia nr: ..........  </w:t>
      </w:r>
    </w:p>
    <w:p w14:paraId="61209D4E" w14:textId="77777777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>Wykaz należy wypełnić odrębnie dla każdej części zamówienia. Blok danych osoby powielić dla każdej osoby kierowanej do realizacji tej części.</w:t>
      </w:r>
    </w:p>
    <w:p w14:paraId="3B3FAC94" w14:textId="77777777" w:rsidR="00FB0E3C" w:rsidRPr="009E7F96" w:rsidRDefault="00000000">
      <w:pPr>
        <w:pStyle w:val="Nagwek1"/>
        <w:rPr>
          <w:rFonts w:ascii="Century Gothic" w:hAnsi="Century Gothic"/>
          <w:color w:val="auto"/>
          <w:sz w:val="20"/>
          <w:szCs w:val="20"/>
        </w:rPr>
      </w:pPr>
      <w:r w:rsidRPr="009E7F96">
        <w:rPr>
          <w:rFonts w:ascii="Century Gothic" w:hAnsi="Century Gothic"/>
          <w:color w:val="auto"/>
          <w:sz w:val="20"/>
          <w:szCs w:val="20"/>
        </w:rPr>
        <w:t>A. Osoba skierowana do realizacji zamówienia</w:t>
      </w:r>
    </w:p>
    <w:p w14:paraId="14CC6B2E" w14:textId="77777777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>Imię i nazwisko: ........................................................................................................................</w:t>
      </w:r>
    </w:p>
    <w:p w14:paraId="01388D25" w14:textId="77777777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>Zakres czynności przewidzianych w zamówieniu: .................................................................................</w:t>
      </w:r>
    </w:p>
    <w:p w14:paraId="718B7837" w14:textId="77777777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>Podstawa dysponowania osobą (np. umowa o pracę, zlecenie, zobowiązanie podmiotu trzeciego):</w:t>
      </w:r>
    </w:p>
    <w:p w14:paraId="0E8FC388" w14:textId="77777777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........................................................................................................................................................</w:t>
      </w:r>
    </w:p>
    <w:p w14:paraId="3C4CE67D" w14:textId="77777777" w:rsidR="00FB0E3C" w:rsidRPr="009E7F96" w:rsidRDefault="00000000">
      <w:pPr>
        <w:pStyle w:val="Nagwek1"/>
        <w:rPr>
          <w:rFonts w:ascii="Century Gothic" w:hAnsi="Century Gothic"/>
          <w:color w:val="auto"/>
          <w:sz w:val="20"/>
          <w:szCs w:val="20"/>
        </w:rPr>
      </w:pPr>
      <w:r w:rsidRPr="009E7F96">
        <w:rPr>
          <w:rFonts w:ascii="Century Gothic" w:hAnsi="Century Gothic"/>
          <w:color w:val="auto"/>
          <w:sz w:val="20"/>
          <w:szCs w:val="20"/>
        </w:rPr>
        <w:t>B. Wykształcenie i kwalifikacje wymagane dla wskazanej części</w:t>
      </w:r>
    </w:p>
    <w:p w14:paraId="6D331815" w14:textId="77777777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>Należy podać ukończony kierunek/specjalność, poziom i rodzaj studiów, uczelnię, rok uzyskania kwalifikacji, a także nazwę i datę ukończenia wymaganych kursów lub studiów podyplomowych. Wypełnić tylko wiersz dotyczący oferowanej części.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37"/>
        <w:gridCol w:w="7525"/>
      </w:tblGrid>
      <w:tr w:rsidR="00FB0E3C" w:rsidRPr="009E7F96" w14:paraId="0E0F1D83" w14:textId="77777777">
        <w:trPr>
          <w:cantSplit/>
        </w:trPr>
        <w:tc>
          <w:tcPr>
            <w:tcW w:w="4986" w:type="dxa"/>
            <w:vAlign w:val="center"/>
          </w:tcPr>
          <w:p w14:paraId="5C2FD331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t>Część</w:t>
            </w:r>
          </w:p>
        </w:tc>
        <w:tc>
          <w:tcPr>
            <w:tcW w:w="4986" w:type="dxa"/>
            <w:vAlign w:val="center"/>
          </w:tcPr>
          <w:p w14:paraId="31C5D87E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t>Warunek SWZ – dane potwierdzające kwalifikacje</w:t>
            </w:r>
          </w:p>
        </w:tc>
      </w:tr>
      <w:tr w:rsidR="00FB0E3C" w:rsidRPr="009E7F96" w14:paraId="16427A01" w14:textId="77777777">
        <w:trPr>
          <w:cantSplit/>
        </w:trPr>
        <w:tc>
          <w:tcPr>
            <w:tcW w:w="1984" w:type="dxa"/>
            <w:vAlign w:val="center"/>
          </w:tcPr>
          <w:p w14:paraId="74EBE5DB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t>1 – logopedia</w:t>
            </w:r>
          </w:p>
        </w:tc>
        <w:tc>
          <w:tcPr>
            <w:tcW w:w="7370" w:type="dxa"/>
            <w:vAlign w:val="center"/>
          </w:tcPr>
          <w:p w14:paraId="18DDF667" w14:textId="787B0309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t>Studia I stopnia / II stopnia / jednolite magisterskie w zakresie logopedii lub ze specjalnością logopedyczną.</w:t>
            </w:r>
            <w:r w:rsidRPr="009E7F96">
              <w:rPr>
                <w:rFonts w:ascii="Century Gothic" w:hAnsi="Century Gothic"/>
                <w:sz w:val="20"/>
                <w:szCs w:val="20"/>
              </w:rPr>
              <w:br/>
              <w:t>Ukończone studia / specjalność / uczelnia / data / kurs / certyfikat: ......................................................</w:t>
            </w:r>
            <w:r w:rsidRPr="009E7F96">
              <w:rPr>
                <w:rFonts w:ascii="Century Gothic" w:hAnsi="Century Gothic"/>
                <w:sz w:val="20"/>
                <w:szCs w:val="20"/>
              </w:rPr>
              <w:br/>
              <w:t>....................................................................................................................................</w:t>
            </w:r>
          </w:p>
        </w:tc>
      </w:tr>
      <w:tr w:rsidR="00FB0E3C" w:rsidRPr="009E7F96" w14:paraId="037ED56C" w14:textId="77777777">
        <w:trPr>
          <w:cantSplit/>
        </w:trPr>
        <w:tc>
          <w:tcPr>
            <w:tcW w:w="1984" w:type="dxa"/>
            <w:vAlign w:val="center"/>
          </w:tcPr>
          <w:p w14:paraId="0F4F2EC4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t>2 – neurologopedia</w:t>
            </w:r>
          </w:p>
        </w:tc>
        <w:tc>
          <w:tcPr>
            <w:tcW w:w="7370" w:type="dxa"/>
            <w:vAlign w:val="center"/>
          </w:tcPr>
          <w:p w14:paraId="6BC1C3BB" w14:textId="2230774B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t>Studia I stopnia / II stopnia / jednolite magisterskie w zakresie neurologopedii lub ze specjalnością neurologopedyczną, ALBO wykształcenie wyższe i studia podyplomowe w zakresie neurologopedii przy posiadaniu kwalifikacji do wykonywania zawodu logopedy.</w:t>
            </w:r>
            <w:r w:rsidRPr="009E7F96">
              <w:rPr>
                <w:rFonts w:ascii="Century Gothic" w:hAnsi="Century Gothic"/>
                <w:sz w:val="20"/>
                <w:szCs w:val="20"/>
              </w:rPr>
              <w:br/>
              <w:t>Ukończone studia / specjalność / uczelnia / data / kurs / certyfikat: ......................................................</w:t>
            </w:r>
            <w:r w:rsidRPr="009E7F96">
              <w:rPr>
                <w:rFonts w:ascii="Century Gothic" w:hAnsi="Century Gothic"/>
                <w:sz w:val="20"/>
                <w:szCs w:val="20"/>
              </w:rPr>
              <w:br/>
              <w:t>....................................................................................................................................</w:t>
            </w:r>
          </w:p>
        </w:tc>
      </w:tr>
      <w:tr w:rsidR="00FB0E3C" w:rsidRPr="009E7F96" w14:paraId="188FA067" w14:textId="77777777">
        <w:trPr>
          <w:cantSplit/>
        </w:trPr>
        <w:tc>
          <w:tcPr>
            <w:tcW w:w="1984" w:type="dxa"/>
            <w:vAlign w:val="center"/>
          </w:tcPr>
          <w:p w14:paraId="33CE46B5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t>3 – pedagog specjalny</w:t>
            </w:r>
          </w:p>
        </w:tc>
        <w:tc>
          <w:tcPr>
            <w:tcW w:w="7370" w:type="dxa"/>
            <w:vAlign w:val="center"/>
          </w:tcPr>
          <w:p w14:paraId="0B7B699F" w14:textId="385D3803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t>Studia I stopnia / II stopnia / jednolite magisterskie na kierunku pedagogika specjalna lub w zakresie pedagogiki specjalnej, ALBO studia podyplomowe w zakresie pedagogiki specjalnej.</w:t>
            </w:r>
            <w:r w:rsidRPr="009E7F96">
              <w:rPr>
                <w:rFonts w:ascii="Century Gothic" w:hAnsi="Century Gothic"/>
                <w:sz w:val="20"/>
                <w:szCs w:val="20"/>
              </w:rPr>
              <w:br/>
              <w:t>Ukończone studia / specjalność / uczelnia / data / kurs / certyfikat: ......................................................</w:t>
            </w:r>
            <w:r w:rsidRPr="009E7F96">
              <w:rPr>
                <w:rFonts w:ascii="Century Gothic" w:hAnsi="Century Gothic"/>
                <w:sz w:val="20"/>
                <w:szCs w:val="20"/>
              </w:rPr>
              <w:br/>
              <w:t>....................................................................................................................................</w:t>
            </w:r>
          </w:p>
        </w:tc>
      </w:tr>
      <w:tr w:rsidR="00FB0E3C" w:rsidRPr="009E7F96" w14:paraId="58B8C0C1" w14:textId="77777777">
        <w:trPr>
          <w:cantSplit/>
        </w:trPr>
        <w:tc>
          <w:tcPr>
            <w:tcW w:w="1984" w:type="dxa"/>
            <w:vAlign w:val="center"/>
          </w:tcPr>
          <w:p w14:paraId="59094644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t xml:space="preserve">4 – </w:t>
            </w:r>
            <w:proofErr w:type="spellStart"/>
            <w:r w:rsidRPr="009E7F96">
              <w:rPr>
                <w:rFonts w:ascii="Century Gothic" w:hAnsi="Century Gothic"/>
                <w:sz w:val="20"/>
                <w:szCs w:val="20"/>
              </w:rPr>
              <w:t>terapia</w:t>
            </w:r>
            <w:proofErr w:type="spellEnd"/>
            <w:r w:rsidRPr="009E7F96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Pr="009E7F96">
              <w:rPr>
                <w:rFonts w:ascii="Century Gothic" w:hAnsi="Century Gothic"/>
                <w:sz w:val="20"/>
                <w:szCs w:val="20"/>
              </w:rPr>
              <w:t>ręki</w:t>
            </w:r>
            <w:proofErr w:type="spellEnd"/>
          </w:p>
        </w:tc>
        <w:tc>
          <w:tcPr>
            <w:tcW w:w="7370" w:type="dxa"/>
            <w:vAlign w:val="center"/>
          </w:tcPr>
          <w:p w14:paraId="1FE7CBA6" w14:textId="122731C9" w:rsidR="00A73ACC" w:rsidRPr="00A73ACC" w:rsidRDefault="00A73ACC" w:rsidP="00A73ACC">
            <w:pPr>
              <w:pStyle w:val="Teksttreci0"/>
              <w:ind w:firstLine="0"/>
              <w:jc w:val="both"/>
              <w:rPr>
                <w:rFonts w:ascii="Century Gothic" w:hAnsi="Century Gothic" w:cs="Arial"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Cs/>
                <w:sz w:val="20"/>
                <w:szCs w:val="20"/>
                <w:lang w:val="pl-PL"/>
              </w:rPr>
              <w:t>S</w:t>
            </w:r>
            <w:r w:rsidRPr="00A73ACC">
              <w:rPr>
                <w:rFonts w:ascii="Century Gothic" w:hAnsi="Century Gothic" w:cs="Arial"/>
                <w:bCs/>
                <w:sz w:val="20"/>
                <w:szCs w:val="20"/>
                <w:lang w:val="pl-PL"/>
              </w:rPr>
              <w:t>tudia pierwszego stopnia lub studia drugiego stopnia lub studia jednolite magisterskie na kierunku pedagogika lub pedagogika specjalna lub ukończyła studia podyplomowe w zakresie pedagogiki lub pedagogiki specjalnej</w:t>
            </w:r>
            <w:r w:rsidRPr="00A73ACC">
              <w:rPr>
                <w:rFonts w:ascii="Century Gothic" w:hAnsi="Century Gothic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A73ACC">
              <w:rPr>
                <w:rFonts w:ascii="Century Gothic" w:hAnsi="Century Gothic" w:cs="Arial"/>
                <w:b/>
                <w:bCs/>
                <w:sz w:val="20"/>
                <w:szCs w:val="20"/>
              </w:rPr>
              <w:t>oraz</w:t>
            </w:r>
            <w:proofErr w:type="spellEnd"/>
            <w:r w:rsidRPr="00A73ACC">
              <w:rPr>
                <w:rFonts w:ascii="Century Gothic" w:hAnsi="Century Gothic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A73ACC">
              <w:rPr>
                <w:rFonts w:ascii="Century Gothic" w:hAnsi="Century Gothic" w:cs="Arial"/>
                <w:bCs/>
                <w:sz w:val="20"/>
                <w:szCs w:val="20"/>
              </w:rPr>
              <w:t>ukończyła</w:t>
            </w:r>
            <w:proofErr w:type="spellEnd"/>
            <w:r w:rsidRPr="00A73ACC">
              <w:rPr>
                <w:rFonts w:ascii="Century Gothic" w:hAnsi="Century Gothic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A73ACC">
              <w:rPr>
                <w:rFonts w:ascii="Century Gothic" w:hAnsi="Century Gothic" w:cs="Arial"/>
                <w:bCs/>
                <w:sz w:val="20"/>
                <w:szCs w:val="20"/>
              </w:rPr>
              <w:t>kurs</w:t>
            </w:r>
            <w:proofErr w:type="spellEnd"/>
            <w:r w:rsidRPr="00A73ACC">
              <w:rPr>
                <w:rFonts w:ascii="Century Gothic" w:hAnsi="Century Gothic" w:cs="Arial"/>
                <w:bCs/>
                <w:sz w:val="20"/>
                <w:szCs w:val="20"/>
              </w:rPr>
              <w:t xml:space="preserve"> I </w:t>
            </w:r>
            <w:proofErr w:type="spellStart"/>
            <w:r w:rsidRPr="00A73ACC">
              <w:rPr>
                <w:rFonts w:ascii="Century Gothic" w:hAnsi="Century Gothic" w:cs="Arial"/>
                <w:bCs/>
                <w:sz w:val="20"/>
                <w:szCs w:val="20"/>
              </w:rPr>
              <w:t>i</w:t>
            </w:r>
            <w:proofErr w:type="spellEnd"/>
            <w:r w:rsidRPr="00A73ACC">
              <w:rPr>
                <w:rFonts w:ascii="Century Gothic" w:hAnsi="Century Gothic" w:cs="Arial"/>
                <w:bCs/>
                <w:sz w:val="20"/>
                <w:szCs w:val="20"/>
              </w:rPr>
              <w:t xml:space="preserve"> II </w:t>
            </w:r>
            <w:proofErr w:type="spellStart"/>
            <w:r w:rsidRPr="00A73ACC">
              <w:rPr>
                <w:rFonts w:ascii="Century Gothic" w:hAnsi="Century Gothic" w:cs="Arial"/>
                <w:bCs/>
                <w:sz w:val="20"/>
                <w:szCs w:val="20"/>
              </w:rPr>
              <w:t>stopnia</w:t>
            </w:r>
            <w:proofErr w:type="spellEnd"/>
            <w:r w:rsidRPr="00A73ACC">
              <w:rPr>
                <w:rFonts w:ascii="Century Gothic" w:hAnsi="Century Gothic" w:cs="Arial"/>
                <w:bCs/>
                <w:sz w:val="20"/>
                <w:szCs w:val="20"/>
              </w:rPr>
              <w:t xml:space="preserve"> z </w:t>
            </w:r>
            <w:proofErr w:type="spellStart"/>
            <w:r w:rsidRPr="00A73ACC">
              <w:rPr>
                <w:rFonts w:ascii="Century Gothic" w:hAnsi="Century Gothic" w:cs="Arial"/>
                <w:bCs/>
                <w:sz w:val="20"/>
                <w:szCs w:val="20"/>
              </w:rPr>
              <w:t>zakresu</w:t>
            </w:r>
            <w:proofErr w:type="spellEnd"/>
            <w:r w:rsidRPr="00A73ACC">
              <w:rPr>
                <w:rFonts w:ascii="Century Gothic" w:hAnsi="Century Gothic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A73ACC">
              <w:rPr>
                <w:rFonts w:ascii="Century Gothic" w:hAnsi="Century Gothic" w:cs="Arial"/>
                <w:bCs/>
                <w:sz w:val="20"/>
                <w:szCs w:val="20"/>
              </w:rPr>
              <w:t>terapii</w:t>
            </w:r>
            <w:proofErr w:type="spellEnd"/>
            <w:r w:rsidRPr="00A73ACC">
              <w:rPr>
                <w:rFonts w:ascii="Century Gothic" w:hAnsi="Century Gothic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A73ACC">
              <w:rPr>
                <w:rFonts w:ascii="Century Gothic" w:hAnsi="Century Gothic" w:cs="Arial"/>
                <w:bCs/>
                <w:sz w:val="20"/>
                <w:szCs w:val="20"/>
              </w:rPr>
              <w:t>ręki</w:t>
            </w:r>
            <w:proofErr w:type="spellEnd"/>
            <w:r w:rsidRPr="00A73ACC">
              <w:rPr>
                <w:rFonts w:ascii="Century Gothic" w:hAnsi="Century Gothic" w:cs="Arial"/>
                <w:bCs/>
                <w:sz w:val="20"/>
                <w:szCs w:val="20"/>
              </w:rPr>
              <w:t>;</w:t>
            </w:r>
          </w:p>
          <w:p w14:paraId="53D9770B" w14:textId="6B3A94AB" w:rsidR="00FB0E3C" w:rsidRPr="00A73ACC" w:rsidRDefault="00000000" w:rsidP="00A73ACC">
            <w:pPr>
              <w:pStyle w:val="Teksttreci0"/>
              <w:ind w:firstLin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A73ACC">
              <w:rPr>
                <w:rFonts w:ascii="Century Gothic" w:hAnsi="Century Gothic"/>
                <w:sz w:val="20"/>
                <w:szCs w:val="20"/>
              </w:rPr>
              <w:t>Ukończone</w:t>
            </w:r>
            <w:proofErr w:type="spellEnd"/>
            <w:r w:rsidRPr="00A73ACC">
              <w:rPr>
                <w:rFonts w:ascii="Century Gothic" w:hAnsi="Century Gothic"/>
                <w:sz w:val="20"/>
                <w:szCs w:val="20"/>
              </w:rPr>
              <w:t xml:space="preserve"> studia / </w:t>
            </w:r>
            <w:proofErr w:type="spellStart"/>
            <w:r w:rsidRPr="00A73ACC">
              <w:rPr>
                <w:rFonts w:ascii="Century Gothic" w:hAnsi="Century Gothic"/>
                <w:sz w:val="20"/>
                <w:szCs w:val="20"/>
              </w:rPr>
              <w:t>specjalność</w:t>
            </w:r>
            <w:proofErr w:type="spellEnd"/>
            <w:r w:rsidRPr="00A73ACC">
              <w:rPr>
                <w:rFonts w:ascii="Century Gothic" w:hAnsi="Century Gothic"/>
                <w:sz w:val="20"/>
                <w:szCs w:val="20"/>
              </w:rPr>
              <w:t xml:space="preserve"> / uczelnia / data / kurs / certyfikat: ......................................................</w:t>
            </w:r>
            <w:r w:rsidRPr="00A73ACC">
              <w:rPr>
                <w:rFonts w:ascii="Century Gothic" w:hAnsi="Century Gothic"/>
                <w:sz w:val="20"/>
                <w:szCs w:val="20"/>
              </w:rPr>
              <w:br/>
              <w:t>....................................................................................................................................</w:t>
            </w:r>
          </w:p>
        </w:tc>
      </w:tr>
      <w:tr w:rsidR="00FB0E3C" w:rsidRPr="009E7F96" w14:paraId="6EAED1CC" w14:textId="77777777">
        <w:trPr>
          <w:cantSplit/>
        </w:trPr>
        <w:tc>
          <w:tcPr>
            <w:tcW w:w="1984" w:type="dxa"/>
            <w:vAlign w:val="center"/>
          </w:tcPr>
          <w:p w14:paraId="42C78B33" w14:textId="6D4BCCD4" w:rsidR="00FB0E3C" w:rsidRPr="00A73ACC" w:rsidRDefault="00000000" w:rsidP="00A73ACC">
            <w:pPr>
              <w:pStyle w:val="Akapitzlist"/>
              <w:numPr>
                <w:ilvl w:val="0"/>
                <w:numId w:val="11"/>
              </w:numPr>
              <w:rPr>
                <w:rFonts w:ascii="Century Gothic" w:hAnsi="Century Gothic"/>
                <w:sz w:val="20"/>
                <w:szCs w:val="20"/>
              </w:rPr>
            </w:pPr>
            <w:r w:rsidRPr="00A73ACC">
              <w:rPr>
                <w:rFonts w:ascii="Century Gothic" w:hAnsi="Century Gothic"/>
                <w:sz w:val="20"/>
                <w:szCs w:val="20"/>
              </w:rPr>
              <w:lastRenderedPageBreak/>
              <w:t>– TUS</w:t>
            </w:r>
          </w:p>
        </w:tc>
        <w:tc>
          <w:tcPr>
            <w:tcW w:w="7370" w:type="dxa"/>
            <w:vAlign w:val="center"/>
          </w:tcPr>
          <w:p w14:paraId="7C33EA42" w14:textId="41664C32" w:rsidR="00FB0E3C" w:rsidRPr="00A73ACC" w:rsidRDefault="00A73ACC">
            <w:pPr>
              <w:rPr>
                <w:rFonts w:ascii="Century Gothic" w:hAnsi="Century Gothic"/>
                <w:b/>
                <w:bCs/>
                <w:sz w:val="20"/>
                <w:szCs w:val="20"/>
                <w:u w:val="single"/>
                <w:lang w:val="cs-CZ"/>
              </w:rPr>
            </w:pPr>
            <w:r>
              <w:rPr>
                <w:rFonts w:ascii="Century Gothic" w:hAnsi="Century Gothic"/>
                <w:bCs/>
                <w:sz w:val="20"/>
                <w:szCs w:val="20"/>
                <w:lang w:val="pl-PL"/>
              </w:rPr>
              <w:t>S</w:t>
            </w:r>
            <w:r w:rsidRPr="00A73ACC">
              <w:rPr>
                <w:rFonts w:ascii="Century Gothic" w:hAnsi="Century Gothic"/>
                <w:bCs/>
                <w:sz w:val="20"/>
                <w:szCs w:val="20"/>
                <w:lang w:val="pl-PL"/>
              </w:rPr>
              <w:t>tudia pierwszego stopnia lub studia drugiego stopnia lub studia jednolite magisterskie na kierunku pedagogika lub pedagogika specjalna lub ukończyła studia podyplomowe w zakresie pedagogiki lub pedagogiki specjalnej</w:t>
            </w:r>
            <w:r w:rsidRPr="00A73ACC">
              <w:rPr>
                <w:rFonts w:ascii="Century Gothic" w:hAnsi="Century Gothic"/>
                <w:bCs/>
                <w:sz w:val="20"/>
                <w:szCs w:val="20"/>
                <w:lang w:val="cs-CZ"/>
              </w:rPr>
              <w:t xml:space="preserve"> </w:t>
            </w:r>
            <w:r w:rsidRPr="00A73ACC">
              <w:rPr>
                <w:rFonts w:ascii="Century Gothic" w:hAnsi="Century Gothic"/>
                <w:sz w:val="20"/>
                <w:szCs w:val="20"/>
                <w:lang w:val="cs-CZ"/>
              </w:rPr>
              <w:t>oraz ukończyła certyfikowane szkolenie w zakresie prowadzenia TUS;</w:t>
            </w:r>
            <w:r>
              <w:rPr>
                <w:rFonts w:ascii="Century Gothic" w:hAnsi="Century Gothic"/>
                <w:sz w:val="20"/>
                <w:szCs w:val="20"/>
                <w:lang w:val="cs-CZ"/>
              </w:rPr>
              <w:t xml:space="preserve"> </w:t>
            </w:r>
            <w:r w:rsidRPr="009E7F96">
              <w:rPr>
                <w:rFonts w:ascii="Century Gothic" w:hAnsi="Century Gothic"/>
                <w:sz w:val="20"/>
                <w:szCs w:val="20"/>
              </w:rPr>
              <w:br/>
              <w:t>Ukończone studia / specjalność / uczelnia / data / kurs / certyfikat: ......................................................</w:t>
            </w:r>
            <w:r w:rsidRPr="009E7F96">
              <w:rPr>
                <w:rFonts w:ascii="Century Gothic" w:hAnsi="Century Gothic"/>
                <w:sz w:val="20"/>
                <w:szCs w:val="20"/>
              </w:rPr>
              <w:br/>
              <w:t>....................................................................................................................................</w:t>
            </w:r>
          </w:p>
        </w:tc>
      </w:tr>
      <w:tr w:rsidR="00FB0E3C" w:rsidRPr="009E7F96" w14:paraId="7089BD1B" w14:textId="77777777">
        <w:trPr>
          <w:cantSplit/>
        </w:trPr>
        <w:tc>
          <w:tcPr>
            <w:tcW w:w="1984" w:type="dxa"/>
            <w:vAlign w:val="center"/>
          </w:tcPr>
          <w:p w14:paraId="43B367A2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t>6 – SI</w:t>
            </w:r>
          </w:p>
        </w:tc>
        <w:tc>
          <w:tcPr>
            <w:tcW w:w="7370" w:type="dxa"/>
            <w:vAlign w:val="center"/>
          </w:tcPr>
          <w:p w14:paraId="549B9AAD" w14:textId="0C85FF8C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t>Wykształcenie wyższe kierunkowe: fizjoterapia, medycyna, logopedia, psychologia, pedagogika, pedagogika specjalna lub terapia zajęciowa ORAZ certyfikat kursu SI (co najmniej II stopnia), ALBO studia podyplomowe o specjalności integracja sensoryczna.</w:t>
            </w:r>
            <w:r w:rsidRPr="009E7F96">
              <w:rPr>
                <w:rFonts w:ascii="Century Gothic" w:hAnsi="Century Gothic"/>
                <w:sz w:val="20"/>
                <w:szCs w:val="20"/>
              </w:rPr>
              <w:br/>
              <w:t>Ukończone studia / specjalność / uczelnia / data / kurs / certyfikat: ......................................................</w:t>
            </w:r>
            <w:r w:rsidRPr="009E7F96">
              <w:rPr>
                <w:rFonts w:ascii="Century Gothic" w:hAnsi="Century Gothic"/>
                <w:sz w:val="20"/>
                <w:szCs w:val="20"/>
              </w:rPr>
              <w:br/>
              <w:t>....................................................................................................................................</w:t>
            </w:r>
          </w:p>
        </w:tc>
      </w:tr>
      <w:tr w:rsidR="00FB0E3C" w:rsidRPr="009E7F96" w14:paraId="5CD0B2F2" w14:textId="77777777">
        <w:trPr>
          <w:cantSplit/>
        </w:trPr>
        <w:tc>
          <w:tcPr>
            <w:tcW w:w="1984" w:type="dxa"/>
            <w:vAlign w:val="center"/>
          </w:tcPr>
          <w:p w14:paraId="6F28A1FA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t>7 – oligofrenopedagogika</w:t>
            </w:r>
          </w:p>
        </w:tc>
        <w:tc>
          <w:tcPr>
            <w:tcW w:w="7370" w:type="dxa"/>
            <w:vAlign w:val="center"/>
          </w:tcPr>
          <w:p w14:paraId="0017BFEB" w14:textId="45A53D26" w:rsidR="0003109D" w:rsidRPr="0003109D" w:rsidRDefault="00000000" w:rsidP="0003109D">
            <w:pPr>
              <w:rPr>
                <w:rFonts w:ascii="Century Gothic" w:hAnsi="Century Gothic"/>
                <w:bCs/>
                <w:sz w:val="20"/>
                <w:szCs w:val="20"/>
                <w:lang w:val="pl-PL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t xml:space="preserve">Studia I </w:t>
            </w:r>
            <w:proofErr w:type="spellStart"/>
            <w:r w:rsidRPr="009E7F96">
              <w:rPr>
                <w:rFonts w:ascii="Century Gothic" w:hAnsi="Century Gothic"/>
                <w:sz w:val="20"/>
                <w:szCs w:val="20"/>
              </w:rPr>
              <w:t>stopnia</w:t>
            </w:r>
            <w:proofErr w:type="spellEnd"/>
            <w:r w:rsidRPr="009E7F96">
              <w:rPr>
                <w:rFonts w:ascii="Century Gothic" w:hAnsi="Century Gothic"/>
                <w:sz w:val="20"/>
                <w:szCs w:val="20"/>
              </w:rPr>
              <w:t xml:space="preserve"> / II </w:t>
            </w:r>
            <w:proofErr w:type="spellStart"/>
            <w:r w:rsidRPr="009E7F96">
              <w:rPr>
                <w:rFonts w:ascii="Century Gothic" w:hAnsi="Century Gothic"/>
                <w:sz w:val="20"/>
                <w:szCs w:val="20"/>
              </w:rPr>
              <w:t>stopnia</w:t>
            </w:r>
            <w:proofErr w:type="spellEnd"/>
            <w:r w:rsidRPr="009E7F96">
              <w:rPr>
                <w:rFonts w:ascii="Century Gothic" w:hAnsi="Century Gothic"/>
                <w:sz w:val="20"/>
                <w:szCs w:val="20"/>
              </w:rPr>
              <w:t xml:space="preserve"> / </w:t>
            </w:r>
            <w:proofErr w:type="spellStart"/>
            <w:r w:rsidRPr="009E7F96">
              <w:rPr>
                <w:rFonts w:ascii="Century Gothic" w:hAnsi="Century Gothic"/>
                <w:sz w:val="20"/>
                <w:szCs w:val="20"/>
              </w:rPr>
              <w:t>jednolite</w:t>
            </w:r>
            <w:proofErr w:type="spellEnd"/>
            <w:r w:rsidRPr="009E7F96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Pr="009E7F96">
              <w:rPr>
                <w:rFonts w:ascii="Century Gothic" w:hAnsi="Century Gothic"/>
                <w:sz w:val="20"/>
                <w:szCs w:val="20"/>
              </w:rPr>
              <w:t>magisterskie</w:t>
            </w:r>
            <w:proofErr w:type="spellEnd"/>
            <w:r w:rsidRPr="009E7F96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03109D" w:rsidRPr="0003109D">
              <w:rPr>
                <w:rFonts w:ascii="Century Gothic" w:hAnsi="Century Gothic"/>
                <w:bCs/>
                <w:sz w:val="20"/>
                <w:szCs w:val="20"/>
                <w:lang w:val="pl-PL"/>
              </w:rPr>
              <w:t>na kierunku pedagogika lub pedagogika specjalna, ze specjalnością w zakresie oligofrenopedagogiki, edukacji i rehabilitacji osób z niepełnosprawnością intelektualną lub inną równoważną specjalnością przygotowującą do pracy z osobami z niepełnosprawnością intelektualną lub ukończyła studia wyższe na kierunku pedagogika albo pedagogika specjalna oraz studia podyplomowe w zakresie oligofrenopedagogiki, edukacji i rehabilitacji osób z niepełnosprawnością intelektualną lub w innym równoważnym zakresie przygotowującym do pracy z osobami z niepełnosprawnością intelektualną.</w:t>
            </w:r>
          </w:p>
          <w:p w14:paraId="04DAE6B0" w14:textId="0BA9481F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br/>
              <w:t>Ukończone studia / specjalność / uczelnia / data / kurs / certyfikat: ......................................................</w:t>
            </w:r>
            <w:r w:rsidRPr="009E7F96">
              <w:rPr>
                <w:rFonts w:ascii="Century Gothic" w:hAnsi="Century Gothic"/>
                <w:sz w:val="20"/>
                <w:szCs w:val="20"/>
              </w:rPr>
              <w:br/>
              <w:t>....................................................................................................................................</w:t>
            </w:r>
          </w:p>
        </w:tc>
      </w:tr>
    </w:tbl>
    <w:p w14:paraId="4D6DD2EB" w14:textId="77777777" w:rsidR="00FB0E3C" w:rsidRPr="009E7F96" w:rsidRDefault="00000000">
      <w:pPr>
        <w:pStyle w:val="Nagwek1"/>
        <w:rPr>
          <w:rFonts w:ascii="Century Gothic" w:hAnsi="Century Gothic"/>
          <w:color w:val="auto"/>
          <w:sz w:val="20"/>
          <w:szCs w:val="20"/>
        </w:rPr>
      </w:pPr>
      <w:r w:rsidRPr="009E7F96">
        <w:rPr>
          <w:rFonts w:ascii="Century Gothic" w:hAnsi="Century Gothic"/>
          <w:color w:val="auto"/>
          <w:sz w:val="20"/>
          <w:szCs w:val="20"/>
        </w:rPr>
        <w:t>C. Doświadczenie zawodowe – wszystkie części</w:t>
      </w:r>
    </w:p>
    <w:p w14:paraId="09415585" w14:textId="4BEBEFFA" w:rsidR="00FB0E3C" w:rsidRPr="00B151A0" w:rsidRDefault="00000000">
      <w:pPr>
        <w:rPr>
          <w:rFonts w:ascii="Century Gothic" w:hAnsi="Century Gothic"/>
          <w:bCs/>
          <w:sz w:val="20"/>
          <w:szCs w:val="20"/>
          <w:lang w:val="pl-PL"/>
        </w:rPr>
      </w:pPr>
      <w:proofErr w:type="spellStart"/>
      <w:r w:rsidRPr="009E7F96">
        <w:rPr>
          <w:rFonts w:ascii="Century Gothic" w:hAnsi="Century Gothic"/>
          <w:sz w:val="20"/>
          <w:szCs w:val="20"/>
        </w:rPr>
        <w:t>Wymagane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E7F96">
        <w:rPr>
          <w:rFonts w:ascii="Century Gothic" w:hAnsi="Century Gothic"/>
          <w:sz w:val="20"/>
          <w:szCs w:val="20"/>
        </w:rPr>
        <w:t>zgodnie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z </w:t>
      </w:r>
      <w:proofErr w:type="spellStart"/>
      <w:r w:rsidRPr="009E7F96">
        <w:rPr>
          <w:rFonts w:ascii="Century Gothic" w:hAnsi="Century Gothic"/>
          <w:sz w:val="20"/>
          <w:szCs w:val="20"/>
        </w:rPr>
        <w:t>rozdziałem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VIII SWZ: co </w:t>
      </w:r>
      <w:proofErr w:type="spellStart"/>
      <w:r w:rsidRPr="009E7F96">
        <w:rPr>
          <w:rFonts w:ascii="Century Gothic" w:hAnsi="Century Gothic"/>
          <w:sz w:val="20"/>
          <w:szCs w:val="20"/>
        </w:rPr>
        <w:t>najmniej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3 </w:t>
      </w:r>
      <w:proofErr w:type="spellStart"/>
      <w:r w:rsidRPr="009E7F96">
        <w:rPr>
          <w:rFonts w:ascii="Century Gothic" w:hAnsi="Century Gothic"/>
          <w:sz w:val="20"/>
          <w:szCs w:val="20"/>
        </w:rPr>
        <w:t>miesiące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E7F96">
        <w:rPr>
          <w:rFonts w:ascii="Century Gothic" w:hAnsi="Century Gothic"/>
          <w:sz w:val="20"/>
          <w:szCs w:val="20"/>
        </w:rPr>
        <w:t>doświadczenia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w </w:t>
      </w:r>
      <w:proofErr w:type="spellStart"/>
      <w:r w:rsidRPr="009E7F96">
        <w:rPr>
          <w:rFonts w:ascii="Century Gothic" w:hAnsi="Century Gothic"/>
          <w:sz w:val="20"/>
          <w:szCs w:val="20"/>
        </w:rPr>
        <w:t>pracy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z </w:t>
      </w:r>
      <w:proofErr w:type="spellStart"/>
      <w:r w:rsidRPr="009E7F96">
        <w:rPr>
          <w:rFonts w:ascii="Century Gothic" w:hAnsi="Century Gothic"/>
          <w:sz w:val="20"/>
          <w:szCs w:val="20"/>
        </w:rPr>
        <w:t>osobami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z </w:t>
      </w:r>
      <w:proofErr w:type="spellStart"/>
      <w:r w:rsidRPr="009E7F96">
        <w:rPr>
          <w:rFonts w:ascii="Century Gothic" w:hAnsi="Century Gothic"/>
          <w:sz w:val="20"/>
          <w:szCs w:val="20"/>
        </w:rPr>
        <w:t>zaburzeniami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E7F96">
        <w:rPr>
          <w:rFonts w:ascii="Century Gothic" w:hAnsi="Century Gothic"/>
          <w:sz w:val="20"/>
          <w:szCs w:val="20"/>
        </w:rPr>
        <w:t>psychicznymi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, w </w:t>
      </w:r>
      <w:proofErr w:type="spellStart"/>
      <w:r w:rsidRPr="009E7F96">
        <w:rPr>
          <w:rFonts w:ascii="Century Gothic" w:hAnsi="Century Gothic"/>
          <w:sz w:val="20"/>
          <w:szCs w:val="20"/>
        </w:rPr>
        <w:t>jednej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z </w:t>
      </w:r>
      <w:proofErr w:type="spellStart"/>
      <w:r w:rsidRPr="009E7F96">
        <w:rPr>
          <w:rFonts w:ascii="Century Gothic" w:hAnsi="Century Gothic"/>
          <w:sz w:val="20"/>
          <w:szCs w:val="20"/>
        </w:rPr>
        <w:t>jednostek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E7F96">
        <w:rPr>
          <w:rFonts w:ascii="Century Gothic" w:hAnsi="Century Gothic"/>
          <w:sz w:val="20"/>
          <w:szCs w:val="20"/>
        </w:rPr>
        <w:t>wskazanych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E7F96">
        <w:rPr>
          <w:rFonts w:ascii="Century Gothic" w:hAnsi="Century Gothic"/>
          <w:sz w:val="20"/>
          <w:szCs w:val="20"/>
        </w:rPr>
        <w:t>poniżej</w:t>
      </w:r>
      <w:proofErr w:type="spellEnd"/>
      <w:r w:rsidR="00B151A0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="00B151A0">
        <w:rPr>
          <w:rFonts w:ascii="Century Gothic" w:hAnsi="Century Gothic"/>
          <w:sz w:val="20"/>
          <w:szCs w:val="20"/>
        </w:rPr>
        <w:t>liczone</w:t>
      </w:r>
      <w:proofErr w:type="spellEnd"/>
      <w:r w:rsidR="00B151A0">
        <w:rPr>
          <w:rFonts w:ascii="Century Gothic" w:hAnsi="Century Gothic"/>
          <w:sz w:val="20"/>
          <w:szCs w:val="20"/>
        </w:rPr>
        <w:t xml:space="preserve"> od </w:t>
      </w:r>
      <w:r w:rsidR="00B151A0" w:rsidRPr="00B151A0">
        <w:rPr>
          <w:rFonts w:ascii="Century Gothic" w:hAnsi="Century Gothic"/>
          <w:bCs/>
          <w:sz w:val="20"/>
          <w:szCs w:val="20"/>
          <w:lang w:val="pl-PL"/>
        </w:rPr>
        <w:t>dnia uzyskania wykształcenia lub kwalifikacji wymaganych dla danej części zamówienia przez daną osobę</w:t>
      </w:r>
      <w:r w:rsidR="00B151A0">
        <w:rPr>
          <w:rFonts w:ascii="Century Gothic" w:hAnsi="Century Gothic"/>
          <w:bCs/>
          <w:sz w:val="20"/>
          <w:szCs w:val="20"/>
          <w:lang w:val="pl-PL"/>
        </w:rPr>
        <w:t xml:space="preserve">. </w:t>
      </w:r>
    </w:p>
    <w:p w14:paraId="2A7A821F" w14:textId="77777777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>Data uzyskania wymaganych kwalifikacji: ...................... Łączny okres kwalifikowanego doświadczenia: ........ miesięcy (bez podwójnego liczenia okresów pokrywających się).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91"/>
        <w:gridCol w:w="2491"/>
        <w:gridCol w:w="2490"/>
        <w:gridCol w:w="2490"/>
      </w:tblGrid>
      <w:tr w:rsidR="00FB0E3C" w:rsidRPr="009E7F96" w14:paraId="0E35C4C9" w14:textId="77777777">
        <w:trPr>
          <w:cantSplit/>
        </w:trPr>
        <w:tc>
          <w:tcPr>
            <w:tcW w:w="2493" w:type="dxa"/>
          </w:tcPr>
          <w:p w14:paraId="38DE9895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t>Jednostka / pracodawca i rodzaj jednostki</w:t>
            </w:r>
          </w:p>
        </w:tc>
        <w:tc>
          <w:tcPr>
            <w:tcW w:w="2493" w:type="dxa"/>
          </w:tcPr>
          <w:p w14:paraId="4E90643E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t>Rodzaj pracy i grupy odbiorców</w:t>
            </w:r>
          </w:p>
        </w:tc>
        <w:tc>
          <w:tcPr>
            <w:tcW w:w="2493" w:type="dxa"/>
          </w:tcPr>
          <w:p w14:paraId="14628FBE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t>Okres od–do (dd.mm.rrrr)</w:t>
            </w:r>
          </w:p>
        </w:tc>
        <w:tc>
          <w:tcPr>
            <w:tcW w:w="2493" w:type="dxa"/>
          </w:tcPr>
          <w:p w14:paraId="2431311C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t>Liczba miesięcy</w:t>
            </w:r>
          </w:p>
        </w:tc>
      </w:tr>
      <w:tr w:rsidR="00FB0E3C" w:rsidRPr="009E7F96" w14:paraId="77C3800A" w14:textId="77777777">
        <w:trPr>
          <w:cantSplit/>
        </w:trPr>
        <w:tc>
          <w:tcPr>
            <w:tcW w:w="2493" w:type="dxa"/>
          </w:tcPr>
          <w:p w14:paraId="3FCAFCAE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br/>
              <w:t>..................................</w:t>
            </w:r>
          </w:p>
        </w:tc>
        <w:tc>
          <w:tcPr>
            <w:tcW w:w="2493" w:type="dxa"/>
          </w:tcPr>
          <w:p w14:paraId="694C78C0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br/>
              <w:t>..................................</w:t>
            </w:r>
          </w:p>
        </w:tc>
        <w:tc>
          <w:tcPr>
            <w:tcW w:w="2493" w:type="dxa"/>
          </w:tcPr>
          <w:p w14:paraId="35C139EA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br/>
              <w:t>..................................</w:t>
            </w:r>
          </w:p>
        </w:tc>
        <w:tc>
          <w:tcPr>
            <w:tcW w:w="2493" w:type="dxa"/>
          </w:tcPr>
          <w:p w14:paraId="50D78984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br/>
              <w:t>..................................</w:t>
            </w:r>
          </w:p>
        </w:tc>
      </w:tr>
      <w:tr w:rsidR="00FB0E3C" w:rsidRPr="009E7F96" w14:paraId="77A9565A" w14:textId="77777777">
        <w:trPr>
          <w:cantSplit/>
        </w:trPr>
        <w:tc>
          <w:tcPr>
            <w:tcW w:w="2493" w:type="dxa"/>
          </w:tcPr>
          <w:p w14:paraId="2213FFD6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br/>
              <w:t>..................................</w:t>
            </w:r>
          </w:p>
        </w:tc>
        <w:tc>
          <w:tcPr>
            <w:tcW w:w="2493" w:type="dxa"/>
          </w:tcPr>
          <w:p w14:paraId="744A867C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br/>
              <w:t>..................................</w:t>
            </w:r>
          </w:p>
        </w:tc>
        <w:tc>
          <w:tcPr>
            <w:tcW w:w="2493" w:type="dxa"/>
          </w:tcPr>
          <w:p w14:paraId="6A1649C4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br/>
              <w:t>..................................</w:t>
            </w:r>
          </w:p>
        </w:tc>
        <w:tc>
          <w:tcPr>
            <w:tcW w:w="2493" w:type="dxa"/>
          </w:tcPr>
          <w:p w14:paraId="7418D4D1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br/>
              <w:t>..................................</w:t>
            </w:r>
          </w:p>
        </w:tc>
      </w:tr>
      <w:tr w:rsidR="00FB0E3C" w:rsidRPr="009E7F96" w14:paraId="558FC0AE" w14:textId="77777777">
        <w:trPr>
          <w:cantSplit/>
        </w:trPr>
        <w:tc>
          <w:tcPr>
            <w:tcW w:w="2493" w:type="dxa"/>
          </w:tcPr>
          <w:p w14:paraId="3662A16C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br/>
              <w:t>..................................</w:t>
            </w:r>
          </w:p>
        </w:tc>
        <w:tc>
          <w:tcPr>
            <w:tcW w:w="2493" w:type="dxa"/>
          </w:tcPr>
          <w:p w14:paraId="00D78747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br/>
              <w:t>..................................</w:t>
            </w:r>
          </w:p>
        </w:tc>
        <w:tc>
          <w:tcPr>
            <w:tcW w:w="2493" w:type="dxa"/>
          </w:tcPr>
          <w:p w14:paraId="676D5681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br/>
              <w:t>..................................</w:t>
            </w:r>
          </w:p>
        </w:tc>
        <w:tc>
          <w:tcPr>
            <w:tcW w:w="2493" w:type="dxa"/>
          </w:tcPr>
          <w:p w14:paraId="689C770B" w14:textId="77777777" w:rsidR="00FB0E3C" w:rsidRPr="009E7F96" w:rsidRDefault="00000000">
            <w:pPr>
              <w:rPr>
                <w:rFonts w:ascii="Century Gothic" w:hAnsi="Century Gothic"/>
                <w:sz w:val="20"/>
                <w:szCs w:val="20"/>
              </w:rPr>
            </w:pPr>
            <w:r w:rsidRPr="009E7F96">
              <w:rPr>
                <w:rFonts w:ascii="Century Gothic" w:hAnsi="Century Gothic"/>
                <w:sz w:val="20"/>
                <w:szCs w:val="20"/>
              </w:rPr>
              <w:br/>
              <w:t>..................................</w:t>
            </w:r>
          </w:p>
        </w:tc>
      </w:tr>
    </w:tbl>
    <w:p w14:paraId="06DFAB55" w14:textId="77777777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>Rodzaj jednostki (§ 3 ust. 2 rozporządzenia SUO): (a) szpital psychiatryczny; (b) jednostka organizacyjna pomocy społecznej dla osób z zaburzeniami psychicznymi; (c) placówka terapii lub oświatowa dla dzieci z zaburzeniami rozwoju lub niepełnosprawnością intelektualną; (d) ośrodek terapeutyczno-edukacyjno-wychowawczy; (e) warsztat terapii zajęciowej; (f) inna jednostka świadcząca specjalistyczne usługi osobom z zaburzeniami psychicznymi.</w:t>
      </w:r>
    </w:p>
    <w:p w14:paraId="4DBC805E" w14:textId="77777777" w:rsidR="00FB0E3C" w:rsidRPr="009E7F96" w:rsidRDefault="00000000">
      <w:pPr>
        <w:pStyle w:val="Nagwek1"/>
        <w:rPr>
          <w:rFonts w:ascii="Century Gothic" w:hAnsi="Century Gothic"/>
          <w:color w:val="auto"/>
          <w:sz w:val="20"/>
          <w:szCs w:val="20"/>
        </w:rPr>
      </w:pPr>
      <w:r w:rsidRPr="009E7F96">
        <w:rPr>
          <w:rFonts w:ascii="Century Gothic" w:hAnsi="Century Gothic"/>
          <w:color w:val="auto"/>
          <w:sz w:val="20"/>
          <w:szCs w:val="20"/>
        </w:rPr>
        <w:lastRenderedPageBreak/>
        <w:t>D. Dodatkowy warunek dotyczący części 5 – TUS</w:t>
      </w:r>
    </w:p>
    <w:p w14:paraId="53958198" w14:textId="77777777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>Wypełnia się wyłącznie w przypadku części 5. Osoba posiada przeszkolenie i doświadczenie w zakresie:</w:t>
      </w:r>
    </w:p>
    <w:p w14:paraId="29999031" w14:textId="09AC2C32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Segoe UI Symbol" w:hAnsi="Segoe UI Symbol" w:cs="Segoe UI Symbol"/>
          <w:sz w:val="20"/>
          <w:szCs w:val="20"/>
        </w:rPr>
        <w:t>☐</w:t>
      </w:r>
      <w:r w:rsidRPr="009E7F96">
        <w:rPr>
          <w:rFonts w:ascii="Century Gothic" w:hAnsi="Century Gothic"/>
          <w:sz w:val="20"/>
          <w:szCs w:val="20"/>
        </w:rPr>
        <w:t xml:space="preserve"> TAK   </w:t>
      </w:r>
      <w:r w:rsidRPr="009E7F96">
        <w:rPr>
          <w:rFonts w:ascii="Segoe UI Symbol" w:hAnsi="Segoe UI Symbol" w:cs="Segoe UI Symbol"/>
          <w:sz w:val="20"/>
          <w:szCs w:val="20"/>
        </w:rPr>
        <w:t>☐</w:t>
      </w:r>
      <w:r w:rsidRPr="009E7F96">
        <w:rPr>
          <w:rFonts w:ascii="Century Gothic" w:hAnsi="Century Gothic"/>
          <w:sz w:val="20"/>
          <w:szCs w:val="20"/>
        </w:rPr>
        <w:t xml:space="preserve"> NIE </w:t>
      </w:r>
      <w:r w:rsidR="009E7F96">
        <w:rPr>
          <w:rFonts w:ascii="Century Gothic" w:hAnsi="Century Gothic"/>
          <w:sz w:val="20"/>
          <w:szCs w:val="20"/>
        </w:rPr>
        <w:t>**</w:t>
      </w:r>
      <w:r w:rsidRPr="009E7F96">
        <w:rPr>
          <w:rFonts w:ascii="Century Gothic" w:hAnsi="Century Gothic"/>
          <w:sz w:val="20"/>
          <w:szCs w:val="20"/>
        </w:rPr>
        <w:t xml:space="preserve">  </w:t>
      </w:r>
      <w:proofErr w:type="spellStart"/>
      <w:r w:rsidRPr="009E7F96">
        <w:rPr>
          <w:rFonts w:ascii="Century Gothic" w:hAnsi="Century Gothic"/>
          <w:sz w:val="20"/>
          <w:szCs w:val="20"/>
        </w:rPr>
        <w:t>kszta</w:t>
      </w:r>
      <w:r w:rsidRPr="009E7F96">
        <w:rPr>
          <w:rFonts w:ascii="Century Gothic" w:hAnsi="Century Gothic" w:cs="Century Gothic"/>
          <w:sz w:val="20"/>
          <w:szCs w:val="20"/>
        </w:rPr>
        <w:t>ł</w:t>
      </w:r>
      <w:r w:rsidRPr="009E7F96">
        <w:rPr>
          <w:rFonts w:ascii="Century Gothic" w:hAnsi="Century Gothic"/>
          <w:sz w:val="20"/>
          <w:szCs w:val="20"/>
        </w:rPr>
        <w:t>towania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E7F96">
        <w:rPr>
          <w:rFonts w:ascii="Century Gothic" w:hAnsi="Century Gothic"/>
          <w:sz w:val="20"/>
          <w:szCs w:val="20"/>
        </w:rPr>
        <w:t>motywacji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do </w:t>
      </w:r>
      <w:proofErr w:type="spellStart"/>
      <w:r w:rsidRPr="009E7F96">
        <w:rPr>
          <w:rFonts w:ascii="Century Gothic" w:hAnsi="Century Gothic"/>
          <w:sz w:val="20"/>
          <w:szCs w:val="20"/>
        </w:rPr>
        <w:t>zachowa</w:t>
      </w:r>
      <w:r w:rsidRPr="009E7F96">
        <w:rPr>
          <w:rFonts w:ascii="Century Gothic" w:hAnsi="Century Gothic" w:cs="Century Gothic"/>
          <w:sz w:val="20"/>
          <w:szCs w:val="20"/>
        </w:rPr>
        <w:t>ń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akceptowanych przez otoczenie</w:t>
      </w:r>
    </w:p>
    <w:p w14:paraId="033D77D4" w14:textId="79F2D82B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Segoe UI Symbol" w:hAnsi="Segoe UI Symbol" w:cs="Segoe UI Symbol"/>
          <w:sz w:val="20"/>
          <w:szCs w:val="20"/>
        </w:rPr>
        <w:t>☐</w:t>
      </w:r>
      <w:r w:rsidRPr="009E7F96">
        <w:rPr>
          <w:rFonts w:ascii="Century Gothic" w:hAnsi="Century Gothic"/>
          <w:sz w:val="20"/>
          <w:szCs w:val="20"/>
        </w:rPr>
        <w:t xml:space="preserve"> TAK   </w:t>
      </w:r>
      <w:r w:rsidRPr="009E7F96">
        <w:rPr>
          <w:rFonts w:ascii="Segoe UI Symbol" w:hAnsi="Segoe UI Symbol" w:cs="Segoe UI Symbol"/>
          <w:sz w:val="20"/>
          <w:szCs w:val="20"/>
        </w:rPr>
        <w:t>☐</w:t>
      </w:r>
      <w:r w:rsidRPr="009E7F96">
        <w:rPr>
          <w:rFonts w:ascii="Century Gothic" w:hAnsi="Century Gothic"/>
          <w:sz w:val="20"/>
          <w:szCs w:val="20"/>
        </w:rPr>
        <w:t xml:space="preserve"> NIE  </w:t>
      </w:r>
      <w:r w:rsidR="009E7F96">
        <w:rPr>
          <w:rFonts w:ascii="Century Gothic" w:hAnsi="Century Gothic"/>
          <w:sz w:val="20"/>
          <w:szCs w:val="20"/>
        </w:rPr>
        <w:t>**</w:t>
      </w:r>
      <w:r w:rsidRPr="009E7F9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E7F96">
        <w:rPr>
          <w:rFonts w:ascii="Century Gothic" w:hAnsi="Century Gothic"/>
          <w:sz w:val="20"/>
          <w:szCs w:val="20"/>
        </w:rPr>
        <w:t>kszta</w:t>
      </w:r>
      <w:r w:rsidRPr="009E7F96">
        <w:rPr>
          <w:rFonts w:ascii="Century Gothic" w:hAnsi="Century Gothic" w:cs="Century Gothic"/>
          <w:sz w:val="20"/>
          <w:szCs w:val="20"/>
        </w:rPr>
        <w:t>ł</w:t>
      </w:r>
      <w:r w:rsidRPr="009E7F96">
        <w:rPr>
          <w:rFonts w:ascii="Century Gothic" w:hAnsi="Century Gothic"/>
          <w:sz w:val="20"/>
          <w:szCs w:val="20"/>
        </w:rPr>
        <w:t>towania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E7F96">
        <w:rPr>
          <w:rFonts w:ascii="Century Gothic" w:hAnsi="Century Gothic"/>
          <w:sz w:val="20"/>
          <w:szCs w:val="20"/>
        </w:rPr>
        <w:t>nawyk</w:t>
      </w:r>
      <w:r w:rsidRPr="009E7F96">
        <w:rPr>
          <w:rFonts w:ascii="Century Gothic" w:hAnsi="Century Gothic" w:cs="Century Gothic"/>
          <w:sz w:val="20"/>
          <w:szCs w:val="20"/>
        </w:rPr>
        <w:t>ó</w:t>
      </w:r>
      <w:r w:rsidRPr="009E7F96">
        <w:rPr>
          <w:rFonts w:ascii="Century Gothic" w:hAnsi="Century Gothic"/>
          <w:sz w:val="20"/>
          <w:szCs w:val="20"/>
        </w:rPr>
        <w:t>w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E7F96">
        <w:rPr>
          <w:rFonts w:ascii="Century Gothic" w:hAnsi="Century Gothic"/>
          <w:sz w:val="20"/>
          <w:szCs w:val="20"/>
        </w:rPr>
        <w:t>celowej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E7F96">
        <w:rPr>
          <w:rFonts w:ascii="Century Gothic" w:hAnsi="Century Gothic"/>
          <w:sz w:val="20"/>
          <w:szCs w:val="20"/>
        </w:rPr>
        <w:t>aktywno</w:t>
      </w:r>
      <w:r w:rsidRPr="009E7F96">
        <w:rPr>
          <w:rFonts w:ascii="Century Gothic" w:hAnsi="Century Gothic" w:cs="Century Gothic"/>
          <w:sz w:val="20"/>
          <w:szCs w:val="20"/>
        </w:rPr>
        <w:t>ś</w:t>
      </w:r>
      <w:r w:rsidRPr="009E7F96">
        <w:rPr>
          <w:rFonts w:ascii="Century Gothic" w:hAnsi="Century Gothic"/>
          <w:sz w:val="20"/>
          <w:szCs w:val="20"/>
        </w:rPr>
        <w:t>ci</w:t>
      </w:r>
      <w:proofErr w:type="spellEnd"/>
    </w:p>
    <w:p w14:paraId="682AB331" w14:textId="04CCF956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Segoe UI Symbol" w:hAnsi="Segoe UI Symbol" w:cs="Segoe UI Symbol"/>
          <w:sz w:val="20"/>
          <w:szCs w:val="20"/>
        </w:rPr>
        <w:t>☐</w:t>
      </w:r>
      <w:r w:rsidRPr="009E7F96">
        <w:rPr>
          <w:rFonts w:ascii="Century Gothic" w:hAnsi="Century Gothic"/>
          <w:sz w:val="20"/>
          <w:szCs w:val="20"/>
        </w:rPr>
        <w:t xml:space="preserve"> TAK   </w:t>
      </w:r>
      <w:r w:rsidRPr="009E7F96">
        <w:rPr>
          <w:rFonts w:ascii="Segoe UI Symbol" w:hAnsi="Segoe UI Symbol" w:cs="Segoe UI Symbol"/>
          <w:sz w:val="20"/>
          <w:szCs w:val="20"/>
        </w:rPr>
        <w:t>☐</w:t>
      </w:r>
      <w:r w:rsidRPr="009E7F96">
        <w:rPr>
          <w:rFonts w:ascii="Century Gothic" w:hAnsi="Century Gothic"/>
          <w:sz w:val="20"/>
          <w:szCs w:val="20"/>
        </w:rPr>
        <w:t xml:space="preserve"> NIE </w:t>
      </w:r>
      <w:r w:rsidR="009E7F96">
        <w:rPr>
          <w:rFonts w:ascii="Century Gothic" w:hAnsi="Century Gothic"/>
          <w:sz w:val="20"/>
          <w:szCs w:val="20"/>
        </w:rPr>
        <w:t>**</w:t>
      </w:r>
      <w:r w:rsidRPr="009E7F96">
        <w:rPr>
          <w:rFonts w:ascii="Century Gothic" w:hAnsi="Century Gothic"/>
          <w:sz w:val="20"/>
          <w:szCs w:val="20"/>
        </w:rPr>
        <w:t xml:space="preserve">  </w:t>
      </w:r>
      <w:proofErr w:type="spellStart"/>
      <w:r w:rsidRPr="009E7F96">
        <w:rPr>
          <w:rFonts w:ascii="Century Gothic" w:hAnsi="Century Gothic"/>
          <w:sz w:val="20"/>
          <w:szCs w:val="20"/>
        </w:rPr>
        <w:t>prowadzenia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E7F96">
        <w:rPr>
          <w:rFonts w:ascii="Century Gothic" w:hAnsi="Century Gothic"/>
          <w:sz w:val="20"/>
          <w:szCs w:val="20"/>
        </w:rPr>
        <w:t>treningu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E7F96">
        <w:rPr>
          <w:rFonts w:ascii="Century Gothic" w:hAnsi="Century Gothic"/>
          <w:sz w:val="20"/>
          <w:szCs w:val="20"/>
        </w:rPr>
        <w:t>zachowa</w:t>
      </w:r>
      <w:r w:rsidRPr="009E7F96">
        <w:rPr>
          <w:rFonts w:ascii="Century Gothic" w:hAnsi="Century Gothic" w:cs="Century Gothic"/>
          <w:sz w:val="20"/>
          <w:szCs w:val="20"/>
        </w:rPr>
        <w:t>ń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E7F96">
        <w:rPr>
          <w:rFonts w:ascii="Century Gothic" w:hAnsi="Century Gothic"/>
          <w:sz w:val="20"/>
          <w:szCs w:val="20"/>
        </w:rPr>
        <w:t>spo</w:t>
      </w:r>
      <w:r w:rsidRPr="009E7F96">
        <w:rPr>
          <w:rFonts w:ascii="Century Gothic" w:hAnsi="Century Gothic" w:cs="Century Gothic"/>
          <w:sz w:val="20"/>
          <w:szCs w:val="20"/>
        </w:rPr>
        <w:t>ł</w:t>
      </w:r>
      <w:r w:rsidRPr="009E7F96">
        <w:rPr>
          <w:rFonts w:ascii="Century Gothic" w:hAnsi="Century Gothic"/>
          <w:sz w:val="20"/>
          <w:szCs w:val="20"/>
        </w:rPr>
        <w:t>ecznych</w:t>
      </w:r>
      <w:proofErr w:type="spellEnd"/>
    </w:p>
    <w:p w14:paraId="49293AF7" w14:textId="77777777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>Nazwa szkolenia / organizator / data oraz opis doświadczenia potwierdzający wszystkie trzy obszary:</w:t>
      </w:r>
    </w:p>
    <w:p w14:paraId="4DC7F03E" w14:textId="77777777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........................................................................................................................................................</w:t>
      </w:r>
    </w:p>
    <w:p w14:paraId="0A58648D" w14:textId="77777777" w:rsidR="00FB0E3C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>........................................................................................................................................................</w:t>
      </w:r>
    </w:p>
    <w:p w14:paraId="2153CE4F" w14:textId="4EF66CA7" w:rsidR="009E7F96" w:rsidRPr="009E7F96" w:rsidRDefault="009E7F96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** </w:t>
      </w:r>
      <w:proofErr w:type="spellStart"/>
      <w:r>
        <w:rPr>
          <w:rFonts w:ascii="Century Gothic" w:hAnsi="Century Gothic"/>
          <w:sz w:val="20"/>
          <w:szCs w:val="20"/>
        </w:rPr>
        <w:t>zaznaczyć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prawidłowe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</w:p>
    <w:p w14:paraId="7C162985" w14:textId="77777777" w:rsidR="00FB0E3C" w:rsidRPr="009E7F96" w:rsidRDefault="00000000">
      <w:pPr>
        <w:pStyle w:val="Nagwek1"/>
        <w:rPr>
          <w:rFonts w:ascii="Century Gothic" w:hAnsi="Century Gothic"/>
          <w:color w:val="auto"/>
          <w:sz w:val="20"/>
          <w:szCs w:val="20"/>
        </w:rPr>
      </w:pPr>
      <w:r w:rsidRPr="009E7F96">
        <w:rPr>
          <w:rFonts w:ascii="Century Gothic" w:hAnsi="Century Gothic"/>
          <w:color w:val="auto"/>
          <w:sz w:val="20"/>
          <w:szCs w:val="20"/>
        </w:rPr>
        <w:t>E. Oświadczenia dotyczące osoby skierowanej – wszystkie części</w:t>
      </w:r>
    </w:p>
    <w:p w14:paraId="7943CB46" w14:textId="77777777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>Wykonawca oświadcza, że osoba wskazana w wykazie:</w:t>
      </w:r>
    </w:p>
    <w:p w14:paraId="38DA354A" w14:textId="0F8C630A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 xml:space="preserve">1. Nie była prawomocnie skazana za przestępstwa określone w rozdziałach XIX i XXV Kodeksu karnego, w art. 189a i art. 207 Kodeksu karnego ani za przestępstwa określone w ustawie z 29 lipca 2005 r. o przeciwdziałaniu narkomanii, ani za odpowiadające im czyny zabronione określone w prawie obcym.  </w:t>
      </w:r>
      <w:r w:rsidRPr="009E7F96">
        <w:rPr>
          <w:rFonts w:ascii="Segoe UI Symbol" w:hAnsi="Segoe UI Symbol" w:cs="Segoe UI Symbol"/>
          <w:sz w:val="20"/>
          <w:szCs w:val="20"/>
        </w:rPr>
        <w:t>☐</w:t>
      </w:r>
      <w:r w:rsidRPr="009E7F96">
        <w:rPr>
          <w:rFonts w:ascii="Century Gothic" w:hAnsi="Century Gothic"/>
          <w:sz w:val="20"/>
          <w:szCs w:val="20"/>
        </w:rPr>
        <w:t xml:space="preserve"> POTWIERDZAM</w:t>
      </w:r>
      <w:r w:rsidR="009E7F96" w:rsidRPr="009E7F96">
        <w:rPr>
          <w:rFonts w:ascii="Century Gothic" w:hAnsi="Century Gothic"/>
          <w:sz w:val="20"/>
          <w:szCs w:val="20"/>
        </w:rPr>
        <w:t xml:space="preserve">       </w:t>
      </w:r>
      <w:r w:rsidR="009E7F96" w:rsidRPr="009E7F96">
        <w:rPr>
          <w:rFonts w:ascii="Segoe UI Symbol" w:hAnsi="Segoe UI Symbol" w:cs="Segoe UI Symbol"/>
          <w:sz w:val="20"/>
          <w:szCs w:val="20"/>
        </w:rPr>
        <w:t>☐</w:t>
      </w:r>
      <w:r w:rsidR="009E7F96" w:rsidRPr="009E7F96">
        <w:rPr>
          <w:rFonts w:ascii="Century Gothic" w:hAnsi="Century Gothic"/>
          <w:sz w:val="20"/>
          <w:szCs w:val="20"/>
        </w:rPr>
        <w:t xml:space="preserve"> NIE POTWIERDZAM*</w:t>
      </w:r>
    </w:p>
    <w:p w14:paraId="263B3146" w14:textId="55EACCA5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 xml:space="preserve">2. Nie figuruje w Rejestrze Sprawców Przestępstw na Tle Seksualnym z dostępem ograniczonym ani w rejestrze osób, w stosunku do których Państwowa Komisja do spraw przeciwdziałania wykorzystaniu seksualnemu małoletnich poniżej lat 15 wydała postanowienie o wpisie.  </w:t>
      </w:r>
      <w:r w:rsidRPr="009E7F96">
        <w:rPr>
          <w:rFonts w:ascii="Segoe UI Symbol" w:hAnsi="Segoe UI Symbol" w:cs="Segoe UI Symbol"/>
          <w:sz w:val="20"/>
          <w:szCs w:val="20"/>
        </w:rPr>
        <w:t>☐</w:t>
      </w:r>
      <w:r w:rsidRPr="009E7F96">
        <w:rPr>
          <w:rFonts w:ascii="Century Gothic" w:hAnsi="Century Gothic"/>
          <w:sz w:val="20"/>
          <w:szCs w:val="20"/>
        </w:rPr>
        <w:t xml:space="preserve"> POTWIERDZAM</w:t>
      </w:r>
      <w:r w:rsidR="009E7F96" w:rsidRPr="009E7F96">
        <w:rPr>
          <w:rFonts w:ascii="Century Gothic" w:hAnsi="Century Gothic"/>
          <w:sz w:val="20"/>
          <w:szCs w:val="20"/>
        </w:rPr>
        <w:t xml:space="preserve">         </w:t>
      </w:r>
      <w:r w:rsidR="009E7F96" w:rsidRPr="009E7F96">
        <w:rPr>
          <w:rFonts w:ascii="Segoe UI Symbol" w:hAnsi="Segoe UI Symbol" w:cs="Segoe UI Symbol"/>
          <w:sz w:val="20"/>
          <w:szCs w:val="20"/>
        </w:rPr>
        <w:t>☐</w:t>
      </w:r>
      <w:r w:rsidR="009E7F96" w:rsidRPr="009E7F96">
        <w:rPr>
          <w:rFonts w:ascii="Century Gothic" w:hAnsi="Century Gothic"/>
          <w:sz w:val="20"/>
          <w:szCs w:val="20"/>
        </w:rPr>
        <w:t xml:space="preserve"> NIE POTWIERDZAM*</w:t>
      </w:r>
    </w:p>
    <w:p w14:paraId="47DE18A8" w14:textId="789CF39E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 xml:space="preserve">3. Wykonawca zobowiązuje się współpracować przy wymaganej prawem weryfikacji przed dopuszczeniem osoby do świadczenia usług, w tym w zakresie informacji z KRK i właściwych rejestrów. </w:t>
      </w:r>
      <w:r w:rsidRPr="009E7F96">
        <w:rPr>
          <w:rFonts w:ascii="Segoe UI Symbol" w:hAnsi="Segoe UI Symbol" w:cs="Segoe UI Symbol"/>
          <w:sz w:val="20"/>
          <w:szCs w:val="20"/>
        </w:rPr>
        <w:t>☐</w:t>
      </w:r>
      <w:r w:rsidRPr="009E7F96">
        <w:rPr>
          <w:rFonts w:ascii="Century Gothic" w:hAnsi="Century Gothic"/>
          <w:sz w:val="20"/>
          <w:szCs w:val="20"/>
        </w:rPr>
        <w:t xml:space="preserve"> POTWIERDZAM</w:t>
      </w:r>
      <w:r w:rsidR="009E7F96" w:rsidRPr="009E7F96">
        <w:rPr>
          <w:rFonts w:ascii="Century Gothic" w:hAnsi="Century Gothic"/>
          <w:sz w:val="20"/>
          <w:szCs w:val="20"/>
        </w:rPr>
        <w:t xml:space="preserve">         </w:t>
      </w:r>
      <w:r w:rsidR="009E7F96" w:rsidRPr="009E7F96">
        <w:rPr>
          <w:rFonts w:ascii="Segoe UI Symbol" w:hAnsi="Segoe UI Symbol" w:cs="Segoe UI Symbol"/>
          <w:sz w:val="20"/>
          <w:szCs w:val="20"/>
        </w:rPr>
        <w:t>☐</w:t>
      </w:r>
      <w:r w:rsidR="009E7F96" w:rsidRPr="009E7F96">
        <w:rPr>
          <w:rFonts w:ascii="Century Gothic" w:hAnsi="Century Gothic"/>
          <w:sz w:val="20"/>
          <w:szCs w:val="20"/>
        </w:rPr>
        <w:t xml:space="preserve"> NIE POTWIERDZAM*</w:t>
      </w:r>
    </w:p>
    <w:p w14:paraId="2E64B0C9" w14:textId="77777777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 xml:space="preserve">Uwaga: powyższe oświadczenia nie zastępują sprawdzeń oraz dokumentów wymaganych bezpośrednio przez przepisy dotyczące ochrony małoletnich. </w:t>
      </w:r>
      <w:proofErr w:type="spellStart"/>
      <w:r w:rsidRPr="009E7F96">
        <w:rPr>
          <w:rFonts w:ascii="Century Gothic" w:hAnsi="Century Gothic"/>
          <w:sz w:val="20"/>
          <w:szCs w:val="20"/>
        </w:rPr>
        <w:t>Weryfikację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E7F96">
        <w:rPr>
          <w:rFonts w:ascii="Century Gothic" w:hAnsi="Century Gothic"/>
          <w:sz w:val="20"/>
          <w:szCs w:val="20"/>
        </w:rPr>
        <w:t>należy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E7F96">
        <w:rPr>
          <w:rFonts w:ascii="Century Gothic" w:hAnsi="Century Gothic"/>
          <w:sz w:val="20"/>
          <w:szCs w:val="20"/>
        </w:rPr>
        <w:t>przeprowadzić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w </w:t>
      </w:r>
      <w:proofErr w:type="spellStart"/>
      <w:r w:rsidRPr="009E7F96">
        <w:rPr>
          <w:rFonts w:ascii="Century Gothic" w:hAnsi="Century Gothic"/>
          <w:sz w:val="20"/>
          <w:szCs w:val="20"/>
        </w:rPr>
        <w:t>zakresie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E7F96">
        <w:rPr>
          <w:rFonts w:ascii="Century Gothic" w:hAnsi="Century Gothic"/>
          <w:sz w:val="20"/>
          <w:szCs w:val="20"/>
        </w:rPr>
        <w:t>i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E7F96">
        <w:rPr>
          <w:rFonts w:ascii="Century Gothic" w:hAnsi="Century Gothic"/>
          <w:sz w:val="20"/>
          <w:szCs w:val="20"/>
        </w:rPr>
        <w:t>terminie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E7F96">
        <w:rPr>
          <w:rFonts w:ascii="Century Gothic" w:hAnsi="Century Gothic"/>
          <w:sz w:val="20"/>
          <w:szCs w:val="20"/>
        </w:rPr>
        <w:t>wynikającym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z </w:t>
      </w:r>
      <w:proofErr w:type="spellStart"/>
      <w:r w:rsidRPr="009E7F96">
        <w:rPr>
          <w:rFonts w:ascii="Century Gothic" w:hAnsi="Century Gothic"/>
          <w:sz w:val="20"/>
          <w:szCs w:val="20"/>
        </w:rPr>
        <w:t>właściwych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E7F96">
        <w:rPr>
          <w:rFonts w:ascii="Century Gothic" w:hAnsi="Century Gothic"/>
          <w:sz w:val="20"/>
          <w:szCs w:val="20"/>
        </w:rPr>
        <w:t>przepisów</w:t>
      </w:r>
      <w:proofErr w:type="spellEnd"/>
      <w:r w:rsidRPr="009E7F96">
        <w:rPr>
          <w:rFonts w:ascii="Century Gothic" w:hAnsi="Century Gothic"/>
          <w:sz w:val="20"/>
          <w:szCs w:val="20"/>
        </w:rPr>
        <w:t>.</w:t>
      </w:r>
    </w:p>
    <w:p w14:paraId="4501E47A" w14:textId="49918144" w:rsidR="009E7F96" w:rsidRPr="009E7F96" w:rsidRDefault="009E7F96">
      <w:pPr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 xml:space="preserve">* </w:t>
      </w:r>
      <w:proofErr w:type="spellStart"/>
      <w:r w:rsidRPr="009E7F96">
        <w:rPr>
          <w:rFonts w:ascii="Century Gothic" w:hAnsi="Century Gothic"/>
          <w:sz w:val="20"/>
          <w:szCs w:val="20"/>
        </w:rPr>
        <w:t>niewłaściwe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E7F96">
        <w:rPr>
          <w:rFonts w:ascii="Century Gothic" w:hAnsi="Century Gothic"/>
          <w:sz w:val="20"/>
          <w:szCs w:val="20"/>
        </w:rPr>
        <w:t>przekreślić</w:t>
      </w:r>
      <w:proofErr w:type="spellEnd"/>
      <w:r w:rsidRPr="009E7F96">
        <w:rPr>
          <w:rFonts w:ascii="Century Gothic" w:hAnsi="Century Gothic"/>
          <w:sz w:val="20"/>
          <w:szCs w:val="20"/>
        </w:rPr>
        <w:t xml:space="preserve"> </w:t>
      </w:r>
    </w:p>
    <w:p w14:paraId="67DEDAFF" w14:textId="77777777" w:rsidR="00FB0E3C" w:rsidRPr="009E7F96" w:rsidRDefault="00000000">
      <w:pPr>
        <w:pStyle w:val="Nagwek1"/>
        <w:rPr>
          <w:rFonts w:ascii="Century Gothic" w:hAnsi="Century Gothic"/>
          <w:color w:val="auto"/>
          <w:sz w:val="20"/>
          <w:szCs w:val="20"/>
        </w:rPr>
      </w:pPr>
      <w:r w:rsidRPr="009E7F96">
        <w:rPr>
          <w:rFonts w:ascii="Century Gothic" w:hAnsi="Century Gothic"/>
          <w:color w:val="auto"/>
          <w:sz w:val="20"/>
          <w:szCs w:val="20"/>
        </w:rPr>
        <w:t>F. Oświadczenie wykonawcy</w:t>
      </w:r>
    </w:p>
    <w:p w14:paraId="6B844984" w14:textId="77777777" w:rsidR="00FB0E3C" w:rsidRPr="009E7F96" w:rsidRDefault="00000000">
      <w:pPr>
        <w:rPr>
          <w:rFonts w:ascii="Century Gothic" w:hAnsi="Century Gothic"/>
          <w:sz w:val="20"/>
          <w:szCs w:val="20"/>
        </w:rPr>
      </w:pPr>
      <w:r w:rsidRPr="009E7F96">
        <w:rPr>
          <w:rFonts w:ascii="Century Gothic" w:hAnsi="Century Gothic"/>
          <w:sz w:val="20"/>
          <w:szCs w:val="20"/>
        </w:rPr>
        <w:t>Oświadczam, że informacje zawarte w wykazie są aktualne, kompletne i zgodne z prawdą, a wskazana osoba spełnia warunki rozdziału VIII SWZ właściwe dla części zamówienia określonej w nagłówku niniejszego formularza.</w:t>
      </w:r>
    </w:p>
    <w:p w14:paraId="08BC59E4" w14:textId="77777777" w:rsidR="009E7F96" w:rsidRPr="009E7F96" w:rsidRDefault="009E7F96" w:rsidP="009E7F96">
      <w:pPr>
        <w:spacing w:after="120" w:line="312" w:lineRule="auto"/>
        <w:rPr>
          <w:rFonts w:ascii="Century Gothic" w:eastAsia="Times New Roman" w:hAnsi="Century Gothic" w:cs="Times New Roman"/>
          <w:sz w:val="20"/>
          <w:szCs w:val="20"/>
          <w:lang w:val="pl-PL" w:eastAsia="pl-PL"/>
        </w:rPr>
      </w:pPr>
      <w:r w:rsidRPr="009E7F96">
        <w:rPr>
          <w:rFonts w:ascii="Century Gothic" w:eastAsia="Times New Roman" w:hAnsi="Century Gothic" w:cs="Times New Roman"/>
          <w:sz w:val="20"/>
          <w:szCs w:val="20"/>
          <w:lang w:val="pl-PL" w:eastAsia="pl-PL"/>
        </w:rPr>
        <w:t>Data............................................. 2026 r.</w:t>
      </w:r>
    </w:p>
    <w:p w14:paraId="3CD14523" w14:textId="77777777" w:rsidR="009E7F96" w:rsidRPr="009E7F96" w:rsidRDefault="009E7F96" w:rsidP="009E7F96">
      <w:pPr>
        <w:spacing w:after="0" w:line="256" w:lineRule="auto"/>
        <w:jc w:val="center"/>
        <w:rPr>
          <w:rFonts w:ascii="Century Gothic" w:eastAsia="Calibri" w:hAnsi="Century Gothic" w:cs="Times New Roman"/>
          <w:b/>
          <w:bCs/>
          <w:sz w:val="20"/>
          <w:szCs w:val="20"/>
          <w:lang w:val="pl-PL"/>
        </w:rPr>
      </w:pPr>
    </w:p>
    <w:p w14:paraId="43562A3A" w14:textId="77777777" w:rsidR="009E7F96" w:rsidRPr="009E7F96" w:rsidRDefault="009E7F96" w:rsidP="009E7F96">
      <w:pPr>
        <w:spacing w:after="0" w:line="256" w:lineRule="auto"/>
        <w:jc w:val="center"/>
        <w:rPr>
          <w:rFonts w:ascii="Century Gothic" w:eastAsia="Calibri" w:hAnsi="Century Gothic" w:cs="Times New Roman"/>
          <w:b/>
          <w:bCs/>
          <w:sz w:val="20"/>
          <w:szCs w:val="20"/>
          <w:lang w:val="pl-PL"/>
        </w:rPr>
      </w:pPr>
      <w:r w:rsidRPr="009E7F96">
        <w:rPr>
          <w:rFonts w:ascii="Century Gothic" w:eastAsia="Calibri" w:hAnsi="Century Gothic" w:cs="Times New Roman"/>
          <w:b/>
          <w:bCs/>
          <w:sz w:val="20"/>
          <w:szCs w:val="20"/>
          <w:lang w:val="pl-PL"/>
        </w:rPr>
        <w:t>Dokument elektroniczny, podpisany kwalifikowanym podpisem elektronicznym lub podpisem zaufanym lub podpisem osobistym</w:t>
      </w:r>
    </w:p>
    <w:p w14:paraId="5EA1B262" w14:textId="6FBB8A7A" w:rsidR="00FB0E3C" w:rsidRPr="009E7F96" w:rsidRDefault="00FB0E3C" w:rsidP="009E7F96"/>
    <w:sectPr w:rsidR="00FB0E3C" w:rsidRPr="009E7F96" w:rsidSect="00034616">
      <w:footerReference w:type="default" r:id="rId8"/>
      <w:pgSz w:w="12240" w:h="15840"/>
      <w:pgMar w:top="935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04B18" w14:textId="77777777" w:rsidR="00604EE4" w:rsidRDefault="00604EE4">
      <w:pPr>
        <w:spacing w:after="0" w:line="240" w:lineRule="auto"/>
      </w:pPr>
      <w:r>
        <w:separator/>
      </w:r>
    </w:p>
  </w:endnote>
  <w:endnote w:type="continuationSeparator" w:id="0">
    <w:p w14:paraId="719B90D0" w14:textId="77777777" w:rsidR="00604EE4" w:rsidRDefault="0060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93B6C" w14:textId="77777777" w:rsidR="00FB0E3C" w:rsidRDefault="00000000">
    <w:pPr>
      <w:pStyle w:val="Stopka"/>
      <w:jc w:val="right"/>
    </w:pPr>
    <w:r>
      <w:t xml:space="preserve">MGOPS.2410.5.2026 | </w:t>
    </w:r>
    <w:proofErr w:type="spellStart"/>
    <w:r>
      <w:t>Załącznik</w:t>
    </w:r>
    <w:proofErr w:type="spellEnd"/>
    <w:r>
      <w:t xml:space="preserve"> nr 1 do SWZ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B9FF4" w14:textId="77777777" w:rsidR="00604EE4" w:rsidRDefault="00604EE4">
      <w:pPr>
        <w:spacing w:after="0" w:line="240" w:lineRule="auto"/>
      </w:pPr>
      <w:r>
        <w:separator/>
      </w:r>
    </w:p>
  </w:footnote>
  <w:footnote w:type="continuationSeparator" w:id="0">
    <w:p w14:paraId="75010C6C" w14:textId="77777777" w:rsidR="00604EE4" w:rsidRDefault="00604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BCE2935"/>
    <w:multiLevelType w:val="hybridMultilevel"/>
    <w:tmpl w:val="41B89708"/>
    <w:lvl w:ilvl="0" w:tplc="107CA36C">
      <w:start w:val="1"/>
      <w:numFmt w:val="bullet"/>
      <w:lvlText w:val="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5BC60509"/>
    <w:multiLevelType w:val="hybridMultilevel"/>
    <w:tmpl w:val="A716766C"/>
    <w:lvl w:ilvl="0" w:tplc="6C1CFBC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3572589">
    <w:abstractNumId w:val="8"/>
  </w:num>
  <w:num w:numId="2" w16cid:durableId="365177546">
    <w:abstractNumId w:val="6"/>
  </w:num>
  <w:num w:numId="3" w16cid:durableId="776681218">
    <w:abstractNumId w:val="5"/>
  </w:num>
  <w:num w:numId="4" w16cid:durableId="2125076129">
    <w:abstractNumId w:val="4"/>
  </w:num>
  <w:num w:numId="5" w16cid:durableId="311640739">
    <w:abstractNumId w:val="7"/>
  </w:num>
  <w:num w:numId="6" w16cid:durableId="1020812206">
    <w:abstractNumId w:val="3"/>
  </w:num>
  <w:num w:numId="7" w16cid:durableId="1098940315">
    <w:abstractNumId w:val="2"/>
  </w:num>
  <w:num w:numId="8" w16cid:durableId="395667936">
    <w:abstractNumId w:val="1"/>
  </w:num>
  <w:num w:numId="9" w16cid:durableId="1467434060">
    <w:abstractNumId w:val="0"/>
  </w:num>
  <w:num w:numId="10" w16cid:durableId="1717705406">
    <w:abstractNumId w:val="9"/>
  </w:num>
  <w:num w:numId="11" w16cid:durableId="19259168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09D"/>
    <w:rsid w:val="00034616"/>
    <w:rsid w:val="0006063C"/>
    <w:rsid w:val="00077406"/>
    <w:rsid w:val="00140F96"/>
    <w:rsid w:val="0015074B"/>
    <w:rsid w:val="0019611D"/>
    <w:rsid w:val="002102F4"/>
    <w:rsid w:val="0029639D"/>
    <w:rsid w:val="00326F90"/>
    <w:rsid w:val="00437062"/>
    <w:rsid w:val="00595127"/>
    <w:rsid w:val="00604EE4"/>
    <w:rsid w:val="006F7F39"/>
    <w:rsid w:val="009D0E2D"/>
    <w:rsid w:val="009E7F96"/>
    <w:rsid w:val="00A73ACC"/>
    <w:rsid w:val="00AA1D8D"/>
    <w:rsid w:val="00B151A0"/>
    <w:rsid w:val="00B47730"/>
    <w:rsid w:val="00CB0664"/>
    <w:rsid w:val="00D13500"/>
    <w:rsid w:val="00DA03CF"/>
    <w:rsid w:val="00DA0B02"/>
    <w:rsid w:val="00DB214B"/>
    <w:rsid w:val="00DD6499"/>
    <w:rsid w:val="00FB0E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9D0BAC"/>
  <w14:defaultImageDpi w14:val="300"/>
  <w15:docId w15:val="{94CFE1E3-B4E3-45F5-AEF7-F5EE685D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34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34F"/>
      <w:sz w:val="2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Teksttreci">
    <w:name w:val="Tekst treści_"/>
    <w:link w:val="Teksttreci0"/>
    <w:locked/>
    <w:rsid w:val="00A73ACC"/>
    <w:rPr>
      <w:rFonts w:ascii="Verdana" w:hAnsi="Verdana"/>
      <w:sz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73ACC"/>
    <w:pPr>
      <w:shd w:val="clear" w:color="auto" w:fill="FFFFFF"/>
      <w:spacing w:after="0" w:line="240" w:lineRule="atLeast"/>
      <w:ind w:hanging="1700"/>
    </w:pPr>
    <w:rPr>
      <w:rFonts w:ascii="Verdana" w:hAnsi="Verdana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1328</Words>
  <Characters>7973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7</cp:revision>
  <dcterms:created xsi:type="dcterms:W3CDTF">2026-10-09T09:56:00Z</dcterms:created>
  <dcterms:modified xsi:type="dcterms:W3CDTF">2026-10-15T07:41:00Z</dcterms:modified>
  <cp:category/>
</cp:coreProperties>
</file>