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A7925" w14:textId="77777777" w:rsidR="005924AF" w:rsidRDefault="002E59D4">
      <w:pPr>
        <w:jc w:val="center"/>
      </w:pPr>
      <w:r>
        <w:rPr>
          <w:b/>
          <w:sz w:val="32"/>
        </w:rPr>
        <w:t>ZAŁĄCZNIK NR 5 – OŚWIADCZENIE O AKTUALNOŚCI INFORMACJI</w:t>
      </w:r>
    </w:p>
    <w:p w14:paraId="32164C7F" w14:textId="2FA6C513" w:rsidR="005924AF" w:rsidRDefault="002E59D4">
      <w:pPr>
        <w:jc w:val="center"/>
      </w:pPr>
      <w:r>
        <w:rPr>
          <w:b/>
        </w:rPr>
        <w:t>ZP.271.1</w:t>
      </w:r>
      <w:r w:rsidR="008E431D">
        <w:rPr>
          <w:b/>
        </w:rPr>
        <w:t>4</w:t>
      </w:r>
      <w:r>
        <w:rPr>
          <w:b/>
        </w:rPr>
        <w:t>.2026</w:t>
      </w:r>
    </w:p>
    <w:p w14:paraId="1C8165A0" w14:textId="77777777" w:rsidR="005924AF" w:rsidRDefault="002E59D4">
      <w:r>
        <w:t>Wykonawca: ................................................................................................................................</w:t>
      </w:r>
    </w:p>
    <w:p w14:paraId="2B247B86" w14:textId="77777777" w:rsidR="005924AF" w:rsidRDefault="002E59D4">
      <w:r>
        <w:t>Oświadczam, że informacje zawarte w oświadczeniu złożonym wraz z ofertą na podstawie art. 125 ust. 1 Pzp pozostają aktualne w zakresie podstaw wykluczenia wskazanych w SWZ, w szczególności art. 108 ust. 1 Pzp, art. 109 ust. 1 pkt 4 Pzp oraz właściwych przepisów sankcyjnych.</w:t>
      </w:r>
    </w:p>
    <w:p w14:paraId="31A399B3" w14:textId="77777777" w:rsidR="005924AF" w:rsidRDefault="002E59D4">
      <w:r>
        <w:t>Jeżeli którekolwiek informacje uległy zmianie, opis zmian:</w:t>
      </w:r>
    </w:p>
    <w:p w14:paraId="6C4C2F95" w14:textId="77777777" w:rsidR="005924AF" w:rsidRDefault="002E59D4">
      <w:r>
        <w:t>................................................................................................................................................</w:t>
      </w:r>
    </w:p>
    <w:p w14:paraId="41CA52E0" w14:textId="77777777" w:rsidR="005924AF" w:rsidRDefault="002E59D4">
      <w:r>
        <w:br/>
        <w:t>Dokument należy podpisać kwalifikowanym podpisem elektronicznym, podpisem zaufanym albo podpisem osobistym.</w:t>
      </w:r>
    </w:p>
    <w:sectPr w:rsidR="005924AF" w:rsidSect="00034616">
      <w:footerReference w:type="default" r:id="rId8"/>
      <w:pgSz w:w="12240" w:h="15840"/>
      <w:pgMar w:top="907" w:right="1020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EF23F" w14:textId="77777777" w:rsidR="002E59D4" w:rsidRDefault="002E59D4">
      <w:pPr>
        <w:spacing w:after="0" w:line="240" w:lineRule="auto"/>
      </w:pPr>
      <w:r>
        <w:separator/>
      </w:r>
    </w:p>
  </w:endnote>
  <w:endnote w:type="continuationSeparator" w:id="0">
    <w:p w14:paraId="69C6604E" w14:textId="77777777" w:rsidR="002E59D4" w:rsidRDefault="002E5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B09FA" w14:textId="77777777" w:rsidR="005924AF" w:rsidRDefault="002E59D4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 w:rsidR="008E431D">
      <w:fldChar w:fldCharType="separate"/>
    </w:r>
    <w:r w:rsidR="008E43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180B0" w14:textId="77777777" w:rsidR="002E59D4" w:rsidRDefault="002E59D4">
      <w:pPr>
        <w:spacing w:after="0" w:line="240" w:lineRule="auto"/>
      </w:pPr>
      <w:r>
        <w:separator/>
      </w:r>
    </w:p>
  </w:footnote>
  <w:footnote w:type="continuationSeparator" w:id="0">
    <w:p w14:paraId="78073FD2" w14:textId="77777777" w:rsidR="002E59D4" w:rsidRDefault="002E5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8583982">
    <w:abstractNumId w:val="8"/>
  </w:num>
  <w:num w:numId="2" w16cid:durableId="154685478">
    <w:abstractNumId w:val="6"/>
  </w:num>
  <w:num w:numId="3" w16cid:durableId="1303118079">
    <w:abstractNumId w:val="5"/>
  </w:num>
  <w:num w:numId="4" w16cid:durableId="297421964">
    <w:abstractNumId w:val="4"/>
  </w:num>
  <w:num w:numId="5" w16cid:durableId="1544754931">
    <w:abstractNumId w:val="7"/>
  </w:num>
  <w:num w:numId="6" w16cid:durableId="542062771">
    <w:abstractNumId w:val="3"/>
  </w:num>
  <w:num w:numId="7" w16cid:durableId="1896966882">
    <w:abstractNumId w:val="2"/>
  </w:num>
  <w:num w:numId="8" w16cid:durableId="713506518">
    <w:abstractNumId w:val="1"/>
  </w:num>
  <w:num w:numId="9" w16cid:durableId="165317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59D4"/>
    <w:rsid w:val="00326F90"/>
    <w:rsid w:val="005924AF"/>
    <w:rsid w:val="008E431D"/>
    <w:rsid w:val="00AA1D8D"/>
    <w:rsid w:val="00B47730"/>
    <w:rsid w:val="00CA58B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13C76"/>
  <w14:defaultImageDpi w14:val="300"/>
  <w15:docId w15:val="{80744E89-A5E4-42A0-8CE0-4841E4645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0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Urząd Miejski</cp:lastModifiedBy>
  <cp:revision>2</cp:revision>
  <dcterms:created xsi:type="dcterms:W3CDTF">2013-12-23T23:15:00Z</dcterms:created>
  <dcterms:modified xsi:type="dcterms:W3CDTF">2026-10-15T09:54:00Z</dcterms:modified>
  <cp:category/>
</cp:coreProperties>
</file>