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E6A6" w14:textId="77777777" w:rsidR="007B21A3" w:rsidRDefault="00086B8F">
      <w:pPr>
        <w:jc w:val="center"/>
      </w:pPr>
      <w:r>
        <w:rPr>
          <w:b/>
          <w:sz w:val="32"/>
        </w:rPr>
        <w:t>ZAŁĄCZNIK NR 2 – OŚWIADCZENIE WYKONAWCY</w:t>
      </w:r>
    </w:p>
    <w:p w14:paraId="320D2A40" w14:textId="2A5EC53B" w:rsidR="007B21A3" w:rsidRDefault="00086B8F">
      <w:pPr>
        <w:jc w:val="center"/>
      </w:pPr>
      <w:r>
        <w:rPr>
          <w:b/>
        </w:rPr>
        <w:t>ZP.271.1</w:t>
      </w:r>
      <w:r w:rsidR="00D45276">
        <w:rPr>
          <w:b/>
        </w:rPr>
        <w:t>4</w:t>
      </w:r>
      <w:r>
        <w:rPr>
          <w:b/>
        </w:rPr>
        <w:t>.2026</w:t>
      </w:r>
    </w:p>
    <w:p w14:paraId="3E1A98B7" w14:textId="77777777" w:rsidR="007B21A3" w:rsidRDefault="00086B8F">
      <w:pPr>
        <w:jc w:val="center"/>
      </w:pPr>
      <w:r>
        <w:t>Oświadczenie składane na podstawie art. 125 ust. 1 Pzp</w:t>
      </w:r>
    </w:p>
    <w:p w14:paraId="1D61788D" w14:textId="77777777" w:rsidR="007B21A3" w:rsidRDefault="00086B8F">
      <w:r>
        <w:t>Wykonawca: ................................................................................................................................</w:t>
      </w:r>
    </w:p>
    <w:p w14:paraId="3F5A8B6B" w14:textId="77777777" w:rsidR="007B21A3" w:rsidRDefault="00086B8F">
      <w:r>
        <w:t>Oświadczam, że na dzień składania ofert:</w:t>
      </w:r>
    </w:p>
    <w:p w14:paraId="0FA36BAE" w14:textId="77777777" w:rsidR="007B21A3" w:rsidRDefault="00086B8F">
      <w:pPr>
        <w:pStyle w:val="Listanumerowana"/>
      </w:pPr>
      <w:r>
        <w:t>nie zachodzą wobec Wykonawcy podstawy wykluczenia określone w art. 108 ust. 1 Pzp;</w:t>
      </w:r>
    </w:p>
    <w:p w14:paraId="0B66A398" w14:textId="77777777" w:rsidR="007B21A3" w:rsidRDefault="00086B8F">
      <w:pPr>
        <w:pStyle w:val="Listanumerowana"/>
      </w:pPr>
      <w:r>
        <w:t>nie zachodzi wobec Wykonawcy podstawa wykluczenia określona w art. 109 ust. 1 pkt 4 Pzp;</w:t>
      </w:r>
    </w:p>
    <w:p w14:paraId="7B9EA63A" w14:textId="77777777" w:rsidR="007B21A3" w:rsidRDefault="00086B8F">
      <w:pPr>
        <w:pStyle w:val="Listanumerowana"/>
      </w:pPr>
      <w:r>
        <w:t>nie zachodzą wobec Wykonawcy podstawy wykluczenia określone w art. 7 ust. 1 ustawy z dnia 13 kwietnia 2022 r. o szczególnych rozwiązaniach w zakresie przeciwdziałania wspieraniu agresji na Ukrainę oraz służących ochronie bezpieczeństwa narodowego.</w:t>
      </w:r>
    </w:p>
    <w:p w14:paraId="105BFF20" w14:textId="77777777" w:rsidR="007B21A3" w:rsidRDefault="00086B8F">
      <w:r>
        <w:rPr>
          <w:b/>
        </w:rPr>
        <w:t>Certyfikat wykonawcy zamówień publicznych (art. 273 ust. 2 Pzp):</w:t>
      </w:r>
    </w:p>
    <w:p w14:paraId="34573270" w14:textId="77777777" w:rsidR="007B21A3" w:rsidRDefault="00086B8F">
      <w:r>
        <w:t>☐</w:t>
      </w:r>
      <w:r>
        <w:t xml:space="preserve"> Wykonawca nie będzie posługiwał się certyfikatem.</w:t>
      </w:r>
    </w:p>
    <w:p w14:paraId="1036B4ED" w14:textId="77777777" w:rsidR="007B21A3" w:rsidRDefault="00086B8F">
      <w:r>
        <w:t>☐</w:t>
      </w:r>
      <w:r>
        <w:t xml:space="preserve"> Wykonawca będzie posługiwał się certyfikatem:</w:t>
      </w:r>
    </w:p>
    <w:p w14:paraId="1DC7B174" w14:textId="77777777" w:rsidR="007B21A3" w:rsidRDefault="00086B8F">
      <w:r>
        <w:t>Numer i oznaczenie certyfikatu: ....................................................................................................</w:t>
      </w:r>
    </w:p>
    <w:p w14:paraId="10EF8250" w14:textId="77777777" w:rsidR="007B21A3" w:rsidRDefault="00086B8F">
      <w:r>
        <w:t>Podmiot certyfikujący: ..................................................................................................................</w:t>
      </w:r>
    </w:p>
    <w:p w14:paraId="4F67025D" w14:textId="77777777" w:rsidR="007B21A3" w:rsidRDefault="00086B8F">
      <w:r>
        <w:t>Okres ważności certyfikacji: .........................................................................................................</w:t>
      </w:r>
    </w:p>
    <w:p w14:paraId="3DD298AE" w14:textId="77777777" w:rsidR="007B21A3" w:rsidRDefault="00086B8F">
      <w:r>
        <w:t>Zakres podstaw wykluczenia, w których Wykonawca będzie posługiwał się certyfikatem: ................................................................................................................................................</w:t>
      </w:r>
    </w:p>
    <w:p w14:paraId="53381E75" w14:textId="77777777" w:rsidR="007B21A3" w:rsidRDefault="00086B8F">
      <w:r>
        <w:t>Oświadczam, że wszystkie informacje podane powyżej są aktualne i zgodne ze stanem faktycznym.</w:t>
      </w:r>
    </w:p>
    <w:p w14:paraId="2AF540C7" w14:textId="77777777" w:rsidR="007B21A3" w:rsidRDefault="00086B8F">
      <w:r>
        <w:br/>
        <w:t>Dokument należy podpisać kwalifikowanym podpisem elektronicznym, podpisem zaufanym albo podpisem osobistym.</w:t>
      </w:r>
    </w:p>
    <w:sectPr w:rsidR="007B21A3" w:rsidSect="00034616">
      <w:footerReference w:type="default" r:id="rId8"/>
      <w:pgSz w:w="12240" w:h="15840"/>
      <w:pgMar w:top="907" w:right="1020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DC04B" w14:textId="77777777" w:rsidR="00086B8F" w:rsidRDefault="00086B8F">
      <w:pPr>
        <w:spacing w:after="0" w:line="240" w:lineRule="auto"/>
      </w:pPr>
      <w:r>
        <w:separator/>
      </w:r>
    </w:p>
  </w:endnote>
  <w:endnote w:type="continuationSeparator" w:id="0">
    <w:p w14:paraId="118F1898" w14:textId="77777777" w:rsidR="00086B8F" w:rsidRDefault="0008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6150" w14:textId="77777777" w:rsidR="007B21A3" w:rsidRDefault="00086B8F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 w:rsidR="00D45276">
      <w:fldChar w:fldCharType="separate"/>
    </w:r>
    <w:r w:rsidR="00D4527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32442" w14:textId="77777777" w:rsidR="00086B8F" w:rsidRDefault="00086B8F">
      <w:pPr>
        <w:spacing w:after="0" w:line="240" w:lineRule="auto"/>
      </w:pPr>
      <w:r>
        <w:separator/>
      </w:r>
    </w:p>
  </w:footnote>
  <w:footnote w:type="continuationSeparator" w:id="0">
    <w:p w14:paraId="6205A2B4" w14:textId="77777777" w:rsidR="00086B8F" w:rsidRDefault="00086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819238">
    <w:abstractNumId w:val="8"/>
  </w:num>
  <w:num w:numId="2" w16cid:durableId="1023702694">
    <w:abstractNumId w:val="6"/>
  </w:num>
  <w:num w:numId="3" w16cid:durableId="1336612709">
    <w:abstractNumId w:val="5"/>
  </w:num>
  <w:num w:numId="4" w16cid:durableId="532036462">
    <w:abstractNumId w:val="4"/>
  </w:num>
  <w:num w:numId="5" w16cid:durableId="761880368">
    <w:abstractNumId w:val="7"/>
  </w:num>
  <w:num w:numId="6" w16cid:durableId="1551720429">
    <w:abstractNumId w:val="3"/>
  </w:num>
  <w:num w:numId="7" w16cid:durableId="1498887252">
    <w:abstractNumId w:val="2"/>
  </w:num>
  <w:num w:numId="8" w16cid:durableId="157694043">
    <w:abstractNumId w:val="1"/>
  </w:num>
  <w:num w:numId="9" w16cid:durableId="556865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B8F"/>
    <w:rsid w:val="0015074B"/>
    <w:rsid w:val="0029639D"/>
    <w:rsid w:val="002D53B5"/>
    <w:rsid w:val="00326F90"/>
    <w:rsid w:val="007B21A3"/>
    <w:rsid w:val="00AA1D8D"/>
    <w:rsid w:val="00B47730"/>
    <w:rsid w:val="00CB0664"/>
    <w:rsid w:val="00D452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F857EA"/>
  <w14:defaultImageDpi w14:val="300"/>
  <w15:docId w15:val="{6F6BA96F-A2AC-492A-A4A5-983D9F4F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0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Miejski</cp:lastModifiedBy>
  <cp:revision>2</cp:revision>
  <dcterms:created xsi:type="dcterms:W3CDTF">2013-12-23T23:15:00Z</dcterms:created>
  <dcterms:modified xsi:type="dcterms:W3CDTF">2026-10-15T09:50:00Z</dcterms:modified>
  <cp:category/>
</cp:coreProperties>
</file>