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89314" w14:textId="77777777" w:rsidR="00FB320C" w:rsidRDefault="0010018F">
      <w:pPr>
        <w:jc w:val="center"/>
      </w:pPr>
      <w:r>
        <w:rPr>
          <w:b/>
          <w:sz w:val="32"/>
        </w:rPr>
        <w:t>ZAŁĄCZNIK NR 1 – FORMULARZ OFERTOWY</w:t>
      </w:r>
    </w:p>
    <w:p w14:paraId="513F3E28" w14:textId="4C7C36B0" w:rsidR="00FB320C" w:rsidRDefault="0010018F">
      <w:pPr>
        <w:jc w:val="center"/>
      </w:pPr>
      <w:r>
        <w:rPr>
          <w:b/>
        </w:rPr>
        <w:t>ZP.271.1</w:t>
      </w:r>
      <w:r w:rsidR="00507CF6">
        <w:rPr>
          <w:b/>
        </w:rPr>
        <w:t>4</w:t>
      </w:r>
      <w:r>
        <w:rPr>
          <w:b/>
        </w:rPr>
        <w:t>.2026</w:t>
      </w:r>
    </w:p>
    <w:p w14:paraId="024060D9" w14:textId="77777777" w:rsidR="00FB320C" w:rsidRDefault="0010018F">
      <w:pPr>
        <w:jc w:val="center"/>
      </w:pPr>
      <w:r>
        <w:t>Budowa Aktywnego Placu Zabaw przy Żłobku Samorządowym „Dworkowe Skrzaty” w Lubieniu Kujawskim</w:t>
      </w:r>
    </w:p>
    <w:p w14:paraId="7AD00FEA" w14:textId="77777777" w:rsidR="00FB320C" w:rsidRDefault="0010018F">
      <w:r>
        <w:t>Nazwa / firma Wykonawcy: ........................................................................................................</w:t>
      </w:r>
    </w:p>
    <w:p w14:paraId="1AFF6EDC" w14:textId="77777777" w:rsidR="00FB320C" w:rsidRDefault="0010018F">
      <w:r>
        <w:t>Adres: ............................................................................................................................................</w:t>
      </w:r>
    </w:p>
    <w:p w14:paraId="544CB939" w14:textId="77777777" w:rsidR="00FB320C" w:rsidRDefault="0010018F">
      <w:r>
        <w:t>NIP / REGON: ................................................................................................................................</w:t>
      </w:r>
    </w:p>
    <w:p w14:paraId="1E6AAE9A" w14:textId="77777777" w:rsidR="00FB320C" w:rsidRDefault="0010018F">
      <w:r>
        <w:t>E-mail: ...............................................................................  tel.: ......................................................</w:t>
      </w:r>
    </w:p>
    <w:p w14:paraId="7DB91D30" w14:textId="77777777" w:rsidR="00FB320C" w:rsidRDefault="0010018F">
      <w:r>
        <w:t>Oferujemy wykonanie całego przedmiotu zamówienia zgodnie z SWZ za: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84"/>
        <w:gridCol w:w="5818"/>
      </w:tblGrid>
      <w:tr w:rsidR="00FB320C" w14:paraId="3735246D" w14:textId="77777777">
        <w:tc>
          <w:tcPr>
            <w:tcW w:w="5043" w:type="dxa"/>
          </w:tcPr>
          <w:p w14:paraId="41A1B313" w14:textId="77777777" w:rsidR="00FB320C" w:rsidRDefault="0010018F">
            <w:r>
              <w:t>Cena netto</w:t>
            </w:r>
          </w:p>
        </w:tc>
        <w:tc>
          <w:tcPr>
            <w:tcW w:w="5043" w:type="dxa"/>
          </w:tcPr>
          <w:p w14:paraId="735FA475" w14:textId="77777777" w:rsidR="00FB320C" w:rsidRDefault="0010018F">
            <w:r>
              <w:t>........................................ zł</w:t>
            </w:r>
          </w:p>
        </w:tc>
      </w:tr>
      <w:tr w:rsidR="00FB320C" w14:paraId="3E144BCD" w14:textId="77777777">
        <w:tc>
          <w:tcPr>
            <w:tcW w:w="5043" w:type="dxa"/>
          </w:tcPr>
          <w:p w14:paraId="0CC33042" w14:textId="77777777" w:rsidR="00FB320C" w:rsidRDefault="0010018F">
            <w:r>
              <w:t>VAT</w:t>
            </w:r>
          </w:p>
        </w:tc>
        <w:tc>
          <w:tcPr>
            <w:tcW w:w="5043" w:type="dxa"/>
          </w:tcPr>
          <w:p w14:paraId="371F1278" w14:textId="77777777" w:rsidR="00FB320C" w:rsidRDefault="0010018F">
            <w:r>
              <w:t>........................................ zł</w:t>
            </w:r>
          </w:p>
        </w:tc>
      </w:tr>
      <w:tr w:rsidR="00FB320C" w14:paraId="7384BBA4" w14:textId="77777777">
        <w:tc>
          <w:tcPr>
            <w:tcW w:w="5043" w:type="dxa"/>
          </w:tcPr>
          <w:p w14:paraId="2BACD8E2" w14:textId="77777777" w:rsidR="00FB320C" w:rsidRDefault="0010018F">
            <w:r>
              <w:t>Cena brutto</w:t>
            </w:r>
          </w:p>
        </w:tc>
        <w:tc>
          <w:tcPr>
            <w:tcW w:w="5043" w:type="dxa"/>
          </w:tcPr>
          <w:p w14:paraId="21090EAD" w14:textId="77777777" w:rsidR="00FB320C" w:rsidRDefault="0010018F">
            <w:r>
              <w:t>........................................ zł</w:t>
            </w:r>
          </w:p>
        </w:tc>
      </w:tr>
      <w:tr w:rsidR="00FB320C" w14:paraId="5ACBC17D" w14:textId="77777777">
        <w:tc>
          <w:tcPr>
            <w:tcW w:w="5043" w:type="dxa"/>
          </w:tcPr>
          <w:p w14:paraId="461F76A4" w14:textId="77777777" w:rsidR="00FB320C" w:rsidRDefault="0010018F">
            <w:r>
              <w:t>Słownie brutto</w:t>
            </w:r>
          </w:p>
        </w:tc>
        <w:tc>
          <w:tcPr>
            <w:tcW w:w="5043" w:type="dxa"/>
          </w:tcPr>
          <w:p w14:paraId="4017595B" w14:textId="77777777" w:rsidR="00FB320C" w:rsidRDefault="0010018F">
            <w:r>
              <w:t>................................................................................................</w:t>
            </w:r>
          </w:p>
        </w:tc>
      </w:tr>
    </w:tbl>
    <w:p w14:paraId="55CAB28C" w14:textId="77777777" w:rsidR="00FB320C" w:rsidRDefault="0010018F">
      <w:r>
        <w:rPr>
          <w:b/>
        </w:rPr>
        <w:t>Podział informacyjny ceny brutto: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3"/>
        <w:gridCol w:w="5043"/>
      </w:tblGrid>
      <w:tr w:rsidR="00FB320C" w14:paraId="5655F7A9" w14:textId="77777777">
        <w:tc>
          <w:tcPr>
            <w:tcW w:w="5043" w:type="dxa"/>
          </w:tcPr>
          <w:p w14:paraId="5C309267" w14:textId="77777777" w:rsidR="00FB320C" w:rsidRDefault="0010018F">
            <w:r>
              <w:t>A. Roboty wraz z wyposażeniem stałym</w:t>
            </w:r>
          </w:p>
        </w:tc>
        <w:tc>
          <w:tcPr>
            <w:tcW w:w="5043" w:type="dxa"/>
          </w:tcPr>
          <w:p w14:paraId="4E6D68B0" w14:textId="77777777" w:rsidR="00FB320C" w:rsidRDefault="0010018F">
            <w:r>
              <w:t>........................................ zł brutto</w:t>
            </w:r>
          </w:p>
        </w:tc>
      </w:tr>
      <w:tr w:rsidR="00FB320C" w14:paraId="4505711D" w14:textId="77777777">
        <w:tc>
          <w:tcPr>
            <w:tcW w:w="5043" w:type="dxa"/>
          </w:tcPr>
          <w:p w14:paraId="3B0AF26D" w14:textId="77777777" w:rsidR="00FB320C" w:rsidRDefault="0010018F">
            <w:r>
              <w:t>B. Wyposażenie ruchome z Załącznika nr 3c</w:t>
            </w:r>
          </w:p>
        </w:tc>
        <w:tc>
          <w:tcPr>
            <w:tcW w:w="5043" w:type="dxa"/>
          </w:tcPr>
          <w:p w14:paraId="2E0305E2" w14:textId="77777777" w:rsidR="00FB320C" w:rsidRDefault="0010018F">
            <w:r>
              <w:t>........................................ zł brutto</w:t>
            </w:r>
          </w:p>
        </w:tc>
      </w:tr>
      <w:tr w:rsidR="00FB320C" w14:paraId="141C8FE8" w14:textId="77777777">
        <w:tc>
          <w:tcPr>
            <w:tcW w:w="5043" w:type="dxa"/>
          </w:tcPr>
          <w:p w14:paraId="7CD14058" w14:textId="77777777" w:rsidR="00FB320C" w:rsidRDefault="0010018F">
            <w:r>
              <w:t>RAZEM A+B</w:t>
            </w:r>
          </w:p>
        </w:tc>
        <w:tc>
          <w:tcPr>
            <w:tcW w:w="5043" w:type="dxa"/>
          </w:tcPr>
          <w:p w14:paraId="029E75DF" w14:textId="77777777" w:rsidR="00FB320C" w:rsidRDefault="0010018F">
            <w:r>
              <w:t>........................................ zł brutto</w:t>
            </w:r>
          </w:p>
        </w:tc>
      </w:tr>
    </w:tbl>
    <w:p w14:paraId="26C96AFC" w14:textId="77777777" w:rsidR="00FB320C" w:rsidRDefault="0010018F">
      <w:r>
        <w:rPr>
          <w:b/>
        </w:rPr>
        <w:t>Okres gwarancji i rękojmi na roboty i wyposażenie stałe:</w:t>
      </w:r>
    </w:p>
    <w:p w14:paraId="181A1CC4" w14:textId="77777777" w:rsidR="00FB320C" w:rsidRDefault="0010018F">
      <w:r>
        <w:t>☐ 24 miesiące</w:t>
      </w:r>
    </w:p>
    <w:p w14:paraId="3CCE4F2A" w14:textId="77777777" w:rsidR="00FB320C" w:rsidRDefault="0010018F">
      <w:r>
        <w:t>☐ 36 miesięcy</w:t>
      </w:r>
    </w:p>
    <w:p w14:paraId="51BFCE6E" w14:textId="77777777" w:rsidR="00FB320C" w:rsidRDefault="0010018F">
      <w:r>
        <w:t>☐ 48 miesięcy lub więcej – podać: ............ miesięcy</w:t>
      </w:r>
    </w:p>
    <w:p w14:paraId="2D1FA95F" w14:textId="77777777" w:rsidR="00FB320C" w:rsidRDefault="0010018F">
      <w:r>
        <w:rPr>
          <w:b/>
        </w:rPr>
        <w:t>Oświadczenia Wykonawcy:</w:t>
      </w:r>
    </w:p>
    <w:p w14:paraId="32B15E81" w14:textId="77777777" w:rsidR="00FB320C" w:rsidRDefault="0010018F">
      <w:pPr>
        <w:pStyle w:val="Listanumerowana"/>
      </w:pPr>
      <w:r>
        <w:t>zapoznaliśmy się z SWZ i wszystkimi załącznikami, w tym PAB, przedmiarem, OPZ i wykazem wyposażenia ruchomego, oraz akceptujemy ich treść;</w:t>
      </w:r>
    </w:p>
    <w:p w14:paraId="59834F28" w14:textId="77777777" w:rsidR="00FB320C" w:rsidRDefault="0010018F">
      <w:pPr>
        <w:pStyle w:val="Listanumerowana"/>
      </w:pPr>
      <w:r>
        <w:t>cena obejmuje kompletną realizację zamówienia i wszystkie koszty niezbędne do jego wykonania;</w:t>
      </w:r>
    </w:p>
    <w:p w14:paraId="1D8098A3" w14:textId="77777777" w:rsidR="00FB320C" w:rsidRDefault="0010018F">
      <w:pPr>
        <w:pStyle w:val="Listanumerowana"/>
      </w:pPr>
      <w:r>
        <w:t>akceptujemy ryczałtowy charakter wynagrodzenia oraz projektowane postanowienia umowy;</w:t>
      </w:r>
    </w:p>
    <w:p w14:paraId="696C564A" w14:textId="77777777" w:rsidR="00FB320C" w:rsidRDefault="0010018F">
      <w:pPr>
        <w:pStyle w:val="Listanumerowana"/>
      </w:pPr>
      <w:r>
        <w:t>uwzględniliśmy w cenie dostawę pełnego wyposażenia ruchomego z Załącznika nr 3c;</w:t>
      </w:r>
    </w:p>
    <w:p w14:paraId="7C37541C" w14:textId="77777777" w:rsidR="00FB320C" w:rsidRDefault="0010018F">
      <w:pPr>
        <w:pStyle w:val="Listanumerowana"/>
      </w:pPr>
      <w:r>
        <w:t>przyjmujemy do wiadomości, że pozwolenie na budowę jest w trakcie uzyskiwania i zostanie przekazane najpóźniej w dniu zawarcia umowy;</w:t>
      </w:r>
    </w:p>
    <w:p w14:paraId="71A2A058" w14:textId="77777777" w:rsidR="00FB320C" w:rsidRDefault="0010018F">
      <w:pPr>
        <w:pStyle w:val="Listanumerowana"/>
      </w:pPr>
      <w:r>
        <w:t>zamierzamy / nie zamierzamy powierzyć części zamówienia podwykonawcom (niepotrzebne skreślić).</w:t>
      </w:r>
    </w:p>
    <w:p w14:paraId="06EE38A6" w14:textId="77777777" w:rsidR="00FB320C" w:rsidRDefault="0010018F">
      <w:r>
        <w:t>Zakres powierzony podwykonawcom / nazwy podwykonawców, jeżeli są znane:</w:t>
      </w:r>
    </w:p>
    <w:p w14:paraId="7BFFE256" w14:textId="77777777" w:rsidR="00FB320C" w:rsidRDefault="0010018F">
      <w:r>
        <w:t>................................................................................................................................................</w:t>
      </w:r>
    </w:p>
    <w:p w14:paraId="229AF9A0" w14:textId="77777777" w:rsidR="00FB320C" w:rsidRDefault="0010018F">
      <w:r>
        <w:t>Status przedsiębiorcy:  ☐ mikro   ☐ mały   ☐ średni   ☐ inny</w:t>
      </w:r>
    </w:p>
    <w:p w14:paraId="2E6736AF" w14:textId="77777777" w:rsidR="00FB320C" w:rsidRDefault="0010018F">
      <w:r>
        <w:br/>
        <w:t>Dokument należy podpisać kwalifikowanym podpisem elektronicznym, podpisem zaufanym albo podpisem osobistym przez osobę uprawnioną.</w:t>
      </w:r>
    </w:p>
    <w:sectPr w:rsidR="00FB320C" w:rsidSect="00034616">
      <w:footerReference w:type="default" r:id="rId8"/>
      <w:pgSz w:w="12240" w:h="15840"/>
      <w:pgMar w:top="907" w:right="1020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51014" w14:textId="77777777" w:rsidR="00E1126A" w:rsidRDefault="00E1126A">
      <w:pPr>
        <w:spacing w:after="0" w:line="240" w:lineRule="auto"/>
      </w:pPr>
      <w:r>
        <w:separator/>
      </w:r>
    </w:p>
  </w:endnote>
  <w:endnote w:type="continuationSeparator" w:id="0">
    <w:p w14:paraId="6BDA65B6" w14:textId="77777777" w:rsidR="00E1126A" w:rsidRDefault="00E11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61D7" w14:textId="77777777" w:rsidR="00FB320C" w:rsidRDefault="0010018F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507CF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8BDF1" w14:textId="77777777" w:rsidR="00E1126A" w:rsidRDefault="00E1126A">
      <w:pPr>
        <w:spacing w:after="0" w:line="240" w:lineRule="auto"/>
      </w:pPr>
      <w:r>
        <w:separator/>
      </w:r>
    </w:p>
  </w:footnote>
  <w:footnote w:type="continuationSeparator" w:id="0">
    <w:p w14:paraId="4C07C99E" w14:textId="77777777" w:rsidR="00E1126A" w:rsidRDefault="00E11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7172074">
    <w:abstractNumId w:val="8"/>
  </w:num>
  <w:num w:numId="2" w16cid:durableId="391124529">
    <w:abstractNumId w:val="6"/>
  </w:num>
  <w:num w:numId="3" w16cid:durableId="639188875">
    <w:abstractNumId w:val="5"/>
  </w:num>
  <w:num w:numId="4" w16cid:durableId="327826899">
    <w:abstractNumId w:val="4"/>
  </w:num>
  <w:num w:numId="5" w16cid:durableId="2016957727">
    <w:abstractNumId w:val="7"/>
  </w:num>
  <w:num w:numId="6" w16cid:durableId="358747363">
    <w:abstractNumId w:val="3"/>
  </w:num>
  <w:num w:numId="7" w16cid:durableId="1862473490">
    <w:abstractNumId w:val="2"/>
  </w:num>
  <w:num w:numId="8" w16cid:durableId="1234700049">
    <w:abstractNumId w:val="1"/>
  </w:num>
  <w:num w:numId="9" w16cid:durableId="92368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F6D"/>
    <w:rsid w:val="0010018F"/>
    <w:rsid w:val="0015074B"/>
    <w:rsid w:val="00173B1B"/>
    <w:rsid w:val="001D1227"/>
    <w:rsid w:val="0029639D"/>
    <w:rsid w:val="002E67A4"/>
    <w:rsid w:val="00326F90"/>
    <w:rsid w:val="00507CF6"/>
    <w:rsid w:val="0097765C"/>
    <w:rsid w:val="00A761F8"/>
    <w:rsid w:val="00AA1D8D"/>
    <w:rsid w:val="00B47730"/>
    <w:rsid w:val="00CB0664"/>
    <w:rsid w:val="00E1126A"/>
    <w:rsid w:val="00FB32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CD04D"/>
  <w14:defaultImageDpi w14:val="300"/>
  <w15:docId w15:val="{969385CC-1E60-400E-B92D-4A623459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0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Miejski</cp:lastModifiedBy>
  <cp:revision>4</cp:revision>
  <dcterms:created xsi:type="dcterms:W3CDTF">2013-12-23T23:15:00Z</dcterms:created>
  <dcterms:modified xsi:type="dcterms:W3CDTF">2026-10-15T10:17:00Z</dcterms:modified>
  <cp:category/>
</cp:coreProperties>
</file>