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264D" w14:textId="70B7D0BA" w:rsidR="00DA5A81" w:rsidRPr="00A70647" w:rsidRDefault="00F808A1">
      <w:pPr>
        <w:jc w:val="right"/>
        <w:rPr>
          <w:color w:val="auto"/>
        </w:rPr>
      </w:pPr>
      <w:r w:rsidRPr="00A70647">
        <w:rPr>
          <w:b/>
          <w:color w:val="auto"/>
          <w:sz w:val="18"/>
        </w:rPr>
        <w:t>Załącznik nr 1 do SWZ</w:t>
      </w:r>
      <w:r w:rsidRPr="00A70647">
        <w:rPr>
          <w:b/>
          <w:color w:val="auto"/>
          <w:sz w:val="18"/>
        </w:rPr>
        <w:br/>
      </w:r>
    </w:p>
    <w:p w14:paraId="240253D5" w14:textId="77777777" w:rsidR="00DA5A81" w:rsidRPr="00A70647" w:rsidRDefault="00F808A1">
      <w:pPr>
        <w:spacing w:before="200" w:after="80"/>
        <w:jc w:val="center"/>
        <w:rPr>
          <w:color w:val="auto"/>
        </w:rPr>
      </w:pPr>
      <w:r w:rsidRPr="00A70647">
        <w:rPr>
          <w:b/>
          <w:color w:val="auto"/>
          <w:sz w:val="32"/>
        </w:rPr>
        <w:t>FORMULARZ OFERTOWY</w:t>
      </w:r>
    </w:p>
    <w:p w14:paraId="0856CF99" w14:textId="39F439E7" w:rsidR="00DA5A81" w:rsidRPr="00701DC5" w:rsidRDefault="00F808A1">
      <w:pPr>
        <w:spacing w:after="280"/>
        <w:jc w:val="center"/>
        <w:rPr>
          <w:color w:val="auto"/>
        </w:rPr>
      </w:pPr>
      <w:r w:rsidRPr="00701DC5">
        <w:rPr>
          <w:b/>
          <w:color w:val="auto"/>
          <w:sz w:val="22"/>
        </w:rPr>
        <w:t>Postępowanie o udzielenie zamówienia na zadanie pt.:</w:t>
      </w:r>
      <w:r w:rsidR="000B292B" w:rsidRPr="00701DC5">
        <w:rPr>
          <w:b/>
          <w:i/>
          <w:color w:val="auto"/>
        </w:rPr>
        <w:br/>
        <w:t>„Kompleksowa wymiana istniejących wodomierzy na wodomierze ultradźwiękowe wraz z budową infrastruktury sieci stacjonarnego odczytu na terenie miasta Łęczyca</w:t>
      </w:r>
      <w:r w:rsidRPr="00701DC5">
        <w:rPr>
          <w:b/>
          <w:color w:val="auto"/>
          <w:sz w:val="22"/>
        </w:rPr>
        <w:t>”</w:t>
      </w:r>
      <w:r w:rsidR="007023DB">
        <w:rPr>
          <w:b/>
          <w:color w:val="auto"/>
          <w:sz w:val="22"/>
        </w:rPr>
        <w:t xml:space="preserve"> </w:t>
      </w:r>
    </w:p>
    <w:p w14:paraId="49D7EA13" w14:textId="33FD2631" w:rsidR="00DF0E30" w:rsidRPr="00701DC5" w:rsidRDefault="00F808A1" w:rsidP="00DF0E30">
      <w:pPr>
        <w:spacing w:after="0" w:line="240" w:lineRule="auto"/>
        <w:rPr>
          <w:color w:val="auto"/>
        </w:rPr>
      </w:pPr>
      <w:r w:rsidRPr="00701DC5">
        <w:rPr>
          <w:b/>
          <w:color w:val="auto"/>
        </w:rPr>
        <w:t>ZAMAWIAJĄCY:</w:t>
      </w:r>
      <w:r w:rsidRPr="00701DC5">
        <w:rPr>
          <w:b/>
          <w:color w:val="auto"/>
        </w:rPr>
        <w:br/>
      </w:r>
      <w:r w:rsidRPr="00701DC5">
        <w:rPr>
          <w:color w:val="auto"/>
        </w:rPr>
        <w:t>Przedsiębiorstwo Gospodarki Komunalnej i Mieszkaniowej Sp. z o.o. w Łęczycy</w:t>
      </w:r>
      <w:r w:rsidRPr="00701DC5">
        <w:rPr>
          <w:color w:val="auto"/>
        </w:rPr>
        <w:br/>
        <w:t xml:space="preserve">ul. </w:t>
      </w:r>
      <w:r w:rsidR="000B292B" w:rsidRPr="00701DC5">
        <w:rPr>
          <w:color w:val="auto"/>
        </w:rPr>
        <w:t>Tumska 2</w:t>
      </w:r>
      <w:r w:rsidRPr="00701DC5">
        <w:rPr>
          <w:color w:val="auto"/>
        </w:rPr>
        <w:t>, 99-100 Łęczyca</w:t>
      </w:r>
      <w:r w:rsidRPr="00701DC5">
        <w:rPr>
          <w:color w:val="auto"/>
        </w:rPr>
        <w:br/>
      </w:r>
      <w:r w:rsidRPr="00701DC5">
        <w:rPr>
          <w:color w:val="auto"/>
        </w:rPr>
        <w:br/>
      </w:r>
      <w:r w:rsidRPr="00701DC5">
        <w:rPr>
          <w:b/>
          <w:color w:val="auto"/>
        </w:rPr>
        <w:t>WYKONAWCA / WYKONAWCY</w:t>
      </w:r>
      <w:r w:rsidR="00DF0E30" w:rsidRPr="00701DC5">
        <w:rPr>
          <w:b/>
          <w:color w:val="auto"/>
        </w:rPr>
        <w:t>/LIDER/KONSORCJUM</w:t>
      </w:r>
      <w:r w:rsidRPr="00701DC5">
        <w:rPr>
          <w:b/>
          <w:color w:val="auto"/>
        </w:rPr>
        <w:t xml:space="preserve"> WSPÓLNIE UBIEGAJĄCY SIĘ O ZAMÓWIENIE:</w:t>
      </w:r>
      <w:r w:rsidRPr="00701DC5">
        <w:rPr>
          <w:b/>
          <w:color w:val="auto"/>
        </w:rPr>
        <w:br/>
      </w:r>
      <w:r w:rsidRPr="00701DC5">
        <w:rPr>
          <w:color w:val="auto"/>
        </w:rPr>
        <w:t>Nazwa / Imię i Nazwisko: ........................................................................................................................</w:t>
      </w:r>
      <w:r w:rsidRPr="00701DC5">
        <w:rPr>
          <w:color w:val="auto"/>
        </w:rPr>
        <w:br/>
        <w:t>Adres siedziby: ....................................................................................................................................</w:t>
      </w:r>
      <w:r w:rsidRPr="00701DC5">
        <w:rPr>
          <w:color w:val="auto"/>
        </w:rPr>
        <w:br/>
        <w:t>NIP: ..................................................... REGON: ................................................................................</w:t>
      </w:r>
      <w:r w:rsidRPr="00701DC5">
        <w:rPr>
          <w:color w:val="auto"/>
        </w:rPr>
        <w:br/>
        <w:t xml:space="preserve">Nr KRS/CEIDG: ........................................ </w:t>
      </w:r>
      <w:r w:rsidR="00DF0E30" w:rsidRPr="00701DC5">
        <w:rPr>
          <w:color w:val="auto"/>
        </w:rPr>
        <w:t>adres poczty elektronicznej do korespondencji ………………………………………….</w:t>
      </w:r>
    </w:p>
    <w:p w14:paraId="328B9C86" w14:textId="4B1A450D" w:rsidR="00DF0E30" w:rsidRPr="00701DC5" w:rsidRDefault="00F808A1" w:rsidP="00DF0E30">
      <w:pPr>
        <w:spacing w:after="0" w:line="240" w:lineRule="auto"/>
        <w:rPr>
          <w:color w:val="auto"/>
        </w:rPr>
      </w:pPr>
      <w:r w:rsidRPr="00701DC5">
        <w:rPr>
          <w:color w:val="auto"/>
        </w:rPr>
        <w:t>Osoba do kontaktu: ...................................................................</w:t>
      </w:r>
      <w:r w:rsidRPr="00701DC5">
        <w:rPr>
          <w:color w:val="auto"/>
        </w:rPr>
        <w:br/>
        <w:t>Tel.: ...................................................... E-mail: ...................................................................................</w:t>
      </w:r>
    </w:p>
    <w:p w14:paraId="106C7043" w14:textId="77777777" w:rsidR="00A6734F" w:rsidRPr="00701DC5" w:rsidRDefault="00A6734F" w:rsidP="00DF0E30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color w:val="auto"/>
          <w:szCs w:val="20"/>
        </w:rPr>
      </w:pPr>
    </w:p>
    <w:p w14:paraId="2324990A" w14:textId="0D1C4414" w:rsidR="00DF0E30" w:rsidRPr="00701DC5" w:rsidRDefault="00DF0E30" w:rsidP="00DF0E30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Theme="majorHAnsi" w:hAnsiTheme="majorHAnsi" w:cstheme="majorHAnsi"/>
          <w:b/>
          <w:color w:val="auto"/>
          <w:szCs w:val="20"/>
        </w:rPr>
      </w:pPr>
      <w:r w:rsidRPr="00701DC5">
        <w:rPr>
          <w:rFonts w:asciiTheme="majorHAnsi" w:hAnsiTheme="majorHAnsi" w:cstheme="majorHAnsi"/>
          <w:b/>
          <w:color w:val="auto"/>
          <w:szCs w:val="20"/>
        </w:rPr>
        <w:t xml:space="preserve">Wielkość przedsiębiorstwa Wykonawcy (zaznaczyć właściwe </w:t>
      </w:r>
      <w:proofErr w:type="spellStart"/>
      <w:r w:rsidRPr="00701DC5">
        <w:rPr>
          <w:rFonts w:asciiTheme="majorHAnsi" w:hAnsiTheme="majorHAnsi" w:cstheme="majorHAnsi"/>
          <w:b/>
          <w:color w:val="auto"/>
          <w:szCs w:val="20"/>
        </w:rPr>
        <w:t>checkbox</w:t>
      </w:r>
      <w:proofErr w:type="spellEnd"/>
      <w:r w:rsidRPr="00701DC5">
        <w:rPr>
          <w:rFonts w:asciiTheme="majorHAnsi" w:hAnsiTheme="majorHAnsi" w:cstheme="majorHAnsi"/>
          <w:b/>
          <w:color w:val="auto"/>
          <w:szCs w:val="20"/>
        </w:rPr>
        <w:t xml:space="preserve"> spacją lub kliknięciem):</w:t>
      </w:r>
    </w:p>
    <w:p w14:paraId="4E0FCB54" w14:textId="79F89A7B" w:rsidR="00DF0E30" w:rsidRPr="00EC7819" w:rsidRDefault="00000000" w:rsidP="00DF0E30">
      <w:pPr>
        <w:tabs>
          <w:tab w:val="left" w:pos="0"/>
        </w:tabs>
        <w:spacing w:after="0" w:line="240" w:lineRule="auto"/>
        <w:rPr>
          <w:rFonts w:asciiTheme="majorHAnsi" w:hAnsiTheme="majorHAnsi" w:cstheme="majorHAnsi"/>
          <w:b/>
          <w:color w:val="auto"/>
          <w:szCs w:val="20"/>
        </w:rPr>
      </w:pPr>
      <w:sdt>
        <w:sdtPr>
          <w:rPr>
            <w:rFonts w:asciiTheme="majorHAnsi" w:eastAsia="MS Gothic" w:hAnsiTheme="majorHAnsi" w:cstheme="majorHAnsi"/>
            <w:b/>
            <w:color w:val="auto"/>
            <w:szCs w:val="20"/>
          </w:rPr>
          <w:alias w:val="Jeśli jesteś średnie przedsiębiorstwo zaznacz"/>
          <w:tag w:val="Rodzaj_Wykonawcy"/>
          <w:id w:val="1865483103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819" w:rsidRPr="00EC7819">
            <w:rPr>
              <w:rFonts w:ascii="Segoe UI Symbol" w:eastAsia="MS Gothic" w:hAnsi="Segoe UI Symbol" w:cs="Segoe UI Symbol"/>
              <w:b/>
              <w:color w:val="auto"/>
              <w:szCs w:val="20"/>
            </w:rPr>
            <w:t>☐</w:t>
          </w:r>
        </w:sdtContent>
      </w:sdt>
      <w:r w:rsidR="00DF0E30" w:rsidRPr="00EC7819">
        <w:rPr>
          <w:rFonts w:ascii="Segoe UI Symbol" w:eastAsia="MS Gothic" w:hAnsi="Segoe UI Symbol" w:cs="Segoe UI Symbol"/>
          <w:b/>
          <w:color w:val="auto"/>
          <w:szCs w:val="20"/>
        </w:rPr>
        <w:t xml:space="preserve"> </w:t>
      </w:r>
      <w:r w:rsidR="00DF0E30" w:rsidRPr="00EC7819">
        <w:rPr>
          <w:rFonts w:asciiTheme="majorHAnsi" w:hAnsiTheme="majorHAnsi" w:cstheme="majorHAnsi"/>
          <w:b/>
          <w:color w:val="auto"/>
          <w:szCs w:val="20"/>
        </w:rPr>
        <w:t xml:space="preserve">mikroprzedsiębiorstwo; </w:t>
      </w:r>
      <w:sdt>
        <w:sdtPr>
          <w:rPr>
            <w:rFonts w:asciiTheme="majorHAnsi" w:eastAsia="MS Gothic" w:hAnsiTheme="majorHAnsi" w:cstheme="majorHAnsi"/>
            <w:b/>
            <w:color w:val="auto"/>
            <w:szCs w:val="20"/>
          </w:rPr>
          <w:alias w:val="Jeśli jesteś średnie przedsiębiorstwo zaznacz"/>
          <w:tag w:val="Rodzaj_Wykonawcy"/>
          <w:id w:val="-976371102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819" w:rsidRPr="00EC7819">
            <w:rPr>
              <w:rFonts w:ascii="Segoe UI Symbol" w:eastAsia="MS Gothic" w:hAnsi="Segoe UI Symbol" w:cs="Segoe UI Symbol"/>
              <w:b/>
              <w:color w:val="auto"/>
              <w:szCs w:val="20"/>
            </w:rPr>
            <w:t>☐</w:t>
          </w:r>
        </w:sdtContent>
      </w:sdt>
      <w:r w:rsidR="00EC7819" w:rsidRPr="00EC7819">
        <w:rPr>
          <w:rFonts w:asciiTheme="majorHAnsi" w:eastAsia="MS Gothic" w:hAnsiTheme="majorHAnsi" w:cstheme="majorHAnsi"/>
          <w:b/>
          <w:color w:val="auto"/>
          <w:szCs w:val="20"/>
        </w:rPr>
        <w:t xml:space="preserve"> </w:t>
      </w:r>
      <w:r w:rsidR="00DF0E30" w:rsidRPr="00EC7819">
        <w:rPr>
          <w:rFonts w:asciiTheme="majorHAnsi" w:hAnsiTheme="majorHAnsi" w:cstheme="majorHAnsi"/>
          <w:b/>
          <w:color w:val="auto"/>
          <w:szCs w:val="20"/>
        </w:rPr>
        <w:t>małe przedsiębiorstwo;</w:t>
      </w:r>
      <w:sdt>
        <w:sdtPr>
          <w:rPr>
            <w:rFonts w:asciiTheme="majorHAnsi" w:eastAsia="MS Gothic" w:hAnsiTheme="majorHAnsi" w:cstheme="majorHAnsi"/>
            <w:b/>
            <w:color w:val="auto"/>
            <w:szCs w:val="20"/>
          </w:rPr>
          <w:alias w:val="Jeśli jesteś średnie przedsiębiorstwo zaznacz"/>
          <w:tag w:val="Rodzaj_Wykonawcy"/>
          <w:id w:val="1026984139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0E30" w:rsidRPr="00EC7819">
            <w:rPr>
              <w:rFonts w:ascii="Segoe UI Symbol" w:eastAsia="MS Gothic" w:hAnsi="Segoe UI Symbol" w:cs="Segoe UI Symbol"/>
              <w:b/>
              <w:color w:val="auto"/>
              <w:szCs w:val="20"/>
            </w:rPr>
            <w:t>☐</w:t>
          </w:r>
        </w:sdtContent>
      </w:sdt>
      <w:r w:rsidR="00A6734F" w:rsidRPr="00EC7819">
        <w:rPr>
          <w:rFonts w:asciiTheme="majorHAnsi" w:eastAsia="MS Gothic" w:hAnsiTheme="majorHAnsi" w:cstheme="majorHAnsi"/>
          <w:b/>
          <w:color w:val="auto"/>
          <w:szCs w:val="20"/>
        </w:rPr>
        <w:t xml:space="preserve"> </w:t>
      </w:r>
      <w:r w:rsidR="00DF0E30" w:rsidRPr="00EC7819">
        <w:rPr>
          <w:rFonts w:asciiTheme="majorHAnsi" w:hAnsiTheme="majorHAnsi" w:cstheme="majorHAnsi"/>
          <w:b/>
          <w:color w:val="auto"/>
          <w:szCs w:val="20"/>
        </w:rPr>
        <w:t xml:space="preserve">średnie przedsiębiorstwo;   </w:t>
      </w:r>
      <w:sdt>
        <w:sdtPr>
          <w:rPr>
            <w:rFonts w:asciiTheme="majorHAnsi" w:eastAsia="MS Gothic" w:hAnsiTheme="majorHAnsi" w:cstheme="majorHAnsi"/>
            <w:b/>
            <w:color w:val="auto"/>
            <w:szCs w:val="20"/>
          </w:rPr>
          <w:alias w:val="Jeśli jesteś średnie przedsiębiorstwo zaznacz"/>
          <w:tag w:val="Rodzaj_Wykonawcy"/>
          <w:id w:val="288553630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819" w:rsidRPr="00EC7819">
            <w:rPr>
              <w:rFonts w:ascii="Segoe UI Symbol" w:eastAsia="MS Gothic" w:hAnsi="Segoe UI Symbol" w:cs="Segoe UI Symbol"/>
              <w:b/>
              <w:color w:val="auto"/>
              <w:szCs w:val="20"/>
            </w:rPr>
            <w:t>☐</w:t>
          </w:r>
        </w:sdtContent>
      </w:sdt>
      <w:r w:rsidR="00DF0E30" w:rsidRPr="00EC7819">
        <w:rPr>
          <w:rFonts w:ascii="Segoe UI Symbol" w:eastAsia="MS Gothic" w:hAnsi="Segoe UI Symbol" w:cs="Segoe UI Symbol"/>
          <w:b/>
          <w:color w:val="auto"/>
          <w:szCs w:val="20"/>
        </w:rPr>
        <w:t xml:space="preserve"> </w:t>
      </w:r>
      <w:r w:rsidR="00DF0E30" w:rsidRPr="00EC7819">
        <w:rPr>
          <w:rFonts w:asciiTheme="majorHAnsi" w:hAnsiTheme="majorHAnsi" w:cstheme="majorHAnsi"/>
          <w:b/>
          <w:color w:val="auto"/>
          <w:szCs w:val="20"/>
        </w:rPr>
        <w:t xml:space="preserve">jednoosobowa działalność gospodarcza; </w:t>
      </w:r>
      <w:sdt>
        <w:sdtPr>
          <w:rPr>
            <w:rFonts w:asciiTheme="majorHAnsi" w:eastAsia="MS Gothic" w:hAnsiTheme="majorHAnsi" w:cstheme="majorHAnsi"/>
            <w:b/>
            <w:color w:val="auto"/>
            <w:szCs w:val="20"/>
          </w:rPr>
          <w:alias w:val="Inny Rodzaj Wykonawcy zaznacz"/>
          <w:tag w:val="Rodzaj_Wykonawcy"/>
          <w:id w:val="-942991367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0E30" w:rsidRPr="00EC7819">
            <w:rPr>
              <w:rFonts w:ascii="Segoe UI Symbol" w:eastAsia="MS Gothic" w:hAnsi="Segoe UI Symbol" w:cs="Segoe UI Symbol"/>
              <w:b/>
              <w:color w:val="auto"/>
              <w:szCs w:val="20"/>
            </w:rPr>
            <w:t>☐</w:t>
          </w:r>
        </w:sdtContent>
      </w:sdt>
      <w:r w:rsidR="009D02E4" w:rsidRPr="00EC7819">
        <w:rPr>
          <w:rFonts w:asciiTheme="majorHAnsi" w:eastAsia="MS Gothic" w:hAnsiTheme="majorHAnsi" w:cstheme="majorHAnsi"/>
          <w:b/>
          <w:color w:val="auto"/>
          <w:szCs w:val="20"/>
        </w:rPr>
        <w:t xml:space="preserve"> </w:t>
      </w:r>
      <w:r w:rsidR="00DF0E30" w:rsidRPr="00EC7819">
        <w:rPr>
          <w:rFonts w:asciiTheme="majorHAnsi" w:hAnsiTheme="majorHAnsi" w:cstheme="majorHAnsi"/>
          <w:b/>
          <w:color w:val="auto"/>
          <w:szCs w:val="20"/>
        </w:rPr>
        <w:t>inny rodzaj</w:t>
      </w:r>
    </w:p>
    <w:p w14:paraId="60A132BE" w14:textId="676C65AB" w:rsidR="00DF0E30" w:rsidRPr="00701DC5" w:rsidRDefault="00DF0E30" w:rsidP="00DF0E30">
      <w:pPr>
        <w:pStyle w:val="Nagwek1"/>
        <w:tabs>
          <w:tab w:val="left" w:pos="0"/>
        </w:tabs>
        <w:spacing w:before="0" w:line="240" w:lineRule="auto"/>
        <w:jc w:val="both"/>
        <w:rPr>
          <w:rFonts w:cstheme="majorHAnsi"/>
          <w:b w:val="0"/>
          <w:bCs w:val="0"/>
          <w:color w:val="auto"/>
          <w:spacing w:val="-2"/>
          <w:sz w:val="20"/>
          <w:szCs w:val="20"/>
        </w:rPr>
      </w:pPr>
      <w:r w:rsidRPr="00701DC5">
        <w:rPr>
          <w:rFonts w:cstheme="majorHAnsi"/>
          <w:b w:val="0"/>
          <w:bCs w:val="0"/>
          <w:color w:val="auto"/>
          <w:spacing w:val="-2"/>
          <w:sz w:val="20"/>
          <w:szCs w:val="20"/>
        </w:rPr>
        <w:t xml:space="preserve">W przypadku Wykonawców wspólnie ubiegających się o udzielenie zamówienia wskazania należy dokonać względem każdego z Wykonawców wspólnie ubiegających się o udzielenie zamówienia publicznego. </w:t>
      </w:r>
    </w:p>
    <w:p w14:paraId="572F5A9C" w14:textId="652C1FD5" w:rsidR="00DA5A81" w:rsidRPr="00701DC5" w:rsidRDefault="00F808A1">
      <w:pPr>
        <w:spacing w:before="240" w:after="120"/>
        <w:rPr>
          <w:color w:val="auto"/>
        </w:rPr>
      </w:pPr>
      <w:r w:rsidRPr="00701DC5">
        <w:rPr>
          <w:b/>
          <w:color w:val="auto"/>
          <w:sz w:val="24"/>
        </w:rPr>
        <w:t>1. ZOBOWIĄZANIE CENOWE I KRYTERIA OCENY OFERT</w:t>
      </w:r>
      <w:r w:rsidR="00DF0E30" w:rsidRPr="00701DC5">
        <w:rPr>
          <w:b/>
          <w:color w:val="auto"/>
          <w:sz w:val="24"/>
        </w:rPr>
        <w:t xml:space="preserve"> (Kryterium -waga 90%)</w:t>
      </w:r>
    </w:p>
    <w:p w14:paraId="4EB3EB3D" w14:textId="72AEF948" w:rsidR="00DA5A81" w:rsidRDefault="00F808A1">
      <w:pPr>
        <w:spacing w:after="120"/>
        <w:rPr>
          <w:color w:val="auto"/>
        </w:rPr>
      </w:pPr>
      <w:r w:rsidRPr="00701DC5">
        <w:rPr>
          <w:color w:val="auto"/>
        </w:rPr>
        <w:t>Składając ofertę w niniejszym postępowaniu, oferujemy wykonanie pełnego zakresu zamówienia zgodnie z wymogami OPZ i SWZ za ŁĄCZNĄ CENĘ OFERTY w wysokości:</w:t>
      </w:r>
      <w:r w:rsidRPr="00701DC5">
        <w:rPr>
          <w:color w:val="auto"/>
        </w:rPr>
        <w:br/>
      </w:r>
      <w:r w:rsidR="00EC7819" w:rsidRPr="00EC7819">
        <w:rPr>
          <w:b/>
          <w:bCs/>
          <w:color w:val="auto"/>
        </w:rPr>
        <w:t>CZĘŚĆ A</w:t>
      </w:r>
    </w:p>
    <w:p w14:paraId="43F6C0B0" w14:textId="24E9513B" w:rsidR="00EC7819" w:rsidRPr="00EC7819" w:rsidRDefault="00EC7819" w:rsidP="00A70647">
      <w:pPr>
        <w:spacing w:after="160"/>
        <w:ind w:left="288"/>
        <w:rPr>
          <w:color w:val="auto"/>
        </w:rPr>
      </w:pPr>
      <w:r w:rsidRPr="00EC7819">
        <w:rPr>
          <w:b/>
          <w:color w:val="auto"/>
        </w:rPr>
        <w:t xml:space="preserve">Cena netto:........................................................... PLN </w:t>
      </w:r>
      <w:r w:rsidRPr="00EC7819">
        <w:rPr>
          <w:color w:val="auto"/>
        </w:rPr>
        <w:br/>
      </w:r>
    </w:p>
    <w:p w14:paraId="4BECA33C" w14:textId="1448C094" w:rsidR="00EC7819" w:rsidRPr="00EC7819" w:rsidRDefault="00EC7819" w:rsidP="00EC7819">
      <w:pPr>
        <w:spacing w:after="160"/>
        <w:rPr>
          <w:b/>
          <w:bCs/>
          <w:color w:val="auto"/>
        </w:rPr>
      </w:pPr>
      <w:r w:rsidRPr="00EC7819">
        <w:rPr>
          <w:b/>
          <w:bCs/>
          <w:color w:val="auto"/>
        </w:rPr>
        <w:t>CZĘŚĆ B</w:t>
      </w:r>
    </w:p>
    <w:p w14:paraId="20E754F2" w14:textId="5151023C" w:rsidR="00EC7819" w:rsidRPr="00EC7819" w:rsidRDefault="00EC7819">
      <w:pPr>
        <w:spacing w:after="160"/>
        <w:ind w:left="288"/>
        <w:rPr>
          <w:b/>
          <w:color w:val="auto"/>
        </w:rPr>
      </w:pPr>
      <w:r w:rsidRPr="00EC7819">
        <w:rPr>
          <w:b/>
          <w:color w:val="auto"/>
        </w:rPr>
        <w:t xml:space="preserve">Cena netto:........................................................... PLN </w:t>
      </w:r>
      <w:r w:rsidRPr="00EC7819">
        <w:rPr>
          <w:color w:val="auto"/>
        </w:rPr>
        <w:br/>
      </w:r>
    </w:p>
    <w:p w14:paraId="1FB2F3C2" w14:textId="503F2124" w:rsidR="00927E6E" w:rsidRPr="00EC7819" w:rsidRDefault="00F808A1">
      <w:pPr>
        <w:spacing w:after="160"/>
        <w:ind w:left="288"/>
        <w:rPr>
          <w:b/>
          <w:color w:val="auto"/>
        </w:rPr>
      </w:pPr>
      <w:r w:rsidRPr="00EC7819">
        <w:rPr>
          <w:b/>
          <w:color w:val="auto"/>
        </w:rPr>
        <w:t xml:space="preserve">ŁĄCZNA CENA OFERTY (SUMA CZĘŚCI A + CZĘŚCI B): </w:t>
      </w:r>
    </w:p>
    <w:p w14:paraId="7B66D418" w14:textId="6E7CA468" w:rsidR="00927E6E" w:rsidRPr="00EC7819" w:rsidRDefault="00A6734F">
      <w:pPr>
        <w:spacing w:after="160"/>
        <w:ind w:left="288"/>
        <w:rPr>
          <w:color w:val="auto"/>
        </w:rPr>
      </w:pPr>
      <w:r w:rsidRPr="00EC7819">
        <w:rPr>
          <w:b/>
          <w:color w:val="auto"/>
        </w:rPr>
        <w:t xml:space="preserve">Cena netto:........................................................... PLN </w:t>
      </w:r>
      <w:r w:rsidRPr="00EC7819">
        <w:rPr>
          <w:color w:val="auto"/>
        </w:rPr>
        <w:br/>
      </w:r>
      <w:r w:rsidR="00927E6E" w:rsidRPr="00EC7819">
        <w:rPr>
          <w:color w:val="auto"/>
        </w:rPr>
        <w:t>+</w:t>
      </w:r>
      <w:r w:rsidRPr="00EC7819">
        <w:rPr>
          <w:color w:val="auto"/>
        </w:rPr>
        <w:t xml:space="preserve"> kwota podatku VAT</w:t>
      </w:r>
      <w:r w:rsidR="00927E6E" w:rsidRPr="00EC7819">
        <w:rPr>
          <w:color w:val="auto"/>
        </w:rPr>
        <w:t xml:space="preserve"> 23%</w:t>
      </w:r>
      <w:r w:rsidRPr="00EC7819">
        <w:rPr>
          <w:color w:val="auto"/>
        </w:rPr>
        <w:t xml:space="preserve">: ......................................... PLN </w:t>
      </w:r>
    </w:p>
    <w:p w14:paraId="67545175" w14:textId="1BB8B0D1" w:rsidR="00DA5A81" w:rsidRPr="00EC7819" w:rsidRDefault="00927E6E">
      <w:pPr>
        <w:spacing w:after="160"/>
        <w:ind w:left="288"/>
        <w:rPr>
          <w:color w:val="auto"/>
        </w:rPr>
      </w:pPr>
      <w:r w:rsidRPr="00EC7819">
        <w:rPr>
          <w:color w:val="auto"/>
        </w:rPr>
        <w:t xml:space="preserve">= </w:t>
      </w:r>
      <w:r w:rsidR="00A6734F" w:rsidRPr="00EC7819">
        <w:rPr>
          <w:b/>
          <w:bCs/>
          <w:color w:val="auto"/>
        </w:rPr>
        <w:t>cena brutto</w:t>
      </w:r>
      <w:r w:rsidR="00A6734F" w:rsidRPr="00EC7819">
        <w:rPr>
          <w:color w:val="auto"/>
        </w:rPr>
        <w:t xml:space="preserve">: </w:t>
      </w:r>
      <w:r w:rsidRPr="00EC7819">
        <w:rPr>
          <w:color w:val="auto"/>
        </w:rPr>
        <w:t xml:space="preserve">…………………………………………………………….. </w:t>
      </w:r>
      <w:r w:rsidR="00A6734F" w:rsidRPr="00EC7819">
        <w:rPr>
          <w:color w:val="auto"/>
        </w:rPr>
        <w:t xml:space="preserve">PLN </w:t>
      </w:r>
      <w:r w:rsidRPr="00EC7819">
        <w:rPr>
          <w:color w:val="auto"/>
        </w:rPr>
        <w:t>(słownie: …………………………….)</w:t>
      </w:r>
    </w:p>
    <w:p w14:paraId="230EE062" w14:textId="77777777" w:rsidR="009D02E4" w:rsidRPr="00701DC5" w:rsidRDefault="009D02E4">
      <w:pPr>
        <w:spacing w:after="160"/>
        <w:ind w:left="288"/>
        <w:rPr>
          <w:color w:val="auto"/>
        </w:rPr>
      </w:pPr>
    </w:p>
    <w:p w14:paraId="28C5EE97" w14:textId="64C3A9B2" w:rsidR="00DA5A81" w:rsidRDefault="00F808A1">
      <w:pPr>
        <w:spacing w:before="160" w:after="80"/>
        <w:rPr>
          <w:b/>
          <w:color w:val="auto"/>
        </w:rPr>
      </w:pPr>
      <w:r w:rsidRPr="00701DC5">
        <w:rPr>
          <w:b/>
          <w:color w:val="auto"/>
        </w:rPr>
        <w:t xml:space="preserve">SZCZEGÓŁOWE ROZBICIE </w:t>
      </w:r>
      <w:r w:rsidR="00080BB3" w:rsidRPr="00701DC5">
        <w:rPr>
          <w:b/>
          <w:color w:val="auto"/>
        </w:rPr>
        <w:t xml:space="preserve">WSKAZANO </w:t>
      </w:r>
      <w:r w:rsidRPr="00701DC5">
        <w:rPr>
          <w:b/>
          <w:color w:val="auto"/>
        </w:rPr>
        <w:t>W FORMULARZU CENOWYM (ZGODNIE Z PRZYJĘTYM MODELEM)</w:t>
      </w:r>
      <w:r w:rsidR="002945C5" w:rsidRPr="00701DC5">
        <w:rPr>
          <w:b/>
          <w:color w:val="auto"/>
        </w:rPr>
        <w:t xml:space="preserve"> załącznik nr 1a</w:t>
      </w:r>
    </w:p>
    <w:p w14:paraId="1CB08083" w14:textId="77777777" w:rsidR="00F86C31" w:rsidRPr="00701DC5" w:rsidRDefault="00F86C31" w:rsidP="00F86C31">
      <w:pPr>
        <w:pStyle w:val="Nagwek1"/>
        <w:tabs>
          <w:tab w:val="left" w:pos="738"/>
        </w:tabs>
        <w:spacing w:before="0" w:line="240" w:lineRule="auto"/>
        <w:ind w:left="360"/>
        <w:jc w:val="both"/>
        <w:rPr>
          <w:rFonts w:cstheme="majorHAnsi"/>
          <w:color w:val="auto"/>
          <w:spacing w:val="-2"/>
          <w:sz w:val="20"/>
          <w:szCs w:val="20"/>
        </w:rPr>
      </w:pPr>
      <w:r w:rsidRPr="00701DC5">
        <w:rPr>
          <w:rFonts w:cstheme="majorHAnsi"/>
          <w:color w:val="auto"/>
          <w:spacing w:val="-2"/>
          <w:sz w:val="20"/>
          <w:szCs w:val="20"/>
        </w:rPr>
        <w:lastRenderedPageBreak/>
        <w:t>Informacja o powstaniu obowiązku podatkowego (VAT odwrócony):</w:t>
      </w:r>
    </w:p>
    <w:p w14:paraId="3A3ED451" w14:textId="77777777" w:rsidR="00F86C31" w:rsidRPr="00701DC5" w:rsidRDefault="00F86C31" w:rsidP="00F86C31">
      <w:pPr>
        <w:pStyle w:val="Nagwek1"/>
        <w:tabs>
          <w:tab w:val="left" w:pos="738"/>
        </w:tabs>
        <w:spacing w:before="0" w:line="240" w:lineRule="auto"/>
        <w:ind w:left="714"/>
        <w:jc w:val="both"/>
        <w:rPr>
          <w:rFonts w:cstheme="majorHAnsi"/>
          <w:b w:val="0"/>
          <w:bCs w:val="0"/>
          <w:color w:val="auto"/>
          <w:spacing w:val="-2"/>
          <w:sz w:val="20"/>
          <w:szCs w:val="20"/>
        </w:rPr>
      </w:pPr>
      <w:r w:rsidRPr="00701DC5">
        <w:rPr>
          <w:rFonts w:cstheme="majorHAnsi"/>
          <w:b w:val="0"/>
          <w:bCs w:val="0"/>
          <w:color w:val="auto"/>
          <w:spacing w:val="-2"/>
          <w:sz w:val="20"/>
          <w:szCs w:val="20"/>
        </w:rPr>
        <w:t xml:space="preserve">Wybór naszej oferty: </w:t>
      </w:r>
      <w:sdt>
        <w:sdtPr>
          <w:rPr>
            <w:rFonts w:cstheme="majorHAnsi"/>
            <w:b w:val="0"/>
            <w:bCs w:val="0"/>
            <w:color w:val="auto"/>
            <w:spacing w:val="-2"/>
            <w:sz w:val="20"/>
            <w:szCs w:val="20"/>
          </w:rPr>
          <w:id w:val="485831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1DC5">
            <w:rPr>
              <w:rFonts w:ascii="Segoe UI Symbol" w:eastAsia="MS Gothic" w:hAnsi="Segoe UI Symbol" w:cs="Segoe UI Symbol"/>
              <w:b w:val="0"/>
              <w:bCs w:val="0"/>
              <w:color w:val="auto"/>
              <w:spacing w:val="-2"/>
              <w:sz w:val="20"/>
              <w:szCs w:val="20"/>
            </w:rPr>
            <w:t>☐</w:t>
          </w:r>
        </w:sdtContent>
      </w:sdt>
      <w:r w:rsidRPr="00701DC5">
        <w:rPr>
          <w:rFonts w:cstheme="majorHAnsi"/>
          <w:b w:val="0"/>
          <w:bCs w:val="0"/>
          <w:color w:val="auto"/>
          <w:spacing w:val="-2"/>
          <w:sz w:val="20"/>
          <w:szCs w:val="20"/>
        </w:rPr>
        <w:t xml:space="preserve"> </w:t>
      </w:r>
      <w:r w:rsidRPr="00701DC5">
        <w:rPr>
          <w:rFonts w:cstheme="majorHAnsi"/>
          <w:color w:val="auto"/>
          <w:spacing w:val="-2"/>
          <w:sz w:val="20"/>
          <w:szCs w:val="20"/>
        </w:rPr>
        <w:t xml:space="preserve">NIE PROWADZI / </w:t>
      </w:r>
      <w:sdt>
        <w:sdtPr>
          <w:rPr>
            <w:rFonts w:cstheme="majorHAnsi"/>
            <w:color w:val="auto"/>
            <w:spacing w:val="-2"/>
            <w:sz w:val="20"/>
            <w:szCs w:val="20"/>
          </w:rPr>
          <w:id w:val="-602349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1DC5">
            <w:rPr>
              <w:rFonts w:ascii="Segoe UI Symbol" w:eastAsia="MS Gothic" w:hAnsi="Segoe UI Symbol" w:cs="Segoe UI Symbol"/>
              <w:color w:val="auto"/>
              <w:spacing w:val="-2"/>
              <w:sz w:val="20"/>
              <w:szCs w:val="20"/>
            </w:rPr>
            <w:t>☐</w:t>
          </w:r>
        </w:sdtContent>
      </w:sdt>
      <w:r w:rsidRPr="00701DC5">
        <w:rPr>
          <w:rFonts w:cstheme="majorHAnsi"/>
          <w:color w:val="auto"/>
          <w:spacing w:val="-2"/>
          <w:sz w:val="20"/>
          <w:szCs w:val="20"/>
        </w:rPr>
        <w:t xml:space="preserve">  PROWADZI </w:t>
      </w:r>
    </w:p>
    <w:p w14:paraId="17640025" w14:textId="77777777" w:rsidR="00F86C31" w:rsidRPr="00701DC5" w:rsidRDefault="00F86C31" w:rsidP="00F86C31">
      <w:pPr>
        <w:pStyle w:val="Nagwek1"/>
        <w:tabs>
          <w:tab w:val="left" w:pos="738"/>
        </w:tabs>
        <w:spacing w:before="0" w:line="240" w:lineRule="auto"/>
        <w:ind w:left="714"/>
        <w:jc w:val="both"/>
        <w:rPr>
          <w:rFonts w:cstheme="majorHAnsi"/>
          <w:b w:val="0"/>
          <w:bCs w:val="0"/>
          <w:color w:val="auto"/>
          <w:spacing w:val="-2"/>
          <w:sz w:val="20"/>
          <w:szCs w:val="20"/>
        </w:rPr>
      </w:pPr>
    </w:p>
    <w:p w14:paraId="72664150" w14:textId="77777777" w:rsidR="00F86C31" w:rsidRPr="00701DC5" w:rsidRDefault="00F86C31" w:rsidP="00F86C31">
      <w:pPr>
        <w:pStyle w:val="Nagwek1"/>
        <w:tabs>
          <w:tab w:val="left" w:pos="738"/>
        </w:tabs>
        <w:spacing w:before="0" w:line="240" w:lineRule="auto"/>
        <w:ind w:left="714"/>
        <w:jc w:val="both"/>
        <w:rPr>
          <w:rFonts w:cstheme="majorHAnsi"/>
          <w:b w:val="0"/>
          <w:bCs w:val="0"/>
          <w:color w:val="auto"/>
          <w:spacing w:val="-2"/>
          <w:sz w:val="20"/>
          <w:szCs w:val="20"/>
        </w:rPr>
      </w:pPr>
      <w:r w:rsidRPr="00701DC5">
        <w:rPr>
          <w:rFonts w:cstheme="majorHAnsi"/>
          <w:b w:val="0"/>
          <w:bCs w:val="0"/>
          <w:color w:val="auto"/>
          <w:spacing w:val="-2"/>
          <w:sz w:val="20"/>
          <w:szCs w:val="20"/>
        </w:rPr>
        <w:t>do powstania u Zamawiającego obowiązku podatkowego.</w:t>
      </w:r>
    </w:p>
    <w:p w14:paraId="57E48AE7" w14:textId="77777777" w:rsidR="00F86C31" w:rsidRPr="00701DC5" w:rsidRDefault="00F86C31" w:rsidP="00F86C31">
      <w:pPr>
        <w:pStyle w:val="Akapitzlist"/>
        <w:tabs>
          <w:tab w:val="left" w:pos="0"/>
        </w:tabs>
        <w:spacing w:after="0" w:line="240" w:lineRule="auto"/>
        <w:ind w:left="709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Jeśli TAK, wartość netto towarów/usług stanowiących podstawę obowiązku wynosi: </w:t>
      </w:r>
      <w:r>
        <w:rPr>
          <w:rFonts w:asciiTheme="majorHAnsi" w:hAnsiTheme="majorHAnsi" w:cstheme="majorHAnsi"/>
          <w:bCs/>
          <w:color w:val="auto"/>
          <w:szCs w:val="20"/>
        </w:rPr>
        <w:t>………..…….. PLN</w:t>
      </w:r>
    </w:p>
    <w:p w14:paraId="454CAAB7" w14:textId="77777777" w:rsidR="00F86C31" w:rsidRDefault="00F86C31">
      <w:pPr>
        <w:spacing w:before="280" w:after="80"/>
        <w:rPr>
          <w:b/>
          <w:color w:val="auto"/>
          <w:sz w:val="22"/>
        </w:rPr>
      </w:pPr>
    </w:p>
    <w:p w14:paraId="50CC0F09" w14:textId="5F034D11" w:rsidR="00DA5A81" w:rsidRPr="00701DC5" w:rsidRDefault="00F808A1">
      <w:pPr>
        <w:spacing w:before="280" w:after="80"/>
        <w:rPr>
          <w:color w:val="auto"/>
        </w:rPr>
      </w:pPr>
      <w:r w:rsidRPr="00701DC5">
        <w:rPr>
          <w:b/>
          <w:color w:val="auto"/>
          <w:sz w:val="22"/>
        </w:rPr>
        <w:t>2. DEKLARACJA W KRYTERIUM OCENY OFERT „ OKRES GWARANCJI” (G)</w:t>
      </w:r>
      <w:r w:rsidR="00DF0E30" w:rsidRPr="00701DC5">
        <w:rPr>
          <w:b/>
          <w:color w:val="auto"/>
          <w:sz w:val="22"/>
        </w:rPr>
        <w:t xml:space="preserve"> (Kryterium -waga 10%)</w:t>
      </w:r>
    </w:p>
    <w:p w14:paraId="3F69B3F8" w14:textId="38B588CD" w:rsidR="00DA5A81" w:rsidRPr="00701DC5" w:rsidRDefault="00F808A1">
      <w:pPr>
        <w:spacing w:after="120"/>
        <w:rPr>
          <w:color w:val="auto"/>
        </w:rPr>
      </w:pPr>
      <w:r w:rsidRPr="00701DC5">
        <w:rPr>
          <w:color w:val="auto"/>
        </w:rPr>
        <w:t>Oferujemy udzielenie gwarancji na cały przedmiot zamówienia (wodomierze</w:t>
      </w:r>
      <w:r w:rsidRPr="0029049D">
        <w:rPr>
          <w:color w:val="0070C0"/>
        </w:rPr>
        <w:t xml:space="preserve">, </w:t>
      </w:r>
      <w:r w:rsidRPr="00701DC5">
        <w:rPr>
          <w:color w:val="auto"/>
        </w:rPr>
        <w:t>stacje bazowe, System IT i sprzęt mobilny) na okres [zaznaczyć właściwy kwadrat symbolem X]: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6480"/>
        <w:gridCol w:w="2448"/>
      </w:tblGrid>
      <w:tr w:rsidR="00DA5A81" w:rsidRPr="00701DC5" w14:paraId="2325D2D3" w14:textId="77777777">
        <w:trPr>
          <w:jc w:val="center"/>
        </w:trPr>
        <w:tc>
          <w:tcPr>
            <w:tcW w:w="864" w:type="dxa"/>
          </w:tcPr>
          <w:p w14:paraId="552A19EB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b/>
                <w:color w:val="auto"/>
                <w:sz w:val="18"/>
              </w:rPr>
              <w:t>[   ]</w:t>
            </w:r>
          </w:p>
        </w:tc>
        <w:tc>
          <w:tcPr>
            <w:tcW w:w="6480" w:type="dxa"/>
          </w:tcPr>
          <w:p w14:paraId="4B312AA1" w14:textId="6885B9BC" w:rsidR="00DA5A81" w:rsidRPr="00701DC5" w:rsidRDefault="00F808A1">
            <w:pPr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Okres gwarancji: 36 miesięcy (wymóg minimalny)</w:t>
            </w:r>
          </w:p>
        </w:tc>
        <w:tc>
          <w:tcPr>
            <w:tcW w:w="2448" w:type="dxa"/>
          </w:tcPr>
          <w:p w14:paraId="383D4FA9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0 pkt w Kryterium G</w:t>
            </w:r>
          </w:p>
        </w:tc>
      </w:tr>
      <w:tr w:rsidR="00DA5A81" w:rsidRPr="00701DC5" w14:paraId="3287AC60" w14:textId="77777777">
        <w:trPr>
          <w:jc w:val="center"/>
        </w:trPr>
        <w:tc>
          <w:tcPr>
            <w:tcW w:w="864" w:type="dxa"/>
          </w:tcPr>
          <w:p w14:paraId="7D15A69D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b/>
                <w:color w:val="auto"/>
                <w:sz w:val="18"/>
              </w:rPr>
              <w:t>[   ]</w:t>
            </w:r>
          </w:p>
        </w:tc>
        <w:tc>
          <w:tcPr>
            <w:tcW w:w="6480" w:type="dxa"/>
          </w:tcPr>
          <w:p w14:paraId="42A5DD8E" w14:textId="77777777" w:rsidR="00DA5A81" w:rsidRPr="00701DC5" w:rsidRDefault="00F808A1">
            <w:pPr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Okres gwarancji: 48 miesięcy (wydłużenie o 12 miesięcy)</w:t>
            </w:r>
          </w:p>
        </w:tc>
        <w:tc>
          <w:tcPr>
            <w:tcW w:w="2448" w:type="dxa"/>
          </w:tcPr>
          <w:p w14:paraId="703168A0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5 pkt w Kryterium G</w:t>
            </w:r>
          </w:p>
        </w:tc>
      </w:tr>
      <w:tr w:rsidR="00DA5A81" w:rsidRPr="00701DC5" w14:paraId="455BE291" w14:textId="77777777">
        <w:trPr>
          <w:jc w:val="center"/>
        </w:trPr>
        <w:tc>
          <w:tcPr>
            <w:tcW w:w="864" w:type="dxa"/>
          </w:tcPr>
          <w:p w14:paraId="19ECA83C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b/>
                <w:color w:val="auto"/>
                <w:sz w:val="18"/>
              </w:rPr>
              <w:t>[   ]</w:t>
            </w:r>
          </w:p>
        </w:tc>
        <w:tc>
          <w:tcPr>
            <w:tcW w:w="6480" w:type="dxa"/>
          </w:tcPr>
          <w:p w14:paraId="26FEB29B" w14:textId="77777777" w:rsidR="00DA5A81" w:rsidRPr="00701DC5" w:rsidRDefault="00F808A1">
            <w:pPr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Okres gwarancji: 60 miesięcy lub więcej (wydłużenie o 24 miesiące)</w:t>
            </w:r>
          </w:p>
        </w:tc>
        <w:tc>
          <w:tcPr>
            <w:tcW w:w="2448" w:type="dxa"/>
          </w:tcPr>
          <w:p w14:paraId="1416AF9D" w14:textId="77777777" w:rsidR="00DA5A81" w:rsidRPr="00701DC5" w:rsidRDefault="00F808A1">
            <w:pPr>
              <w:jc w:val="center"/>
              <w:rPr>
                <w:color w:val="auto"/>
              </w:rPr>
            </w:pPr>
            <w:r w:rsidRPr="00701DC5">
              <w:rPr>
                <w:color w:val="auto"/>
                <w:sz w:val="18"/>
              </w:rPr>
              <w:t>10 pkt w Kryterium G</w:t>
            </w:r>
          </w:p>
        </w:tc>
      </w:tr>
    </w:tbl>
    <w:p w14:paraId="1AA83CB0" w14:textId="6F1340C6" w:rsidR="009D02E4" w:rsidRPr="00701DC5" w:rsidRDefault="00F808A1" w:rsidP="009D02E4">
      <w:pPr>
        <w:spacing w:before="280" w:after="80"/>
        <w:rPr>
          <w:b/>
          <w:color w:val="auto"/>
          <w:sz w:val="22"/>
        </w:rPr>
      </w:pPr>
      <w:r w:rsidRPr="00701DC5">
        <w:rPr>
          <w:b/>
          <w:color w:val="auto"/>
          <w:sz w:val="22"/>
        </w:rPr>
        <w:t>3. OŚWIADCZENIA I ZOBOWIĄZANIA WYKONAWCY</w:t>
      </w:r>
    </w:p>
    <w:p w14:paraId="432CE4CF" w14:textId="1EB0BB40" w:rsidR="009D02E4" w:rsidRPr="00701DC5" w:rsidRDefault="009D02E4" w:rsidP="009D02E4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284"/>
        <w:jc w:val="both"/>
        <w:rPr>
          <w:rFonts w:asciiTheme="majorHAnsi" w:hAnsiTheme="majorHAnsi" w:cstheme="majorHAnsi"/>
          <w:b/>
          <w:color w:val="auto"/>
          <w:szCs w:val="20"/>
        </w:rPr>
      </w:pPr>
      <w:r w:rsidRPr="00701DC5">
        <w:rPr>
          <w:rFonts w:asciiTheme="majorHAnsi" w:hAnsiTheme="majorHAnsi" w:cstheme="majorHAnsi"/>
          <w:b/>
          <w:color w:val="auto"/>
          <w:szCs w:val="20"/>
        </w:rPr>
        <w:t>Zatrudnienie podwykonawców:</w:t>
      </w:r>
    </w:p>
    <w:p w14:paraId="2C52ADDF" w14:textId="77777777" w:rsidR="009D02E4" w:rsidRPr="00701DC5" w:rsidRDefault="00000000" w:rsidP="00701DC5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Cs/>
          <w:color w:val="auto"/>
          <w:szCs w:val="20"/>
        </w:rPr>
      </w:pP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Zaznacz, jeśli zrealizujesz zamówienie samodzielnie, bez udziału podwykonawców."/>
          <w:tag w:val="Podwykonawcy_BRAK"/>
          <w:id w:val="-1170876231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02E4" w:rsidRPr="00701DC5">
            <w:rPr>
              <w:rFonts w:ascii="Segoe UI Symbol" w:eastAsia="MS Gothic" w:hAnsi="Segoe UI Symbol" w:cs="Segoe UI Symbol"/>
              <w:bCs/>
              <w:color w:val="auto"/>
              <w:szCs w:val="20"/>
            </w:rPr>
            <w:t>☐</w:t>
          </w:r>
        </w:sdtContent>
      </w:sdt>
      <w:r w:rsidR="009D02E4" w:rsidRPr="00701DC5">
        <w:rPr>
          <w:rFonts w:asciiTheme="majorHAnsi" w:hAnsiTheme="majorHAnsi" w:cstheme="majorHAnsi"/>
          <w:bCs/>
          <w:color w:val="auto"/>
          <w:szCs w:val="20"/>
        </w:rPr>
        <w:t xml:space="preserve">   Oświadczamy, że zamówienie zrealizujemy samodzielnie, bez udziału podwykonawców.</w:t>
      </w:r>
    </w:p>
    <w:p w14:paraId="7AE5013A" w14:textId="77777777" w:rsidR="009D02E4" w:rsidRPr="00701DC5" w:rsidRDefault="009D02E4" w:rsidP="00701DC5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Podwykonawcy_TAK"/>
          <w:tag w:val="Zaznacz, jeśli zamierzasz powierzyć część zamówienia podwykonawcom."/>
          <w:id w:val="-1567034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1DC5">
            <w:rPr>
              <w:rFonts w:ascii="Segoe UI Symbol" w:eastAsia="MS Gothic" w:hAnsi="Segoe UI Symbol" w:cs="Segoe UI Symbol"/>
              <w:bCs/>
              <w:color w:val="auto"/>
              <w:szCs w:val="20"/>
            </w:rPr>
            <w:t>☐</w:t>
          </w:r>
        </w:sdtContent>
      </w:sdt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  Oświadczamy, że zamierzamy powierzyć podwykonawcom realizację następujących części zamówienia (wskazać zakres rzeczowy oraz, o ile są znane, nazwy podwykonawców):</w:t>
      </w:r>
    </w:p>
    <w:p w14:paraId="3E6CF745" w14:textId="77777777" w:rsidR="009D02E4" w:rsidRPr="00701DC5" w:rsidRDefault="009D02E4" w:rsidP="009D02E4">
      <w:pPr>
        <w:pStyle w:val="Akapitzlist"/>
        <w:widowControl w:val="0"/>
        <w:numPr>
          <w:ilvl w:val="2"/>
          <w:numId w:val="17"/>
        </w:numPr>
        <w:autoSpaceDE w:val="0"/>
        <w:autoSpaceDN w:val="0"/>
        <w:spacing w:after="0" w:line="360" w:lineRule="auto"/>
        <w:ind w:left="993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Zakres robót/dostaw: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Wpisz zakres rzeczowy prac powierzanych podwykonawcom."/>
          <w:tag w:val="Podwykonawca_Zakres"/>
          <w:id w:val="764809949"/>
          <w:placeholder>
            <w:docPart w:val="977AE50E4CFD4ABE989B85C1D49EDFB7"/>
          </w:placeholder>
          <w:temporary/>
          <w:showingPlcHdr/>
          <w:text/>
        </w:sdtPr>
        <w:sdtContent>
          <w:r w:rsidRPr="00701DC5">
            <w:rPr>
              <w:rStyle w:val="Tekstzastpczy"/>
              <w:rFonts w:asciiTheme="majorHAnsi" w:hAnsiTheme="majorHAnsi" w:cstheme="majorHAnsi"/>
              <w:color w:val="auto"/>
              <w:szCs w:val="20"/>
              <w:lang w:val="en-US"/>
            </w:rPr>
            <w:t>Kliknij lub naciśnij tutaj, aby wprowadzić tekst.</w:t>
          </w:r>
        </w:sdtContent>
      </w:sdt>
    </w:p>
    <w:p w14:paraId="7556ECCD" w14:textId="77777777" w:rsidR="009D02E4" w:rsidRPr="00701DC5" w:rsidRDefault="009D02E4" w:rsidP="009D02E4">
      <w:pPr>
        <w:pStyle w:val="Akapitzlist"/>
        <w:spacing w:line="360" w:lineRule="auto"/>
        <w:ind w:left="993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Nazwa podwykonawcy: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Wpisz nazwę (firmę) podwykonawcy."/>
          <w:tag w:val="Nazwa_podwykonawcy"/>
          <w:id w:val="-1254046356"/>
          <w:placeholder>
            <w:docPart w:val="977AE50E4CFD4ABE989B85C1D49EDFB7"/>
          </w:placeholder>
          <w:temporary/>
          <w:showingPlcHdr/>
          <w:text/>
        </w:sdtPr>
        <w:sdtContent>
          <w:r w:rsidRPr="00701DC5">
            <w:rPr>
              <w:rStyle w:val="Tekstzastpczy"/>
              <w:rFonts w:asciiTheme="majorHAnsi" w:hAnsiTheme="majorHAnsi" w:cstheme="majorHAnsi"/>
              <w:color w:val="auto"/>
              <w:szCs w:val="20"/>
              <w:lang w:val="en-US"/>
            </w:rPr>
            <w:t>Kliknij lub naciśnij tutaj, aby wprowadzić tekst.</w:t>
          </w:r>
        </w:sdtContent>
      </w:sdt>
    </w:p>
    <w:p w14:paraId="22C77367" w14:textId="77777777" w:rsidR="009D02E4" w:rsidRPr="00701DC5" w:rsidRDefault="009D02E4" w:rsidP="009D02E4">
      <w:pPr>
        <w:pStyle w:val="Akapitzlist"/>
        <w:widowControl w:val="0"/>
        <w:numPr>
          <w:ilvl w:val="2"/>
          <w:numId w:val="17"/>
        </w:numPr>
        <w:autoSpaceDE w:val="0"/>
        <w:autoSpaceDN w:val="0"/>
        <w:spacing w:after="0" w:line="360" w:lineRule="auto"/>
        <w:ind w:left="993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Zakres robót/dostaw: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Wpisz zakres rzeczowy prac powierzanych podwykonawcom."/>
          <w:tag w:val="Podwykonawca_Zakres"/>
          <w:id w:val="1497462575"/>
          <w:placeholder>
            <w:docPart w:val="977AE50E4CFD4ABE989B85C1D49EDFB7"/>
          </w:placeholder>
          <w:temporary/>
          <w:showingPlcHdr/>
          <w:text/>
        </w:sdtPr>
        <w:sdtContent>
          <w:r w:rsidRPr="00701DC5">
            <w:rPr>
              <w:rStyle w:val="Tekstzastpczy"/>
              <w:rFonts w:asciiTheme="majorHAnsi" w:hAnsiTheme="majorHAnsi" w:cstheme="majorHAnsi"/>
              <w:color w:val="auto"/>
              <w:szCs w:val="20"/>
              <w:lang w:val="en-US"/>
            </w:rPr>
            <w:t>Kliknij lub naciśnij tutaj, aby wprowadzić tekst.</w:t>
          </w:r>
        </w:sdtContent>
      </w:sdt>
    </w:p>
    <w:p w14:paraId="58A304DE" w14:textId="77777777" w:rsidR="009D02E4" w:rsidRPr="00701DC5" w:rsidRDefault="009D02E4" w:rsidP="009D02E4">
      <w:pPr>
        <w:pStyle w:val="Akapitzlist"/>
        <w:widowControl w:val="0"/>
        <w:numPr>
          <w:ilvl w:val="2"/>
          <w:numId w:val="17"/>
        </w:numPr>
        <w:autoSpaceDE w:val="0"/>
        <w:autoSpaceDN w:val="0"/>
        <w:spacing w:after="0" w:line="360" w:lineRule="auto"/>
        <w:ind w:left="993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Nazwa podwykonawcy: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Nazwa (firma) podwykonawcy"/>
          <w:tag w:val="Nazwa_podwykonawcy"/>
          <w:id w:val="-788124582"/>
          <w:placeholder>
            <w:docPart w:val="977AE50E4CFD4ABE989B85C1D49EDFB7"/>
          </w:placeholder>
          <w:showingPlcHdr/>
          <w:text/>
        </w:sdtPr>
        <w:sdtContent>
          <w:r w:rsidRPr="00701DC5">
            <w:rPr>
              <w:rStyle w:val="Tekstzastpczy"/>
              <w:rFonts w:asciiTheme="majorHAnsi" w:hAnsiTheme="majorHAnsi" w:cstheme="majorHAnsi"/>
              <w:color w:val="auto"/>
              <w:szCs w:val="20"/>
              <w:lang w:val="en-US"/>
            </w:rPr>
            <w:t>Kliknij lub naciśnij tutaj, aby wprowadzić tekst.</w:t>
          </w:r>
        </w:sdtContent>
      </w:sdt>
    </w:p>
    <w:p w14:paraId="00FE994F" w14:textId="470F1576" w:rsidR="009D02E4" w:rsidRPr="00701DC5" w:rsidRDefault="009D02E4" w:rsidP="009D02E4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284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>Zobowiązujemy się w przypadku wygrania przetargu do podpisania umowy w miejscu i terminie wyznaczonym przez Zamawiającego.</w:t>
      </w:r>
    </w:p>
    <w:p w14:paraId="424C2B50" w14:textId="77777777" w:rsidR="009D02E4" w:rsidRPr="00701DC5" w:rsidRDefault="009D02E4" w:rsidP="009D02E4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>Uważamy się za związanych niniejszą ofertą przez okres 30 dni od upływu terminu składania ofert.</w:t>
      </w:r>
    </w:p>
    <w:p w14:paraId="7F267E11" w14:textId="33B04A43" w:rsidR="009D02E4" w:rsidRPr="00701DC5" w:rsidRDefault="009D02E4" w:rsidP="009D02E4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/>
          <w:color w:val="auto"/>
          <w:szCs w:val="20"/>
        </w:rPr>
      </w:pPr>
      <w:r w:rsidRPr="00701DC5">
        <w:rPr>
          <w:rFonts w:asciiTheme="majorHAnsi" w:hAnsiTheme="majorHAnsi" w:cstheme="majorHAnsi"/>
          <w:b/>
          <w:color w:val="auto"/>
          <w:szCs w:val="20"/>
        </w:rPr>
        <w:t>Tajemnica przedsiębiorstwa:</w:t>
      </w:r>
    </w:p>
    <w:p w14:paraId="02BF4DF6" w14:textId="77777777" w:rsidR="009D02E4" w:rsidRPr="00701DC5" w:rsidRDefault="00000000" w:rsidP="009D02E4">
      <w:pPr>
        <w:spacing w:line="360" w:lineRule="auto"/>
        <w:ind w:left="426"/>
        <w:jc w:val="both"/>
        <w:rPr>
          <w:rFonts w:asciiTheme="majorHAnsi" w:hAnsiTheme="majorHAnsi" w:cstheme="majorHAnsi"/>
          <w:bCs/>
          <w:color w:val="auto"/>
          <w:szCs w:val="20"/>
        </w:rPr>
      </w:pP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Zaznacz, jeśli żadne informacje w ofercie nie stanowią tajemnicy przedsiębiorstwa"/>
          <w:tag w:val="Tajemnica_Brak"/>
          <w:id w:val="-1835056802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02E4" w:rsidRPr="00701DC5">
            <w:rPr>
              <w:rFonts w:ascii="Segoe UI Symbol" w:eastAsia="MS Gothic" w:hAnsi="Segoe UI Symbol" w:cs="Segoe UI Symbol"/>
              <w:bCs/>
              <w:color w:val="auto"/>
              <w:szCs w:val="20"/>
            </w:rPr>
            <w:t>☐</w:t>
          </w:r>
        </w:sdtContent>
      </w:sdt>
      <w:r w:rsidR="009D02E4" w:rsidRPr="00701DC5">
        <w:rPr>
          <w:rFonts w:asciiTheme="majorHAnsi" w:hAnsiTheme="majorHAnsi" w:cstheme="majorHAnsi"/>
          <w:bCs/>
          <w:color w:val="auto"/>
          <w:szCs w:val="20"/>
        </w:rPr>
        <w:t xml:space="preserve">     Oświadczamy, że żadne z informacji zawartych w ofercie nie stanowią tajemnicy przedsiębiorstwa w rozumieniu przepisów o zwalczaniu nieuczciwej konkurencji.</w:t>
      </w:r>
    </w:p>
    <w:p w14:paraId="001E8C8B" w14:textId="5174584A" w:rsidR="009D02E4" w:rsidRPr="00701DC5" w:rsidRDefault="009D02E4" w:rsidP="009D02E4">
      <w:pPr>
        <w:spacing w:line="360" w:lineRule="auto"/>
        <w:ind w:left="426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 </w:t>
      </w:r>
      <w:sdt>
        <w:sdtPr>
          <w:rPr>
            <w:rFonts w:asciiTheme="majorHAnsi" w:hAnsiTheme="majorHAnsi" w:cstheme="majorHAnsi"/>
            <w:bCs/>
            <w:color w:val="auto"/>
            <w:szCs w:val="20"/>
          </w:rPr>
          <w:alias w:val="Zaznacz, jeśli zastrzegasz dokumenty jako tajemnicę przedsiębiorstwa."/>
          <w:tag w:val="Tajemnica_TAK"/>
          <w:id w:val="-852799009"/>
          <w:temporary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1DC5">
            <w:rPr>
              <w:rFonts w:ascii="Segoe UI Symbol" w:eastAsia="MS Gothic" w:hAnsi="Segoe UI Symbol" w:cs="Segoe UI Symbol"/>
              <w:bCs/>
              <w:color w:val="auto"/>
              <w:szCs w:val="20"/>
            </w:rPr>
            <w:t>☐</w:t>
          </w:r>
        </w:sdtContent>
      </w:sdt>
      <w:r w:rsidRPr="00701DC5">
        <w:rPr>
          <w:rFonts w:asciiTheme="majorHAnsi" w:hAnsiTheme="majorHAnsi" w:cstheme="majorHAnsi"/>
          <w:bCs/>
          <w:color w:val="auto"/>
          <w:szCs w:val="20"/>
        </w:rPr>
        <w:t xml:space="preserve">    Oświadczamy, że niżej wymienione dokumenty i informacje stanowią tajemnicę przedsiębiorstwa i nie mogą być udostępniane innym uczestnikom postępowania. Uzasadnienie spełnienia przesłanek zastrzeżenia załączamy w osobnym, zanonimizowanym i zaszyfrowanym pliku: </w:t>
      </w:r>
    </w:p>
    <w:sdt>
      <w:sdtPr>
        <w:rPr>
          <w:rFonts w:asciiTheme="majorHAnsi" w:hAnsiTheme="majorHAnsi" w:cstheme="majorHAnsi"/>
          <w:bCs/>
          <w:color w:val="auto"/>
          <w:szCs w:val="20"/>
        </w:rPr>
        <w:alias w:val="Wpisz nazwy dokumentów lub numery stron,które stanowią zastrzeżoną tajemnicę przedsiębiorstwa. "/>
        <w:tag w:val="Tajemnica_Wskazanie_Dokumentow"/>
        <w:id w:val="1657343848"/>
        <w:placeholder>
          <w:docPart w:val="977AE50E4CFD4ABE989B85C1D49EDFB7"/>
        </w:placeholder>
        <w:temporary/>
        <w:showingPlcHdr/>
        <w:text/>
      </w:sdtPr>
      <w:sdtContent>
        <w:p w14:paraId="2F02707D" w14:textId="77777777" w:rsidR="009D02E4" w:rsidRPr="00701DC5" w:rsidRDefault="009D02E4" w:rsidP="009D02E4">
          <w:pPr>
            <w:pStyle w:val="Akapitzlist"/>
            <w:spacing w:line="360" w:lineRule="auto"/>
            <w:ind w:left="924"/>
            <w:jc w:val="both"/>
            <w:rPr>
              <w:rFonts w:asciiTheme="majorHAnsi" w:hAnsiTheme="majorHAnsi" w:cstheme="majorHAnsi"/>
              <w:bCs/>
              <w:color w:val="auto"/>
              <w:szCs w:val="20"/>
            </w:rPr>
          </w:pPr>
          <w:r w:rsidRPr="00701DC5">
            <w:rPr>
              <w:rStyle w:val="Tekstzastpczy"/>
              <w:rFonts w:asciiTheme="majorHAnsi" w:hAnsiTheme="majorHAnsi" w:cstheme="majorHAnsi"/>
              <w:color w:val="auto"/>
              <w:szCs w:val="20"/>
              <w:lang w:val="en-US"/>
            </w:rPr>
            <w:t>Kliknij lub naciśnij tutaj, aby wprowadzić tekst.</w:t>
          </w:r>
        </w:p>
      </w:sdtContent>
    </w:sdt>
    <w:p w14:paraId="0BA23A88" w14:textId="77777777" w:rsidR="009D02E4" w:rsidRPr="00701DC5" w:rsidRDefault="009D02E4" w:rsidP="009D02E4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rFonts w:asciiTheme="majorHAnsi" w:hAnsiTheme="majorHAnsi" w:cstheme="majorHAnsi"/>
          <w:bCs/>
          <w:color w:val="auto"/>
          <w:szCs w:val="20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00A9DB03" w14:textId="0C5DA1B7" w:rsidR="00DA5A81" w:rsidRPr="00701DC5" w:rsidRDefault="00F808A1" w:rsidP="00701DC5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color w:val="auto"/>
          <w:szCs w:val="20"/>
        </w:rPr>
        <w:lastRenderedPageBreak/>
        <w:t xml:space="preserve">Oświadczamy, że zapoznaliśmy się ze Specyfikacją Warunków Zamówienia (SWZ) wraz z Opisem Przedmiotu Zamówienia (OPZ) oraz </w:t>
      </w:r>
      <w:r w:rsidRPr="00EC7819">
        <w:rPr>
          <w:color w:val="auto"/>
          <w:szCs w:val="20"/>
        </w:rPr>
        <w:t>Wzor</w:t>
      </w:r>
      <w:r w:rsidR="00EC7819" w:rsidRPr="00EC7819">
        <w:rPr>
          <w:color w:val="auto"/>
          <w:szCs w:val="20"/>
        </w:rPr>
        <w:t>ami</w:t>
      </w:r>
      <w:r w:rsidRPr="00EC7819">
        <w:rPr>
          <w:color w:val="auto"/>
          <w:szCs w:val="20"/>
        </w:rPr>
        <w:t xml:space="preserve"> Um</w:t>
      </w:r>
      <w:r w:rsidR="00EC7819" w:rsidRPr="00EC7819">
        <w:rPr>
          <w:color w:val="auto"/>
          <w:szCs w:val="20"/>
        </w:rPr>
        <w:t>ów</w:t>
      </w:r>
      <w:r w:rsidRPr="00EC7819">
        <w:rPr>
          <w:color w:val="auto"/>
          <w:szCs w:val="20"/>
        </w:rPr>
        <w:t xml:space="preserve"> </w:t>
      </w:r>
      <w:r w:rsidRPr="00701DC5">
        <w:rPr>
          <w:color w:val="auto"/>
          <w:szCs w:val="20"/>
        </w:rPr>
        <w:t>i nie wnosimy do nich żadnych zastrzeżeń oraz uznajemy się za związanych określonymi w nich postanowieniami i zasadami postępowania.</w:t>
      </w:r>
    </w:p>
    <w:p w14:paraId="35749AAF" w14:textId="77777777" w:rsidR="00701DC5" w:rsidRPr="00701DC5" w:rsidRDefault="00F808A1" w:rsidP="00701DC5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color w:val="auto"/>
          <w:szCs w:val="20"/>
        </w:rPr>
        <w:t xml:space="preserve">Zobowiązujemy się do wykonania przedmiotu zamówienia w terminie </w:t>
      </w:r>
      <w:r w:rsidRPr="00701DC5">
        <w:rPr>
          <w:b/>
          <w:bCs/>
          <w:color w:val="auto"/>
          <w:szCs w:val="20"/>
        </w:rPr>
        <w:t>do dnia 30 czerwca 2027 r.</w:t>
      </w:r>
    </w:p>
    <w:p w14:paraId="467D2AFE" w14:textId="6245F210" w:rsidR="00927E6E" w:rsidRPr="00701DC5" w:rsidRDefault="00927E6E" w:rsidP="00701DC5">
      <w:pPr>
        <w:pStyle w:val="Akapitzlist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ind w:left="357" w:hanging="357"/>
        <w:contextualSpacing w:val="0"/>
        <w:jc w:val="both"/>
        <w:rPr>
          <w:rFonts w:asciiTheme="majorHAnsi" w:hAnsiTheme="majorHAnsi" w:cstheme="majorHAnsi"/>
          <w:bCs/>
          <w:color w:val="auto"/>
          <w:szCs w:val="20"/>
        </w:rPr>
      </w:pPr>
      <w:r w:rsidRPr="00701DC5">
        <w:rPr>
          <w:color w:val="auto"/>
          <w:szCs w:val="20"/>
        </w:rPr>
        <w:t>Akceptujemy warunki płatności określone przez Zamawiającego we Wzorze Umowy.</w:t>
      </w:r>
    </w:p>
    <w:p w14:paraId="69E42B54" w14:textId="77777777" w:rsidR="00701DC5" w:rsidRPr="00701DC5" w:rsidRDefault="00701DC5">
      <w:pPr>
        <w:spacing w:before="480" w:after="0"/>
        <w:rPr>
          <w:color w:val="auto"/>
        </w:rPr>
      </w:pPr>
    </w:p>
    <w:p w14:paraId="303A4284" w14:textId="77777777" w:rsidR="00701DC5" w:rsidRPr="00701DC5" w:rsidRDefault="00701DC5">
      <w:pPr>
        <w:spacing w:before="480" w:after="0"/>
        <w:rPr>
          <w:color w:val="auto"/>
        </w:rPr>
      </w:pPr>
    </w:p>
    <w:p w14:paraId="3588C234" w14:textId="77777777" w:rsidR="00701DC5" w:rsidRPr="00701DC5" w:rsidRDefault="00701DC5" w:rsidP="00701DC5">
      <w:pPr>
        <w:pStyle w:val="Akapitzlist"/>
        <w:spacing w:line="360" w:lineRule="auto"/>
        <w:ind w:left="357"/>
        <w:jc w:val="both"/>
        <w:rPr>
          <w:rFonts w:asciiTheme="majorHAnsi" w:hAnsiTheme="majorHAnsi" w:cstheme="majorHAnsi"/>
          <w:b/>
          <w:color w:val="auto"/>
          <w:szCs w:val="20"/>
        </w:rPr>
      </w:pPr>
      <w:r w:rsidRPr="00701DC5">
        <w:rPr>
          <w:rFonts w:asciiTheme="majorHAnsi" w:hAnsiTheme="majorHAnsi" w:cstheme="majorHAnsi"/>
          <w:b/>
          <w:color w:val="auto"/>
          <w:szCs w:val="20"/>
        </w:rPr>
        <w:t>Niniejszy dokument musi zostać opatrzony kwalifikowanym podpisem elektronicznym, podpisem zaufanym lub podpisem osobistym osoby (osób) uprawnionej/</w:t>
      </w:r>
      <w:proofErr w:type="spellStart"/>
      <w:r w:rsidRPr="00701DC5">
        <w:rPr>
          <w:rFonts w:asciiTheme="majorHAnsi" w:hAnsiTheme="majorHAnsi" w:cstheme="majorHAnsi"/>
          <w:b/>
          <w:color w:val="auto"/>
          <w:szCs w:val="20"/>
        </w:rPr>
        <w:t>ych</w:t>
      </w:r>
      <w:proofErr w:type="spellEnd"/>
      <w:r w:rsidRPr="00701DC5">
        <w:rPr>
          <w:rFonts w:asciiTheme="majorHAnsi" w:hAnsiTheme="majorHAnsi" w:cstheme="majorHAnsi"/>
          <w:b/>
          <w:color w:val="auto"/>
          <w:szCs w:val="20"/>
        </w:rPr>
        <w:t xml:space="preserve"> do reprezentowania Wykonawcy (lub Pełnomocnika w przypadku Wykonawców wspólnie ubiegających się o udzielenie zamówienia).</w:t>
      </w:r>
    </w:p>
    <w:p w14:paraId="5A8F1969" w14:textId="77777777" w:rsidR="00701DC5" w:rsidRPr="00701DC5" w:rsidRDefault="00701DC5" w:rsidP="00701DC5">
      <w:pPr>
        <w:pStyle w:val="Akapitzlist"/>
        <w:spacing w:line="360" w:lineRule="auto"/>
        <w:ind w:left="357"/>
        <w:jc w:val="both"/>
        <w:rPr>
          <w:rFonts w:asciiTheme="majorHAnsi" w:hAnsiTheme="majorHAnsi" w:cstheme="majorHAnsi"/>
          <w:b/>
          <w:color w:val="auto"/>
          <w:szCs w:val="20"/>
        </w:rPr>
      </w:pPr>
      <w:r w:rsidRPr="00701DC5">
        <w:rPr>
          <w:rFonts w:asciiTheme="majorHAnsi" w:hAnsiTheme="majorHAnsi" w:cstheme="majorHAnsi"/>
          <w:b/>
          <w:color w:val="auto"/>
          <w:szCs w:val="20"/>
        </w:rPr>
        <w:t>W przypadku, gdy Wykonawca reprezentowany jest przez Pełnomocnika, wraz z ofertą należy złożyć stosowne pełnomocnictwo sporządzone w postaci elektronicznej i opatrzone kwalifikowanym podpisem elektronicznym, podpisem zaufanym lub podpisem osobistym mocodawcy.</w:t>
      </w:r>
    </w:p>
    <w:p w14:paraId="69246D7A" w14:textId="77777777" w:rsidR="00701DC5" w:rsidRPr="00701DC5" w:rsidRDefault="00701DC5">
      <w:pPr>
        <w:spacing w:before="480" w:after="0"/>
        <w:rPr>
          <w:color w:val="auto"/>
        </w:rPr>
      </w:pPr>
    </w:p>
    <w:p w14:paraId="2477D3B0" w14:textId="77777777" w:rsidR="00EE3BD9" w:rsidRPr="00701DC5" w:rsidRDefault="00EE3BD9">
      <w:pPr>
        <w:spacing w:after="0"/>
        <w:rPr>
          <w:i/>
          <w:color w:val="auto"/>
          <w:sz w:val="16"/>
        </w:rPr>
      </w:pPr>
    </w:p>
    <w:p w14:paraId="4D550B26" w14:textId="77777777" w:rsidR="00EE3BD9" w:rsidRPr="00701DC5" w:rsidRDefault="00EE3BD9">
      <w:pPr>
        <w:spacing w:after="0"/>
        <w:rPr>
          <w:iCs/>
          <w:color w:val="auto"/>
          <w:sz w:val="24"/>
          <w:szCs w:val="24"/>
        </w:rPr>
      </w:pPr>
    </w:p>
    <w:p w14:paraId="76E57A23" w14:textId="77777777" w:rsidR="00701DC5" w:rsidRPr="00701DC5" w:rsidRDefault="00701DC5" w:rsidP="00701DC5">
      <w:pPr>
        <w:rPr>
          <w:color w:val="auto"/>
          <w:sz w:val="24"/>
          <w:szCs w:val="24"/>
        </w:rPr>
      </w:pPr>
    </w:p>
    <w:p w14:paraId="6FC7EA30" w14:textId="77777777" w:rsidR="00701DC5" w:rsidRPr="00701DC5" w:rsidRDefault="00701DC5" w:rsidP="00701DC5">
      <w:pPr>
        <w:rPr>
          <w:color w:val="auto"/>
          <w:sz w:val="24"/>
          <w:szCs w:val="24"/>
        </w:rPr>
      </w:pPr>
    </w:p>
    <w:p w14:paraId="5EBCB777" w14:textId="77777777" w:rsidR="00701DC5" w:rsidRPr="00701DC5" w:rsidRDefault="00701DC5" w:rsidP="00701DC5">
      <w:pPr>
        <w:rPr>
          <w:color w:val="auto"/>
          <w:sz w:val="24"/>
          <w:szCs w:val="24"/>
        </w:rPr>
      </w:pPr>
    </w:p>
    <w:p w14:paraId="422ADE10" w14:textId="77777777" w:rsidR="00701DC5" w:rsidRPr="00701DC5" w:rsidRDefault="00701DC5" w:rsidP="00701DC5">
      <w:pPr>
        <w:rPr>
          <w:iCs/>
          <w:color w:val="auto"/>
          <w:sz w:val="24"/>
          <w:szCs w:val="24"/>
        </w:rPr>
      </w:pPr>
    </w:p>
    <w:p w14:paraId="6FDCDAB9" w14:textId="06BFE5A5" w:rsidR="00701DC5" w:rsidRDefault="00701DC5" w:rsidP="00701DC5">
      <w:pPr>
        <w:tabs>
          <w:tab w:val="left" w:pos="6039"/>
        </w:tabs>
        <w:rPr>
          <w:color w:val="auto"/>
          <w:sz w:val="24"/>
          <w:szCs w:val="24"/>
        </w:rPr>
      </w:pPr>
      <w:r w:rsidRPr="00701DC5">
        <w:rPr>
          <w:color w:val="auto"/>
          <w:sz w:val="24"/>
          <w:szCs w:val="24"/>
        </w:rPr>
        <w:tab/>
      </w:r>
    </w:p>
    <w:p w14:paraId="27C6B38D" w14:textId="77777777" w:rsidR="00C462B3" w:rsidRDefault="00C462B3" w:rsidP="00C462B3">
      <w:pPr>
        <w:rPr>
          <w:color w:val="auto"/>
          <w:sz w:val="24"/>
          <w:szCs w:val="24"/>
        </w:rPr>
      </w:pPr>
    </w:p>
    <w:p w14:paraId="77AB6155" w14:textId="04C1EFE5" w:rsidR="00C462B3" w:rsidRPr="00C462B3" w:rsidRDefault="00C462B3" w:rsidP="00C462B3">
      <w:pPr>
        <w:tabs>
          <w:tab w:val="left" w:pos="697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462B3" w:rsidRPr="00C462B3" w:rsidSect="00A70647">
      <w:footerReference w:type="default" r:id="rId8"/>
      <w:pgSz w:w="12240" w:h="15840"/>
      <w:pgMar w:top="993" w:right="1152" w:bottom="993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A3935" w14:textId="77777777" w:rsidR="0052672C" w:rsidRDefault="0052672C" w:rsidP="00701DC5">
      <w:pPr>
        <w:spacing w:after="0" w:line="240" w:lineRule="auto"/>
      </w:pPr>
      <w:r>
        <w:separator/>
      </w:r>
    </w:p>
  </w:endnote>
  <w:endnote w:type="continuationSeparator" w:id="0">
    <w:p w14:paraId="0DEC3D2A" w14:textId="77777777" w:rsidR="0052672C" w:rsidRDefault="0052672C" w:rsidP="0070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00458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F8A272E" w14:textId="602202B9" w:rsidR="00C462B3" w:rsidRDefault="00C462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85BBA7" w14:textId="77777777" w:rsidR="00701DC5" w:rsidRDefault="00701D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8EEA" w14:textId="77777777" w:rsidR="0052672C" w:rsidRDefault="0052672C" w:rsidP="00701DC5">
      <w:pPr>
        <w:spacing w:after="0" w:line="240" w:lineRule="auto"/>
      </w:pPr>
      <w:r>
        <w:separator/>
      </w:r>
    </w:p>
  </w:footnote>
  <w:footnote w:type="continuationSeparator" w:id="0">
    <w:p w14:paraId="3ABCB440" w14:textId="77777777" w:rsidR="0052672C" w:rsidRDefault="0052672C" w:rsidP="00701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B0269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A9302B"/>
    <w:multiLevelType w:val="hybridMultilevel"/>
    <w:tmpl w:val="1B1423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560CA"/>
    <w:multiLevelType w:val="multilevel"/>
    <w:tmpl w:val="383601F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862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3752342"/>
    <w:multiLevelType w:val="hybridMultilevel"/>
    <w:tmpl w:val="6DAA71DA"/>
    <w:lvl w:ilvl="0" w:tplc="ED34668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3" w15:restartNumberingAfterBreak="0">
    <w:nsid w:val="462E063A"/>
    <w:multiLevelType w:val="hybridMultilevel"/>
    <w:tmpl w:val="745A355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7">
      <w:start w:val="1"/>
      <w:numFmt w:val="lowerLetter"/>
      <w:lvlText w:val="%3)"/>
      <w:lvlJc w:val="left"/>
      <w:pPr>
        <w:ind w:left="2697" w:hanging="36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479A28E0"/>
    <w:multiLevelType w:val="multilevel"/>
    <w:tmpl w:val="C0C84B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DA136F2"/>
    <w:multiLevelType w:val="hybridMultilevel"/>
    <w:tmpl w:val="BE007FB6"/>
    <w:lvl w:ilvl="0" w:tplc="51E65C92">
      <w:start w:val="3"/>
      <w:numFmt w:val="upperRoman"/>
      <w:lvlText w:val="%1."/>
      <w:lvlJc w:val="left"/>
      <w:pPr>
        <w:ind w:left="853" w:hanging="44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FD66D028">
      <w:start w:val="1"/>
      <w:numFmt w:val="decimal"/>
      <w:lvlText w:val="%2."/>
      <w:lvlJc w:val="left"/>
      <w:pPr>
        <w:ind w:left="1295" w:hanging="397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1280" w:hanging="397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1300" w:hanging="397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552" w:hanging="397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3804" w:hanging="397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056" w:hanging="397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308" w:hanging="397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60" w:hanging="397"/>
      </w:pPr>
      <w:rPr>
        <w:rFonts w:hint="default"/>
        <w:lang w:val="pl-PL" w:eastAsia="en-US" w:bidi="ar-SA"/>
      </w:rPr>
    </w:lvl>
  </w:abstractNum>
  <w:abstractNum w:abstractNumId="16" w15:restartNumberingAfterBreak="0">
    <w:nsid w:val="60CB1950"/>
    <w:multiLevelType w:val="hybridMultilevel"/>
    <w:tmpl w:val="6F8E055C"/>
    <w:lvl w:ilvl="0" w:tplc="409CF0E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E31544"/>
    <w:multiLevelType w:val="hybridMultilevel"/>
    <w:tmpl w:val="25AEC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470E3"/>
    <w:multiLevelType w:val="multilevel"/>
    <w:tmpl w:val="26AE4C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65987388">
    <w:abstractNumId w:val="8"/>
  </w:num>
  <w:num w:numId="2" w16cid:durableId="538318164">
    <w:abstractNumId w:val="6"/>
  </w:num>
  <w:num w:numId="3" w16cid:durableId="858542424">
    <w:abstractNumId w:val="5"/>
  </w:num>
  <w:num w:numId="4" w16cid:durableId="964312964">
    <w:abstractNumId w:val="4"/>
  </w:num>
  <w:num w:numId="5" w16cid:durableId="411436875">
    <w:abstractNumId w:val="7"/>
  </w:num>
  <w:num w:numId="6" w16cid:durableId="2122677073">
    <w:abstractNumId w:val="3"/>
  </w:num>
  <w:num w:numId="7" w16cid:durableId="804810497">
    <w:abstractNumId w:val="2"/>
  </w:num>
  <w:num w:numId="8" w16cid:durableId="1896815545">
    <w:abstractNumId w:val="1"/>
  </w:num>
  <w:num w:numId="9" w16cid:durableId="1707561009">
    <w:abstractNumId w:val="0"/>
  </w:num>
  <w:num w:numId="10" w16cid:durableId="360008573">
    <w:abstractNumId w:val="9"/>
  </w:num>
  <w:num w:numId="11" w16cid:durableId="1495798115">
    <w:abstractNumId w:val="18"/>
  </w:num>
  <w:num w:numId="12" w16cid:durableId="1537309027">
    <w:abstractNumId w:val="14"/>
  </w:num>
  <w:num w:numId="13" w16cid:durableId="1615205954">
    <w:abstractNumId w:val="11"/>
  </w:num>
  <w:num w:numId="14" w16cid:durableId="320281272">
    <w:abstractNumId w:val="15"/>
  </w:num>
  <w:num w:numId="15" w16cid:durableId="1889295808">
    <w:abstractNumId w:val="16"/>
  </w:num>
  <w:num w:numId="16" w16cid:durableId="105656719">
    <w:abstractNumId w:val="12"/>
  </w:num>
  <w:num w:numId="17" w16cid:durableId="1881476988">
    <w:abstractNumId w:val="13"/>
  </w:num>
  <w:num w:numId="18" w16cid:durableId="1774667010">
    <w:abstractNumId w:val="17"/>
  </w:num>
  <w:num w:numId="19" w16cid:durableId="2591431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BB3"/>
    <w:rsid w:val="000B292B"/>
    <w:rsid w:val="0015074B"/>
    <w:rsid w:val="001540E6"/>
    <w:rsid w:val="001F265F"/>
    <w:rsid w:val="0029049D"/>
    <w:rsid w:val="002945C5"/>
    <w:rsid w:val="0029639D"/>
    <w:rsid w:val="002C39A6"/>
    <w:rsid w:val="002C61EB"/>
    <w:rsid w:val="003121A0"/>
    <w:rsid w:val="00326F90"/>
    <w:rsid w:val="004008CC"/>
    <w:rsid w:val="005217F5"/>
    <w:rsid w:val="0052672C"/>
    <w:rsid w:val="00617FF0"/>
    <w:rsid w:val="006762E4"/>
    <w:rsid w:val="00682F0A"/>
    <w:rsid w:val="00701DC5"/>
    <w:rsid w:val="007023DB"/>
    <w:rsid w:val="00782769"/>
    <w:rsid w:val="008E0592"/>
    <w:rsid w:val="00911B79"/>
    <w:rsid w:val="00927E6E"/>
    <w:rsid w:val="009621F7"/>
    <w:rsid w:val="00984710"/>
    <w:rsid w:val="009D02E4"/>
    <w:rsid w:val="00A404DA"/>
    <w:rsid w:val="00A6734F"/>
    <w:rsid w:val="00A70647"/>
    <w:rsid w:val="00AA1D8D"/>
    <w:rsid w:val="00B47730"/>
    <w:rsid w:val="00BD389E"/>
    <w:rsid w:val="00C03DA3"/>
    <w:rsid w:val="00C44948"/>
    <w:rsid w:val="00C462B3"/>
    <w:rsid w:val="00C84F74"/>
    <w:rsid w:val="00C87520"/>
    <w:rsid w:val="00CB0664"/>
    <w:rsid w:val="00D22C9C"/>
    <w:rsid w:val="00D6557F"/>
    <w:rsid w:val="00D9665E"/>
    <w:rsid w:val="00DA5A81"/>
    <w:rsid w:val="00DB47C7"/>
    <w:rsid w:val="00DC58A5"/>
    <w:rsid w:val="00DF0E30"/>
    <w:rsid w:val="00E03144"/>
    <w:rsid w:val="00EC7819"/>
    <w:rsid w:val="00EE3BD9"/>
    <w:rsid w:val="00F808A1"/>
    <w:rsid w:val="00F86C31"/>
    <w:rsid w:val="00F9369B"/>
    <w:rsid w:val="00FC29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01461"/>
  <w14:defaultImageDpi w14:val="300"/>
  <w15:docId w15:val="{0563540F-7410-4C86-85AF-91584B4D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qFormat/>
    <w:rsid w:val="00EE3BD9"/>
    <w:pPr>
      <w:suppressAutoHyphens/>
    </w:pPr>
    <w:rPr>
      <w:rFonts w:eastAsia="Times New Roman" w:cs="Times New Roman"/>
      <w:color w:val="auto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E3BD9"/>
    <w:rPr>
      <w:rFonts w:ascii="Calibri" w:eastAsia="Times New Roman" w:hAnsi="Calibri" w:cs="Times New Roman"/>
      <w:sz w:val="20"/>
      <w:szCs w:val="20"/>
      <w:lang w:val="pl-PL" w:eastAsia="ar-SA"/>
    </w:rPr>
  </w:style>
  <w:style w:type="character" w:styleId="Tekstzastpczy">
    <w:name w:val="Placeholder Text"/>
    <w:basedOn w:val="Domylnaczcionkaakapitu"/>
    <w:uiPriority w:val="99"/>
    <w:semiHidden/>
    <w:rsid w:val="009D02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7AE50E4CFD4ABE989B85C1D49EDF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761A43-0D6F-4264-BC7D-0B8C55363F81}"/>
      </w:docPartPr>
      <w:docPartBody>
        <w:p w:rsidR="00CE073C" w:rsidRDefault="00705B06" w:rsidP="00705B06">
          <w:pPr>
            <w:pStyle w:val="977AE50E4CFD4ABE989B85C1D49EDFB7"/>
          </w:pPr>
          <w:r w:rsidRPr="005F6042">
            <w:rPr>
              <w:rStyle w:val="Tekstzastpczy"/>
              <w:lang w:val="en-US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06"/>
    <w:rsid w:val="001F265F"/>
    <w:rsid w:val="003143BB"/>
    <w:rsid w:val="0047684A"/>
    <w:rsid w:val="004A5126"/>
    <w:rsid w:val="006762E4"/>
    <w:rsid w:val="00682F0A"/>
    <w:rsid w:val="00705B06"/>
    <w:rsid w:val="007108FD"/>
    <w:rsid w:val="00760B89"/>
    <w:rsid w:val="00782769"/>
    <w:rsid w:val="008E0592"/>
    <w:rsid w:val="00984710"/>
    <w:rsid w:val="009F6B70"/>
    <w:rsid w:val="00A42E7B"/>
    <w:rsid w:val="00AE57F1"/>
    <w:rsid w:val="00B51A92"/>
    <w:rsid w:val="00BD389E"/>
    <w:rsid w:val="00CE073C"/>
    <w:rsid w:val="00D0392D"/>
    <w:rsid w:val="00D9665E"/>
    <w:rsid w:val="00F4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05B06"/>
    <w:rPr>
      <w:color w:val="666666"/>
    </w:rPr>
  </w:style>
  <w:style w:type="paragraph" w:customStyle="1" w:styleId="977AE50E4CFD4ABE989B85C1D49EDFB7">
    <w:name w:val="977AE50E4CFD4ABE989B85C1D49EDFB7"/>
    <w:rsid w:val="00705B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826</Words>
  <Characters>4961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RChodkowski</cp:lastModifiedBy>
  <cp:revision>2</cp:revision>
  <dcterms:created xsi:type="dcterms:W3CDTF">2026-10-02T12:32:00Z</dcterms:created>
  <dcterms:modified xsi:type="dcterms:W3CDTF">2026-10-02T12:32:00Z</dcterms:modified>
  <cp:category/>
</cp:coreProperties>
</file>