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567" w:rsidRDefault="00BE6F8E" w:rsidP="00A60567">
      <w:pPr>
        <w:spacing w:after="0"/>
        <w:ind w:left="426" w:firstLine="5103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Załącznik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nr</w:t>
      </w:r>
      <w:proofErr w:type="spellEnd"/>
      <w:r>
        <w:rPr>
          <w:rFonts w:ascii="Arial" w:hAnsi="Arial" w:cs="Arial"/>
          <w:sz w:val="20"/>
        </w:rPr>
        <w:t xml:space="preserve"> 7</w:t>
      </w:r>
      <w:r w:rsidR="00A60567" w:rsidRPr="00A60567">
        <w:rPr>
          <w:rFonts w:ascii="Arial" w:hAnsi="Arial" w:cs="Arial"/>
          <w:sz w:val="20"/>
        </w:rPr>
        <w:t xml:space="preserve"> </w:t>
      </w:r>
    </w:p>
    <w:p w:rsidR="00A5514C" w:rsidRPr="00A60567" w:rsidRDefault="00A60567" w:rsidP="00A60567">
      <w:pPr>
        <w:spacing w:after="0"/>
        <w:ind w:left="426" w:firstLine="5103"/>
        <w:rPr>
          <w:rFonts w:ascii="Arial" w:hAnsi="Arial" w:cs="Arial"/>
          <w:sz w:val="20"/>
        </w:rPr>
      </w:pPr>
      <w:r w:rsidRPr="00A60567">
        <w:rPr>
          <w:rFonts w:ascii="Arial" w:hAnsi="Arial" w:cs="Arial"/>
          <w:sz w:val="20"/>
        </w:rPr>
        <w:t xml:space="preserve">do </w:t>
      </w:r>
      <w:proofErr w:type="spellStart"/>
      <w:r w:rsidRPr="00A60567">
        <w:rPr>
          <w:rFonts w:ascii="Arial" w:hAnsi="Arial" w:cs="Arial"/>
          <w:sz w:val="20"/>
        </w:rPr>
        <w:t>Specyfikacji</w:t>
      </w:r>
      <w:proofErr w:type="spellEnd"/>
      <w:r w:rsidRPr="00A60567">
        <w:rPr>
          <w:rFonts w:ascii="Arial" w:hAnsi="Arial" w:cs="Arial"/>
          <w:sz w:val="20"/>
        </w:rPr>
        <w:t xml:space="preserve"> </w:t>
      </w:r>
      <w:proofErr w:type="spellStart"/>
      <w:r w:rsidRPr="00A60567">
        <w:rPr>
          <w:rFonts w:ascii="Arial" w:hAnsi="Arial" w:cs="Arial"/>
          <w:sz w:val="20"/>
        </w:rPr>
        <w:t>Warunków</w:t>
      </w:r>
      <w:proofErr w:type="spellEnd"/>
      <w:r w:rsidRPr="00A60567">
        <w:rPr>
          <w:rFonts w:ascii="Arial" w:hAnsi="Arial" w:cs="Arial"/>
          <w:sz w:val="20"/>
        </w:rPr>
        <w:t xml:space="preserve"> </w:t>
      </w:r>
      <w:proofErr w:type="spellStart"/>
      <w:r w:rsidRPr="00A60567">
        <w:rPr>
          <w:rFonts w:ascii="Arial" w:hAnsi="Arial" w:cs="Arial"/>
          <w:sz w:val="20"/>
        </w:rPr>
        <w:t>Zamówienia</w:t>
      </w:r>
      <w:proofErr w:type="spellEnd"/>
    </w:p>
    <w:p w:rsidR="00A60567" w:rsidRPr="00A60567" w:rsidRDefault="00A60567" w:rsidP="00A60567">
      <w:pPr>
        <w:rPr>
          <w:rFonts w:ascii="Arial" w:hAnsi="Arial" w:cs="Arial"/>
        </w:rPr>
      </w:pPr>
      <w:bookmarkStart w:id="0" w:name="_GoBack"/>
      <w:bookmarkEnd w:id="0"/>
    </w:p>
    <w:p w:rsidR="00A5514C" w:rsidRPr="00A60567" w:rsidRDefault="00A60567">
      <w:pPr>
        <w:jc w:val="center"/>
        <w:rPr>
          <w:rFonts w:ascii="Arial" w:hAnsi="Arial" w:cs="Arial"/>
          <w:sz w:val="24"/>
          <w:szCs w:val="24"/>
        </w:rPr>
      </w:pPr>
      <w:r w:rsidRPr="00A60567">
        <w:rPr>
          <w:rFonts w:ascii="Arial" w:hAnsi="Arial" w:cs="Arial"/>
          <w:b/>
          <w:sz w:val="24"/>
          <w:szCs w:val="24"/>
        </w:rPr>
        <w:t>WYKAZ DOSTAW</w:t>
      </w:r>
    </w:p>
    <w:p w:rsidR="00A5514C" w:rsidRPr="00A60567" w:rsidRDefault="00A60567">
      <w:pPr>
        <w:jc w:val="center"/>
        <w:rPr>
          <w:rFonts w:ascii="Arial" w:hAnsi="Arial" w:cs="Arial"/>
          <w:sz w:val="24"/>
          <w:szCs w:val="24"/>
        </w:rPr>
      </w:pPr>
      <w:r w:rsidRPr="00A60567">
        <w:rPr>
          <w:rFonts w:ascii="Arial" w:hAnsi="Arial" w:cs="Arial"/>
          <w:sz w:val="24"/>
          <w:szCs w:val="24"/>
        </w:rPr>
        <w:t>wykonanych w okresie ostatnich 3 lat przed upływem terminu składania ofert, a jeżeli okres prowadzenia działalności jest krótszy – w tym okresie</w:t>
      </w:r>
    </w:p>
    <w:p w:rsidR="00A60567" w:rsidRPr="00A60567" w:rsidRDefault="00A60567">
      <w:pPr>
        <w:rPr>
          <w:rFonts w:ascii="Arial" w:hAnsi="Arial" w:cs="Arial"/>
          <w:b/>
          <w:sz w:val="24"/>
          <w:szCs w:val="24"/>
        </w:rPr>
      </w:pPr>
      <w:r w:rsidRPr="00A60567">
        <w:rPr>
          <w:rFonts w:ascii="Arial" w:hAnsi="Arial" w:cs="Arial"/>
          <w:b/>
          <w:sz w:val="24"/>
          <w:szCs w:val="24"/>
        </w:rPr>
        <w:t xml:space="preserve">1. </w:t>
      </w:r>
      <w:proofErr w:type="spellStart"/>
      <w:r w:rsidRPr="00A60567">
        <w:rPr>
          <w:rFonts w:ascii="Arial" w:hAnsi="Arial" w:cs="Arial"/>
          <w:b/>
          <w:sz w:val="24"/>
          <w:szCs w:val="24"/>
        </w:rPr>
        <w:t>Nazwa</w:t>
      </w:r>
      <w:proofErr w:type="spellEnd"/>
      <w:r w:rsidRPr="00A6056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60567">
        <w:rPr>
          <w:rFonts w:ascii="Arial" w:hAnsi="Arial" w:cs="Arial"/>
          <w:b/>
          <w:sz w:val="24"/>
          <w:szCs w:val="24"/>
        </w:rPr>
        <w:t>postępowania</w:t>
      </w:r>
      <w:proofErr w:type="spellEnd"/>
      <w:r w:rsidRPr="00A60567">
        <w:rPr>
          <w:rFonts w:ascii="Arial" w:hAnsi="Arial" w:cs="Arial"/>
          <w:b/>
          <w:sz w:val="24"/>
          <w:szCs w:val="24"/>
        </w:rPr>
        <w:t>:</w:t>
      </w:r>
    </w:p>
    <w:p w:rsidR="00A5514C" w:rsidRPr="00A60567" w:rsidRDefault="00A60567">
      <w:pPr>
        <w:rPr>
          <w:rFonts w:ascii="Arial" w:hAnsi="Arial" w:cs="Arial"/>
          <w:i/>
          <w:sz w:val="24"/>
          <w:szCs w:val="24"/>
        </w:rPr>
      </w:pPr>
      <w:r w:rsidRPr="00A60567">
        <w:rPr>
          <w:rFonts w:ascii="Arial" w:hAnsi="Arial" w:cs="Arial"/>
          <w:i/>
          <w:sz w:val="24"/>
          <w:szCs w:val="24"/>
        </w:rPr>
        <w:t xml:space="preserve"> „Wymiana systemu projekcji cyfrowej w sali kinowej CKF ZORZA Chełmskiego Domu Kultury”.</w:t>
      </w:r>
    </w:p>
    <w:p w:rsidR="00A60567" w:rsidRPr="00A60567" w:rsidRDefault="00A60567" w:rsidP="00A60567">
      <w:pPr>
        <w:spacing w:after="0" w:line="240" w:lineRule="auto"/>
        <w:rPr>
          <w:rFonts w:ascii="Arial" w:eastAsia="Calibri" w:hAnsi="Arial" w:cs="Times New Roman"/>
          <w:b/>
          <w:bCs/>
          <w:sz w:val="24"/>
          <w:szCs w:val="24"/>
          <w:lang w:val="pl-PL"/>
        </w:rPr>
      </w:pPr>
      <w:r w:rsidRPr="00A60567">
        <w:rPr>
          <w:rFonts w:ascii="Arial" w:eastAsia="Calibri" w:hAnsi="Arial" w:cs="Times New Roman"/>
          <w:b/>
          <w:bCs/>
          <w:sz w:val="24"/>
          <w:szCs w:val="24"/>
          <w:lang w:val="pl-PL"/>
        </w:rPr>
        <w:t>2. Zamawiający:</w:t>
      </w:r>
    </w:p>
    <w:p w:rsidR="00A60567" w:rsidRPr="00A60567" w:rsidRDefault="00A60567" w:rsidP="00A60567">
      <w:pPr>
        <w:spacing w:after="0" w:line="240" w:lineRule="auto"/>
        <w:rPr>
          <w:rFonts w:ascii="Arial" w:eastAsia="Calibri" w:hAnsi="Arial" w:cs="Times New Roman"/>
          <w:bCs/>
          <w:sz w:val="24"/>
          <w:szCs w:val="24"/>
          <w:lang w:val="pl-PL"/>
        </w:rPr>
      </w:pPr>
    </w:p>
    <w:p w:rsidR="00A60567" w:rsidRPr="00A60567" w:rsidRDefault="00A60567" w:rsidP="00A60567">
      <w:pPr>
        <w:spacing w:after="0" w:line="240" w:lineRule="auto"/>
        <w:rPr>
          <w:rFonts w:ascii="Arial" w:eastAsia="Calibri" w:hAnsi="Arial" w:cs="Times New Roman"/>
          <w:bCs/>
          <w:sz w:val="24"/>
          <w:szCs w:val="24"/>
          <w:lang w:val="pl-PL"/>
        </w:rPr>
      </w:pPr>
      <w:r w:rsidRPr="00A60567">
        <w:rPr>
          <w:rFonts w:ascii="Arial" w:eastAsia="Calibri" w:hAnsi="Arial" w:cs="Times New Roman"/>
          <w:bCs/>
          <w:sz w:val="24"/>
          <w:szCs w:val="24"/>
          <w:lang w:val="pl-PL"/>
        </w:rPr>
        <w:t>Chełmski Dom Kultury</w:t>
      </w:r>
      <w:r w:rsidRPr="00A60567">
        <w:rPr>
          <w:rFonts w:ascii="Arial" w:eastAsia="Calibri" w:hAnsi="Arial" w:cs="Times New Roman"/>
          <w:bCs/>
          <w:sz w:val="24"/>
          <w:szCs w:val="24"/>
          <w:lang w:val="pl-PL"/>
        </w:rPr>
        <w:br/>
        <w:t xml:space="preserve">Plac Tysiąclecia 1, </w:t>
      </w:r>
      <w:r w:rsidRPr="00A60567">
        <w:rPr>
          <w:rFonts w:ascii="Arial" w:eastAsia="Calibri" w:hAnsi="Arial" w:cs="Times New Roman"/>
          <w:bCs/>
          <w:sz w:val="24"/>
          <w:szCs w:val="24"/>
          <w:lang w:val="pl-PL"/>
        </w:rPr>
        <w:br/>
        <w:t>22-100 Chełm</w:t>
      </w:r>
    </w:p>
    <w:p w:rsidR="00A60567" w:rsidRDefault="00A60567">
      <w:pPr>
        <w:rPr>
          <w:rFonts w:ascii="Arial" w:hAnsi="Arial" w:cs="Arial"/>
        </w:rPr>
      </w:pPr>
    </w:p>
    <w:p w:rsidR="00A60567" w:rsidRDefault="00A60567" w:rsidP="00A60567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3. </w:t>
      </w:r>
      <w:proofErr w:type="spellStart"/>
      <w:r>
        <w:rPr>
          <w:rFonts w:ascii="Arial" w:hAnsi="Arial"/>
          <w:b/>
          <w:bCs/>
        </w:rPr>
        <w:t>Wykaz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dostaw</w:t>
      </w:r>
      <w:proofErr w:type="spellEnd"/>
      <w:r w:rsidRPr="00C07095">
        <w:rPr>
          <w:rFonts w:ascii="Arial" w:hAnsi="Arial"/>
          <w:b/>
          <w:bCs/>
        </w:rPr>
        <w:t>:</w:t>
      </w:r>
    </w:p>
    <w:p w:rsidR="00A60567" w:rsidRPr="00A60567" w:rsidRDefault="00A60567" w:rsidP="00A60567">
      <w:pPr>
        <w:spacing w:after="0" w:line="240" w:lineRule="auto"/>
        <w:rPr>
          <w:rFonts w:ascii="Arial" w:eastAsia="Calibri" w:hAnsi="Arial" w:cs="Times New Roman"/>
          <w:bCs/>
          <w:sz w:val="24"/>
          <w:szCs w:val="24"/>
          <w:lang w:val="pl-PL"/>
        </w:rPr>
      </w:pPr>
      <w:r w:rsidRPr="00A60567">
        <w:rPr>
          <w:rFonts w:ascii="Arial" w:eastAsia="Calibri" w:hAnsi="Arial" w:cs="Times New Roman"/>
          <w:bCs/>
          <w:sz w:val="24"/>
          <w:szCs w:val="24"/>
          <w:lang w:val="pl-PL"/>
        </w:rPr>
        <w:t xml:space="preserve">Składając ofertę w postępowaniu o udzielenie zamówienia publicznego oświadczam/y, że w okresie ostatnich </w:t>
      </w:r>
      <w:r w:rsidRPr="00A60567">
        <w:rPr>
          <w:rFonts w:ascii="Arial" w:eastAsia="Calibri" w:hAnsi="Arial" w:cs="Times New Roman"/>
          <w:bCs/>
          <w:sz w:val="24"/>
          <w:szCs w:val="24"/>
        </w:rPr>
        <w:t xml:space="preserve">3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lat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przed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upływem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terminu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składania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ofert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, a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jeżeli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okres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prowadzenia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działalności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jest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krótszy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– w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tym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</w:rPr>
        <w:t xml:space="preserve"> </w:t>
      </w:r>
      <w:proofErr w:type="spellStart"/>
      <w:r w:rsidRPr="00A60567">
        <w:rPr>
          <w:rFonts w:ascii="Arial" w:eastAsia="Calibri" w:hAnsi="Arial" w:cs="Times New Roman"/>
          <w:bCs/>
          <w:sz w:val="24"/>
          <w:szCs w:val="24"/>
        </w:rPr>
        <w:t>okresie</w:t>
      </w:r>
      <w:proofErr w:type="spellEnd"/>
      <w:r w:rsidRPr="00A60567">
        <w:rPr>
          <w:rFonts w:ascii="Arial" w:eastAsia="Calibri" w:hAnsi="Arial" w:cs="Times New Roman"/>
          <w:bCs/>
          <w:sz w:val="24"/>
          <w:szCs w:val="24"/>
          <w:lang w:val="pl-PL"/>
        </w:rPr>
        <w:t>, wykonaliśmy następujące dostawy wraz z montażem odpowiadające warunkom udziału w postępowaniu:</w:t>
      </w:r>
    </w:p>
    <w:p w:rsidR="00A60567" w:rsidRDefault="00A60567">
      <w:pPr>
        <w:rPr>
          <w:rFonts w:ascii="Arial" w:hAnsi="Arial" w:cs="Arial"/>
        </w:rPr>
      </w:pPr>
    </w:p>
    <w:p w:rsidR="00A60567" w:rsidRDefault="00A60567">
      <w:pPr>
        <w:rPr>
          <w:rFonts w:ascii="Arial" w:hAnsi="Arial" w:cs="Arial"/>
          <w:b/>
        </w:rPr>
      </w:pPr>
      <w:r w:rsidRPr="00A60567">
        <w:rPr>
          <w:rFonts w:ascii="Arial" w:hAnsi="Arial" w:cs="Arial"/>
          <w:b/>
        </w:rPr>
        <w:t xml:space="preserve">4. </w:t>
      </w:r>
      <w:proofErr w:type="spellStart"/>
      <w:r w:rsidRPr="00A60567">
        <w:rPr>
          <w:rFonts w:ascii="Arial" w:hAnsi="Arial" w:cs="Arial"/>
          <w:b/>
        </w:rPr>
        <w:t>Wykonawc</w:t>
      </w:r>
      <w:r>
        <w:rPr>
          <w:rFonts w:ascii="Arial" w:hAnsi="Arial" w:cs="Arial"/>
          <w:b/>
        </w:rPr>
        <w:t>a</w:t>
      </w:r>
      <w:proofErr w:type="spellEnd"/>
      <w:r w:rsidRPr="00A60567">
        <w:rPr>
          <w:rFonts w:ascii="Arial" w:hAnsi="Arial" w:cs="Arial"/>
          <w:b/>
        </w:rPr>
        <w:t xml:space="preserve">: </w:t>
      </w: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>................................................................................................</w:t>
      </w:r>
      <w:r>
        <w:rPr>
          <w:rFonts w:ascii="Arial" w:hAnsi="Arial" w:cs="Arial"/>
        </w:rPr>
        <w:t>...............</w:t>
      </w:r>
      <w:r w:rsidRPr="00A60567">
        <w:rPr>
          <w:rFonts w:ascii="Arial" w:hAnsi="Arial" w:cs="Arial"/>
        </w:rPr>
        <w:t>........</w:t>
      </w: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>........................................................................................................................</w:t>
      </w: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>Na potwierdzenie spełniania warunku zdolności technicznej lub zawodowej określonego w rozdziale 4 SWZ przedstawiamy następujące dostawy wykonane należycie: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23"/>
        <w:gridCol w:w="1925"/>
        <w:gridCol w:w="1924"/>
        <w:gridCol w:w="1926"/>
        <w:gridCol w:w="1924"/>
      </w:tblGrid>
      <w:tr w:rsidR="00A5514C" w:rsidRPr="00A60567">
        <w:trPr>
          <w:jc w:val="center"/>
        </w:trPr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b/>
                <w:sz w:val="18"/>
              </w:rPr>
              <w:t>Lp.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b/>
                <w:sz w:val="18"/>
              </w:rPr>
              <w:t>Przedmiot dostawy (w tym projektor DCI, serwer, instalacja i uruchomienie)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b/>
                <w:sz w:val="18"/>
              </w:rPr>
              <w:t>Wartość dostawy brutto (zł)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b/>
                <w:sz w:val="18"/>
              </w:rPr>
              <w:t>Data wykonania (dzień/miesiąc/rok)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b/>
                <w:sz w:val="18"/>
              </w:rPr>
              <w:t>Podmiot, na rzecz którego dostawa została wykonana (nazwa, adres)</w:t>
            </w:r>
          </w:p>
        </w:tc>
      </w:tr>
      <w:tr w:rsidR="00A5514C" w:rsidRPr="00A60567">
        <w:trPr>
          <w:jc w:val="center"/>
        </w:trPr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</w:tr>
      <w:tr w:rsidR="00A5514C" w:rsidRPr="00A60567">
        <w:trPr>
          <w:jc w:val="center"/>
        </w:trPr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</w:tr>
      <w:tr w:rsidR="00A5514C" w:rsidRPr="00A60567">
        <w:trPr>
          <w:jc w:val="center"/>
        </w:trPr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  <w:tc>
          <w:tcPr>
            <w:tcW w:w="1926" w:type="dxa"/>
            <w:vAlign w:val="center"/>
          </w:tcPr>
          <w:p w:rsidR="00A5514C" w:rsidRPr="00A60567" w:rsidRDefault="00A60567">
            <w:pPr>
              <w:spacing w:after="0"/>
              <w:rPr>
                <w:rFonts w:ascii="Arial" w:hAnsi="Arial" w:cs="Arial"/>
              </w:rPr>
            </w:pP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  <w:r w:rsidRPr="00A60567">
              <w:rPr>
                <w:rFonts w:ascii="Arial" w:hAnsi="Arial" w:cs="Arial"/>
                <w:sz w:val="18"/>
              </w:rPr>
              <w:br/>
            </w:r>
          </w:p>
        </w:tc>
      </w:tr>
    </w:tbl>
    <w:p w:rsidR="00A60567" w:rsidRPr="00A60567" w:rsidRDefault="00A60567">
      <w:pPr>
        <w:rPr>
          <w:rFonts w:ascii="Arial" w:hAnsi="Arial" w:cs="Arial"/>
          <w:b/>
        </w:rPr>
      </w:pPr>
    </w:p>
    <w:p w:rsidR="00A5514C" w:rsidRPr="00A60567" w:rsidRDefault="00A60567">
      <w:pPr>
        <w:rPr>
          <w:rFonts w:ascii="Arial" w:hAnsi="Arial" w:cs="Arial"/>
        </w:rPr>
      </w:pPr>
      <w:proofErr w:type="spellStart"/>
      <w:r w:rsidRPr="00A60567">
        <w:rPr>
          <w:rFonts w:ascii="Arial" w:hAnsi="Arial" w:cs="Arial"/>
          <w:b/>
        </w:rPr>
        <w:lastRenderedPageBreak/>
        <w:t>Uwaga</w:t>
      </w:r>
      <w:proofErr w:type="spellEnd"/>
      <w:r w:rsidRPr="00A60567">
        <w:rPr>
          <w:rFonts w:ascii="Arial" w:hAnsi="Arial" w:cs="Arial"/>
          <w:b/>
        </w:rPr>
        <w:t xml:space="preserve">: </w:t>
      </w:r>
      <w:r w:rsidRPr="00A60567">
        <w:rPr>
          <w:rFonts w:ascii="Arial" w:hAnsi="Arial" w:cs="Arial"/>
        </w:rPr>
        <w:t xml:space="preserve">Do </w:t>
      </w:r>
      <w:proofErr w:type="spellStart"/>
      <w:r w:rsidRPr="00A60567">
        <w:rPr>
          <w:rFonts w:ascii="Arial" w:hAnsi="Arial" w:cs="Arial"/>
        </w:rPr>
        <w:t>wykazu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należy</w:t>
      </w:r>
      <w:proofErr w:type="spellEnd"/>
      <w:r w:rsidRPr="00A60567">
        <w:rPr>
          <w:rFonts w:ascii="Arial" w:hAnsi="Arial" w:cs="Arial"/>
        </w:rPr>
        <w:t xml:space="preserve"> dołączyć dowody określające, czy wskazane dostawy zostały wykonane należycie, w szczególności referencje bądź inne dokumenty sporządzone przez podmiot, na rzecz którego dostawy zostały wykonane. Jeżeli z przyczyn niezależnych od Wykonawcy nie jest on w stanie uzyskać takich dokumentów, dopuszcza się oświadczenie Wykonawcy.</w:t>
      </w: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>W przypadku świadczeń powtarzających się lub ciągłych wykaz należy dostosować do wymagań SWZ; niniejszy formularz dotyczy dostaw wykonanych.</w:t>
      </w: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 xml:space="preserve">Oświadczam, że informacje podane w </w:t>
      </w:r>
      <w:proofErr w:type="spellStart"/>
      <w:r w:rsidRPr="00A60567">
        <w:rPr>
          <w:rFonts w:ascii="Arial" w:hAnsi="Arial" w:cs="Arial"/>
        </w:rPr>
        <w:t>wykazie</w:t>
      </w:r>
      <w:proofErr w:type="spellEnd"/>
      <w:r w:rsidRPr="00A60567">
        <w:rPr>
          <w:rFonts w:ascii="Arial" w:hAnsi="Arial" w:cs="Arial"/>
        </w:rPr>
        <w:t xml:space="preserve"> są </w:t>
      </w:r>
      <w:proofErr w:type="spellStart"/>
      <w:r w:rsidRPr="00A60567">
        <w:rPr>
          <w:rFonts w:ascii="Arial" w:hAnsi="Arial" w:cs="Arial"/>
        </w:rPr>
        <w:t>zgodne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ze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stanem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faktycznym</w:t>
      </w:r>
      <w:proofErr w:type="spellEnd"/>
      <w:r w:rsidRPr="00A60567">
        <w:rPr>
          <w:rFonts w:ascii="Arial" w:hAnsi="Arial" w:cs="Arial"/>
        </w:rPr>
        <w:t>.</w:t>
      </w:r>
    </w:p>
    <w:p w:rsidR="00A60567" w:rsidRPr="00A60567" w:rsidRDefault="00A60567">
      <w:pPr>
        <w:rPr>
          <w:rFonts w:ascii="Arial" w:hAnsi="Arial" w:cs="Arial"/>
        </w:rPr>
      </w:pPr>
    </w:p>
    <w:p w:rsidR="00A5514C" w:rsidRPr="00A60567" w:rsidRDefault="00A60567">
      <w:pPr>
        <w:rPr>
          <w:rFonts w:ascii="Arial" w:hAnsi="Arial" w:cs="Arial"/>
        </w:rPr>
      </w:pPr>
      <w:r w:rsidRPr="00A60567"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</w:t>
      </w:r>
      <w:r w:rsidRPr="00A60567">
        <w:rPr>
          <w:rFonts w:ascii="Arial" w:hAnsi="Arial" w:cs="Arial"/>
        </w:rPr>
        <w:t xml:space="preserve">                 ..........................................</w:t>
      </w:r>
      <w:r>
        <w:rPr>
          <w:rFonts w:ascii="Arial" w:hAnsi="Arial" w:cs="Arial"/>
        </w:rPr>
        <w:t>..................................</w:t>
      </w:r>
      <w:r w:rsidRPr="00A60567">
        <w:rPr>
          <w:rFonts w:ascii="Arial" w:hAnsi="Arial" w:cs="Arial"/>
        </w:rPr>
        <w:t>..................</w:t>
      </w:r>
    </w:p>
    <w:p w:rsidR="00A5514C" w:rsidRPr="00A60567" w:rsidRDefault="00A605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A60567">
        <w:rPr>
          <w:rFonts w:ascii="Arial" w:hAnsi="Arial" w:cs="Arial"/>
        </w:rPr>
        <w:t xml:space="preserve"> miejscowość, data                              podpis osoby uprawnionej do reprezentacji Wykonawcy</w:t>
      </w:r>
    </w:p>
    <w:p w:rsidR="00A60567" w:rsidRPr="00A60567" w:rsidRDefault="00A60567">
      <w:pPr>
        <w:rPr>
          <w:rFonts w:ascii="Arial" w:hAnsi="Arial" w:cs="Arial"/>
        </w:rPr>
      </w:pPr>
    </w:p>
    <w:p w:rsidR="00A5514C" w:rsidRPr="00A60567" w:rsidRDefault="00A60567">
      <w:pPr>
        <w:rPr>
          <w:rFonts w:ascii="Arial" w:hAnsi="Arial" w:cs="Arial"/>
        </w:rPr>
      </w:pPr>
      <w:proofErr w:type="spellStart"/>
      <w:r w:rsidRPr="00A60567">
        <w:rPr>
          <w:rFonts w:ascii="Arial" w:hAnsi="Arial" w:cs="Arial"/>
        </w:rPr>
        <w:t>Dokument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należy</w:t>
      </w:r>
      <w:proofErr w:type="spellEnd"/>
      <w:r w:rsidRPr="00A60567">
        <w:rPr>
          <w:rFonts w:ascii="Arial" w:hAnsi="Arial" w:cs="Arial"/>
        </w:rPr>
        <w:t xml:space="preserve"> </w:t>
      </w:r>
      <w:proofErr w:type="spellStart"/>
      <w:r w:rsidRPr="00A60567">
        <w:rPr>
          <w:rFonts w:ascii="Arial" w:hAnsi="Arial" w:cs="Arial"/>
        </w:rPr>
        <w:t>złożyć</w:t>
      </w:r>
      <w:proofErr w:type="spellEnd"/>
      <w:r w:rsidRPr="00A60567">
        <w:rPr>
          <w:rFonts w:ascii="Arial" w:hAnsi="Arial" w:cs="Arial"/>
        </w:rPr>
        <w:t xml:space="preserve"> w postaci elektronicznej, podpisany zgodnie z wymaganiami SWZ.</w:t>
      </w:r>
    </w:p>
    <w:sectPr w:rsidR="00A5514C" w:rsidRPr="00A60567" w:rsidSect="00034616"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5514C"/>
    <w:rsid w:val="00A60567"/>
    <w:rsid w:val="00AA1D8D"/>
    <w:rsid w:val="00B47730"/>
    <w:rsid w:val="00BE6F8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DC8E772-81AC-4ADE-A425-43DE8DFD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504E9D-B0B2-44D5-A76E-131AA8420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CHDK_N</cp:lastModifiedBy>
  <cp:revision>3</cp:revision>
  <dcterms:created xsi:type="dcterms:W3CDTF">2026-10-19T10:37:00Z</dcterms:created>
  <dcterms:modified xsi:type="dcterms:W3CDTF">2026-10-20T11:30:00Z</dcterms:modified>
  <cp:category/>
</cp:coreProperties>
</file>