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645" w:rsidRDefault="00E01105">
      <w:pPr>
        <w:jc w:val="center"/>
      </w:pPr>
      <w:r>
        <w:rPr>
          <w:b/>
          <w:color w:val="1F4E78"/>
          <w:sz w:val="34"/>
        </w:rPr>
        <w:t>WYKAZ DOSTAW I USŁUG</w:t>
      </w:r>
    </w:p>
    <w:p w:rsidR="00E47645" w:rsidRDefault="00E01105">
      <w:pPr>
        <w:jc w:val="center"/>
      </w:pPr>
      <w:r>
        <w:rPr>
          <w:b/>
        </w:rPr>
        <w:t>Załącznik nr 6 do SWZ</w:t>
      </w:r>
    </w:p>
    <w:p w:rsidR="00907F27" w:rsidRDefault="00E01105">
      <w:pPr>
        <w:jc w:val="center"/>
      </w:pPr>
      <w:proofErr w:type="spellStart"/>
      <w:r>
        <w:t>Znak</w:t>
      </w:r>
      <w:proofErr w:type="spellEnd"/>
      <w:r>
        <w:t xml:space="preserve"> </w:t>
      </w:r>
      <w:proofErr w:type="spellStart"/>
      <w:r>
        <w:t>postępowania</w:t>
      </w:r>
      <w:proofErr w:type="spellEnd"/>
      <w:r>
        <w:t xml:space="preserve">: </w:t>
      </w:r>
      <w:bookmarkStart w:id="0" w:name="_GoBack"/>
      <w:r w:rsidR="003B43D7">
        <w:t>ZP.271.19.2026</w:t>
      </w:r>
      <w:bookmarkEnd w:id="0"/>
    </w:p>
    <w:p w:rsidR="00E47645" w:rsidRDefault="00E01105">
      <w:pPr>
        <w:jc w:val="center"/>
      </w:pPr>
      <w:r>
        <w:t>Postępowanie: Dostawa i wdrożenie rozwiązań cyberbezpieczeństwa IT/OT/ICS wraz z usługami organizacyjnymi, szkoleniowymi i audytowymi</w:t>
      </w:r>
    </w:p>
    <w:p w:rsidR="00E47645" w:rsidRDefault="00E01105">
      <w:r>
        <w:t xml:space="preserve">Nazwa Wykonawcy: </w:t>
      </w:r>
      <w:r>
        <w:t>........................................................................................................................................................................</w:t>
      </w:r>
    </w:p>
    <w:p w:rsidR="00E47645" w:rsidRDefault="00E01105">
      <w:r>
        <w:t>Należy wykazać co najmniej 2 należycie wykonane zamówienia. Łącznie wykazane zamówienia</w:t>
      </w:r>
      <w:r>
        <w:t xml:space="preserve"> muszą potwierdzać co najmniej jedno zamówienie wdrożeniowe obejmujące min. 4 wskazane obszary oraz co najmniej jedno zamówienie usługowe obejmujące min. 2 wskazane obszary. Jedno zamówienie może potwierdzać oba wymagania.</w:t>
      </w:r>
    </w:p>
    <w:p w:rsidR="00E47645" w:rsidRDefault="00E01105">
      <w:pPr>
        <w:pStyle w:val="Nagwek2"/>
      </w:pPr>
      <w:r>
        <w:t>Zamówienie nr 1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2057"/>
        <w:gridCol w:w="5475"/>
        <w:gridCol w:w="1889"/>
        <w:gridCol w:w="4971"/>
      </w:tblGrid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Przedmiot i zakre</w:t>
            </w:r>
            <w:r>
              <w:rPr>
                <w:b/>
                <w:sz w:val="16"/>
              </w:rPr>
              <w:t>s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Odbiorca / podmiot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................................................................................................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Okres</w:t>
            </w:r>
            <w:r>
              <w:rPr>
                <w:b/>
                <w:sz w:val="16"/>
              </w:rPr>
              <w:t xml:space="preserve"> realizacji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od ........................ do 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Wartość brutto*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........................................ zł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Charakter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[ ] wdrożeniowy   [ ] usługowy   [ ] obejmuje oba zakresy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Dowód należytego wykonania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referencja / protokół</w:t>
            </w:r>
            <w:r>
              <w:rPr>
                <w:sz w:val="16"/>
              </w:rPr>
              <w:t xml:space="preserve"> / inny: ................................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Obszary wdrożeniowe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[ ] NGFW/UTM   [ ] switching/routing/VLAN   [ ] serwery/wirtualizacja   [ ] storage/NAS   [ ] backup/DR</w:t>
            </w:r>
            <w:r>
              <w:rPr>
                <w:sz w:val="16"/>
              </w:rPr>
              <w:br/>
              <w:t>[ ] AD/IAM/MFA/PKI   [ ] SIEM   [ ] endpoint security   [ ] hardening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 xml:space="preserve">zaznaczyć </w:t>
            </w:r>
            <w:r>
              <w:rPr>
                <w:sz w:val="16"/>
              </w:rPr>
              <w:t>min. 4, jeśli zamówienie wykazuje zakres wdrożeniowy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Obszary usługowe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[ ] SZBI/SZCD/BCP/DRP   [ ] zarządzanie podatnościami/hardening</w:t>
            </w:r>
            <w:r>
              <w:rPr>
                <w:sz w:val="16"/>
              </w:rPr>
              <w:br/>
              <w:t>[ ] MIDS/MDR/SOC/CTI/Incident Response   [ ] szkolenia/testy socjotechniczne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 xml:space="preserve">zaznaczyć min. 2, jeśli zamówienie </w:t>
            </w:r>
            <w:r>
              <w:rPr>
                <w:sz w:val="16"/>
              </w:rPr>
              <w:t>wykazuje zakres usługowy</w:t>
            </w:r>
          </w:p>
        </w:tc>
      </w:tr>
    </w:tbl>
    <w:p w:rsidR="00E47645" w:rsidRDefault="00E47645"/>
    <w:p w:rsidR="00E47645" w:rsidRDefault="00E01105">
      <w:r>
        <w:br w:type="page"/>
      </w:r>
    </w:p>
    <w:p w:rsidR="00E47645" w:rsidRDefault="00E01105">
      <w:pPr>
        <w:pStyle w:val="Nagwek2"/>
      </w:pPr>
      <w:r>
        <w:lastRenderedPageBreak/>
        <w:t>Zamówienie nr 2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2057"/>
        <w:gridCol w:w="5475"/>
        <w:gridCol w:w="1889"/>
        <w:gridCol w:w="4971"/>
      </w:tblGrid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Przedmiot i zakres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Odbiorca / podmiot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................................................................................................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Okres realizacji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od ........................ do 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Wartość brutto*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........................................ zł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Charakter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[ ]</w:t>
            </w:r>
            <w:r>
              <w:rPr>
                <w:sz w:val="16"/>
              </w:rPr>
              <w:t xml:space="preserve"> wdrożeniowy   [ ] usługowy   [ ] obejmuje oba zakresy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Dowód należytego wykonania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referencja / protokół / inny: ................................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Obszary wdrożeniowe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 xml:space="preserve">[ ] NGFW/UTM   [ ] switching/routing/VLAN   [ ] serwery/wirtualizacja   [ ] storage/NAS   </w:t>
            </w:r>
            <w:r>
              <w:rPr>
                <w:sz w:val="16"/>
              </w:rPr>
              <w:t>[ ] backup/DR</w:t>
            </w:r>
            <w:r>
              <w:rPr>
                <w:sz w:val="16"/>
              </w:rPr>
              <w:br/>
              <w:t>[ ] AD/IAM/MFA/PKI   [ ] SIEM   [ ] endpoint security   [ ] hardening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zaznaczyć min. 4, jeśli zamówienie wykazuje zakres wdrożeniowy</w:t>
            </w:r>
          </w:p>
        </w:tc>
      </w:tr>
      <w:tr w:rsidR="00E47645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Obszary usługowe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[ ] SZBI/SZCD/BCP/DRP   [ ] zarządzanie podatnościami/hardening</w:t>
            </w:r>
            <w:r>
              <w:rPr>
                <w:sz w:val="16"/>
              </w:rPr>
              <w:br/>
              <w:t xml:space="preserve">[ ] </w:t>
            </w:r>
            <w:r>
              <w:rPr>
                <w:sz w:val="16"/>
              </w:rPr>
              <w:t>MIDS/MDR/SOC/CTI/Incident Response   [ ] szkolenia/testy socjotechniczne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="00E47645" w:rsidRDefault="00E01105">
            <w:r>
              <w:rPr>
                <w:sz w:val="16"/>
              </w:rPr>
              <w:t>zaznaczyć min. 2, jeśli zamówienie wykazuje zakres usługowy</w:t>
            </w:r>
          </w:p>
        </w:tc>
      </w:tr>
    </w:tbl>
    <w:p w:rsidR="00E47645" w:rsidRDefault="00E47645"/>
    <w:p w:rsidR="00E47645" w:rsidRDefault="00E01105">
      <w:r>
        <w:t xml:space="preserve">Jeżeli Wykonawca zamierza wykazać więcej zamówień, może powielić blok formularza albo dołączyć dodatkowe strony </w:t>
      </w:r>
      <w:r>
        <w:t>zawierające co najmniej te same informacje.</w:t>
      </w:r>
    </w:p>
    <w:p w:rsidR="00E47645" w:rsidRDefault="00E01105">
      <w:r>
        <w:t>* Wartość podaje się informacyjnie. SWZ nie określa minimalnego progu wartości referencji.</w:t>
      </w:r>
    </w:p>
    <w:p w:rsidR="00E47645" w:rsidRDefault="00E01105">
      <w:r>
        <w:t>Do wykazu należy załączyć dowody potwierdzające należyte wykonanie zamówień zgodnie z właściwymi przepisami dotyczącymi p</w:t>
      </w:r>
      <w:r>
        <w:t>odmiotowych środków dowodowych.</w:t>
      </w:r>
    </w:p>
    <w:p w:rsidR="00E47645" w:rsidRDefault="00E01105">
      <w:r>
        <w:t>Podpis osoby/osób uprawnionych: ............................................................................................................................................................</w:t>
      </w:r>
    </w:p>
    <w:sectPr w:rsidR="00E47645" w:rsidSect="00034616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/>
      <w:pgMar w:top="624" w:right="794" w:bottom="624" w:left="79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105" w:rsidRDefault="00E01105">
      <w:pPr>
        <w:spacing w:after="0" w:line="240" w:lineRule="auto"/>
      </w:pPr>
      <w:r>
        <w:separator/>
      </w:r>
    </w:p>
  </w:endnote>
  <w:endnote w:type="continuationSeparator" w:id="0">
    <w:p w:rsidR="00E01105" w:rsidRDefault="00E01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645" w:rsidRDefault="00E01105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3B43D7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F27" w:rsidRDefault="00907F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105" w:rsidRDefault="00E01105">
      <w:pPr>
        <w:spacing w:after="0" w:line="240" w:lineRule="auto"/>
      </w:pPr>
      <w:r>
        <w:separator/>
      </w:r>
    </w:p>
  </w:footnote>
  <w:footnote w:type="continuationSeparator" w:id="0">
    <w:p w:rsidR="00E01105" w:rsidRDefault="00E01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2D" w:rsidRDefault="0044312D" w:rsidP="0044312D">
    <w:pPr>
      <w:pStyle w:val="Nagwek"/>
      <w:jc w:val="center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635B66D8" wp14:editId="448554B2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47645" w:rsidRDefault="00E01105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F27" w:rsidRDefault="00907F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3D7"/>
    <w:rsid w:val="0044312D"/>
    <w:rsid w:val="00907F27"/>
    <w:rsid w:val="00AA1D8D"/>
    <w:rsid w:val="00B47730"/>
    <w:rsid w:val="00CB0664"/>
    <w:rsid w:val="00DE042A"/>
    <w:rsid w:val="00E01105"/>
    <w:rsid w:val="00E47645"/>
    <w:rsid w:val="00EB49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B4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3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B4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3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13518C-9760-4F21-BB03-C8C2D2D74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2026-10-28T13:32:00Z</dcterms:modified>
  <cp:category/>
</cp:coreProperties>
</file>