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FEE" w:rsidRDefault="002053BF">
      <w:pPr>
        <w:jc w:val="center"/>
      </w:pPr>
      <w:r>
        <w:rPr>
          <w:b/>
          <w:color w:val="1F4E78"/>
          <w:sz w:val="36"/>
        </w:rPr>
        <w:t>OŚWIADCZENIE PODMIOTU UDOSTĘPNIAJĄCEGO ZASOBY</w:t>
      </w:r>
    </w:p>
    <w:p w:rsidR="00EF1FEE" w:rsidRDefault="002053BF">
      <w:pPr>
        <w:jc w:val="center"/>
      </w:pPr>
      <w:proofErr w:type="spellStart"/>
      <w:r>
        <w:rPr>
          <w:b/>
          <w:sz w:val="24"/>
        </w:rPr>
        <w:t>składane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podstawie</w:t>
      </w:r>
      <w:proofErr w:type="spellEnd"/>
      <w:r>
        <w:rPr>
          <w:b/>
          <w:sz w:val="24"/>
        </w:rPr>
        <w:t xml:space="preserve"> art. 125 </w:t>
      </w:r>
      <w:proofErr w:type="spellStart"/>
      <w:r>
        <w:rPr>
          <w:b/>
          <w:sz w:val="24"/>
        </w:rPr>
        <w:t>ust</w:t>
      </w:r>
      <w:proofErr w:type="spellEnd"/>
      <w:r>
        <w:rPr>
          <w:b/>
          <w:sz w:val="24"/>
        </w:rPr>
        <w:t xml:space="preserve">. 5 </w:t>
      </w:r>
      <w:proofErr w:type="spellStart"/>
      <w:r>
        <w:rPr>
          <w:b/>
          <w:sz w:val="24"/>
        </w:rPr>
        <w:t>Pzp</w:t>
      </w:r>
      <w:proofErr w:type="spellEnd"/>
    </w:p>
    <w:p w:rsidR="00EF1FEE" w:rsidRDefault="002053BF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</w:t>
      </w:r>
      <w:proofErr w:type="spellStart"/>
      <w:r>
        <w:rPr>
          <w:color w:val="666666"/>
        </w:rPr>
        <w:t>nr</w:t>
      </w:r>
      <w:proofErr w:type="spellEnd"/>
      <w:r>
        <w:rPr>
          <w:color w:val="666666"/>
        </w:rPr>
        <w:t xml:space="preserve"> 5A do SWZ</w:t>
      </w:r>
    </w:p>
    <w:p w:rsidR="00F8584F" w:rsidRDefault="002053BF">
      <w:pPr>
        <w:jc w:val="center"/>
      </w:pPr>
      <w:r>
        <w:rPr>
          <w:sz w:val="18"/>
        </w:rPr>
        <w:t xml:space="preserve">Znak postępowania: </w:t>
      </w:r>
      <w:r w:rsidR="00DF5783">
        <w:rPr>
          <w:sz w:val="18"/>
        </w:rPr>
        <w:t>ZP.271.19.2026</w:t>
      </w:r>
      <w:bookmarkStart w:id="0" w:name="_GoBack"/>
      <w:bookmarkEnd w:id="0"/>
    </w:p>
    <w:p w:rsidR="00EF1FEE" w:rsidRDefault="00EF1FEE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F1FEE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proofErr w:type="spellStart"/>
            <w:r>
              <w:t>Gmina</w:t>
            </w:r>
            <w:proofErr w:type="spellEnd"/>
            <w:r>
              <w:t xml:space="preserve"> </w:t>
            </w:r>
            <w:proofErr w:type="spellStart"/>
            <w:r>
              <w:t>Abramów</w:t>
            </w:r>
            <w:proofErr w:type="spellEnd"/>
            <w:r>
              <w:t xml:space="preserve">, </w:t>
            </w:r>
            <w:proofErr w:type="spellStart"/>
            <w:r>
              <w:t>ul</w:t>
            </w:r>
            <w:proofErr w:type="spellEnd"/>
            <w:r>
              <w:t xml:space="preserve">. </w:t>
            </w:r>
            <w:proofErr w:type="spellStart"/>
            <w:r>
              <w:t>Szkolna</w:t>
            </w:r>
            <w:proofErr w:type="spellEnd"/>
            <w:r>
              <w:t xml:space="preserve"> 2, 21-143 </w:t>
            </w:r>
            <w:proofErr w:type="spellStart"/>
            <w:r>
              <w:t>Abramów</w:t>
            </w:r>
            <w:proofErr w:type="spellEnd"/>
            <w:r>
              <w:t>, NIP: 714-19-96-761</w:t>
            </w:r>
          </w:p>
        </w:tc>
      </w:tr>
      <w:tr w:rsidR="00EF1FEE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r>
              <w:t xml:space="preserve">Cyberbezpieczne </w:t>
            </w:r>
            <w:proofErr w:type="spellStart"/>
            <w:r>
              <w:t>Wodociągi</w:t>
            </w:r>
            <w:proofErr w:type="spellEnd"/>
            <w:r>
              <w:t xml:space="preserve"> w </w:t>
            </w:r>
            <w:proofErr w:type="spellStart"/>
            <w:r>
              <w:t>Gminie</w:t>
            </w:r>
            <w:proofErr w:type="spellEnd"/>
            <w:r>
              <w:t xml:space="preserve"> </w:t>
            </w:r>
            <w:proofErr w:type="spellStart"/>
            <w:r>
              <w:t>Abramów</w:t>
            </w:r>
            <w:proofErr w:type="spellEnd"/>
          </w:p>
        </w:tc>
      </w:tr>
      <w:tr w:rsidR="00EF1FEE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proofErr w:type="spellStart"/>
            <w:r>
              <w:t>Krajowy</w:t>
            </w:r>
            <w:proofErr w:type="spellEnd"/>
            <w:r>
              <w:t xml:space="preserve"> Plan </w:t>
            </w:r>
            <w:proofErr w:type="spellStart"/>
            <w:r>
              <w:t>Odbudowy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Zwiększania</w:t>
            </w:r>
            <w:proofErr w:type="spellEnd"/>
            <w:r>
              <w:t xml:space="preserve"> </w:t>
            </w:r>
            <w:proofErr w:type="spellStart"/>
            <w:r>
              <w:t>Odporności</w:t>
            </w:r>
            <w:proofErr w:type="spellEnd"/>
            <w:r>
              <w:t xml:space="preserve">, C3.1.1 </w:t>
            </w:r>
            <w:proofErr w:type="spellStart"/>
            <w:r>
              <w:t>Cyberbezpieczeństwo</w:t>
            </w:r>
            <w:proofErr w:type="spellEnd"/>
            <w:r>
              <w:t xml:space="preserve"> – </w:t>
            </w:r>
            <w:proofErr w:type="spellStart"/>
            <w:r>
              <w:t>CyberPL</w:t>
            </w:r>
            <w:proofErr w:type="spellEnd"/>
          </w:p>
        </w:tc>
      </w:tr>
      <w:tr w:rsidR="00EF1FEE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F1FEE" w:rsidRDefault="002053BF">
            <w:r>
              <w:t>KPOD.05.10-CW.01-001/25</w:t>
            </w:r>
          </w:p>
        </w:tc>
      </w:tr>
    </w:tbl>
    <w:p w:rsidR="00EF1FEE" w:rsidRDefault="00EF1FEE"/>
    <w:p w:rsidR="00EF1FEE" w:rsidRDefault="002053BF"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: </w:t>
      </w:r>
      <w:r>
        <w:t>........................................................................................................</w:t>
      </w:r>
    </w:p>
    <w:p w:rsidR="00EF1FEE" w:rsidRDefault="002053BF">
      <w:r>
        <w:t>Adres / NIP: .......................................................................................................................................</w:t>
      </w:r>
    </w:p>
    <w:p w:rsidR="00EF1FEE" w:rsidRDefault="002053BF">
      <w:proofErr w:type="spellStart"/>
      <w:r>
        <w:t>Wy</w:t>
      </w:r>
      <w:r>
        <w:t>konawca</w:t>
      </w:r>
      <w:proofErr w:type="spellEnd"/>
      <w:r>
        <w:t xml:space="preserve">, </w:t>
      </w:r>
      <w:proofErr w:type="spellStart"/>
      <w:r>
        <w:t>któremu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>: ................................................................................</w:t>
      </w:r>
    </w:p>
    <w:p w:rsidR="00EF1FEE" w:rsidRDefault="002053BF">
      <w:pPr>
        <w:pStyle w:val="Nagwek1"/>
      </w:pPr>
      <w:r>
        <w:t xml:space="preserve">1.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podstaw</w:t>
      </w:r>
      <w:proofErr w:type="spellEnd"/>
      <w:r>
        <w:t xml:space="preserve"> </w:t>
      </w:r>
      <w:proofErr w:type="spellStart"/>
      <w:r>
        <w:t>wykluczenia</w:t>
      </w:r>
      <w:proofErr w:type="spellEnd"/>
    </w:p>
    <w:p w:rsidR="00B85427" w:rsidRPr="00B85427" w:rsidRDefault="00B85427" w:rsidP="00B85427">
      <w:proofErr w:type="spellStart"/>
      <w:r w:rsidRPr="00B85427">
        <w:t>Oświadczam</w:t>
      </w:r>
      <w:proofErr w:type="spellEnd"/>
      <w:r w:rsidRPr="00B85427">
        <w:t xml:space="preserve">, </w:t>
      </w:r>
      <w:proofErr w:type="spellStart"/>
      <w:r w:rsidRPr="00B85427">
        <w:t>że</w:t>
      </w:r>
      <w:proofErr w:type="spellEnd"/>
      <w:r w:rsidRPr="00B85427">
        <w:t xml:space="preserve"> </w:t>
      </w:r>
      <w:proofErr w:type="spellStart"/>
      <w:r w:rsidRPr="00B85427">
        <w:t>wobec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 </w:t>
      </w:r>
      <w:proofErr w:type="spellStart"/>
      <w:r w:rsidRPr="00B85427">
        <w:t>udostępniającego</w:t>
      </w:r>
      <w:proofErr w:type="spellEnd"/>
      <w:r w:rsidRPr="00B85427">
        <w:t xml:space="preserve"> </w:t>
      </w:r>
      <w:proofErr w:type="spellStart"/>
      <w:r w:rsidRPr="00B85427">
        <w:t>zasoby</w:t>
      </w:r>
      <w:proofErr w:type="spellEnd"/>
      <w:r w:rsidRPr="00B85427">
        <w:t xml:space="preserve"> </w:t>
      </w:r>
      <w:proofErr w:type="spellStart"/>
      <w:r w:rsidRPr="00B85427">
        <w:t>nie</w:t>
      </w:r>
      <w:proofErr w:type="spellEnd"/>
      <w:r w:rsidRPr="00B85427">
        <w:t xml:space="preserve"> </w:t>
      </w:r>
      <w:proofErr w:type="spellStart"/>
      <w:r w:rsidRPr="00B85427">
        <w:t>zachodzą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wykluczenia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w SWZ,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mającym</w:t>
      </w:r>
      <w:proofErr w:type="spellEnd"/>
      <w:r w:rsidRPr="00B85427">
        <w:t xml:space="preserve"> </w:t>
      </w:r>
      <w:proofErr w:type="spellStart"/>
      <w:r w:rsidRPr="00B85427">
        <w:t>zastosowanie</w:t>
      </w:r>
      <w:proofErr w:type="spellEnd"/>
      <w:r w:rsidRPr="00B85427">
        <w:t xml:space="preserve"> do </w:t>
      </w:r>
      <w:proofErr w:type="spellStart"/>
      <w:r w:rsidRPr="00B85427">
        <w:t>tego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, w </w:t>
      </w:r>
      <w:proofErr w:type="spellStart"/>
      <w:r w:rsidRPr="00B85427">
        <w:t>tym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w art. 108 </w:t>
      </w:r>
      <w:proofErr w:type="spellStart"/>
      <w:r w:rsidRPr="00B85427">
        <w:t>ust</w:t>
      </w:r>
      <w:proofErr w:type="spellEnd"/>
      <w:r w:rsidRPr="00B85427">
        <w:t xml:space="preserve">. 1 </w:t>
      </w:r>
      <w:proofErr w:type="spellStart"/>
      <w:r w:rsidRPr="00B85427">
        <w:t>Pzp</w:t>
      </w:r>
      <w:proofErr w:type="spellEnd"/>
      <w:r w:rsidRPr="00B85427">
        <w:t xml:space="preserve">, art. 109 </w:t>
      </w:r>
      <w:proofErr w:type="spellStart"/>
      <w:r w:rsidRPr="00B85427">
        <w:t>ust</w:t>
      </w:r>
      <w:proofErr w:type="spellEnd"/>
      <w:r w:rsidRPr="00B85427">
        <w:t xml:space="preserve">. 1 pkt 4, 5, 7, 8 </w:t>
      </w:r>
      <w:proofErr w:type="spellStart"/>
      <w:r w:rsidRPr="00B85427">
        <w:t>i</w:t>
      </w:r>
      <w:proofErr w:type="spellEnd"/>
      <w:r w:rsidRPr="00B85427">
        <w:t xml:space="preserve"> 10 </w:t>
      </w:r>
      <w:proofErr w:type="spellStart"/>
      <w:r w:rsidRPr="00B85427">
        <w:t>Pzp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w art. 7 </w:t>
      </w:r>
      <w:proofErr w:type="spellStart"/>
      <w:r w:rsidRPr="00B85427">
        <w:t>ust</w:t>
      </w:r>
      <w:proofErr w:type="spellEnd"/>
      <w:r w:rsidRPr="00B85427">
        <w:t xml:space="preserve">. 1 </w:t>
      </w:r>
      <w:proofErr w:type="spellStart"/>
      <w:r w:rsidRPr="00B85427">
        <w:t>pkt</w:t>
      </w:r>
      <w:proofErr w:type="spellEnd"/>
      <w:r w:rsidRPr="00B85427">
        <w:t xml:space="preserve"> 1–3 </w:t>
      </w:r>
      <w:proofErr w:type="spellStart"/>
      <w:r w:rsidRPr="00B85427">
        <w:t>ustawy</w:t>
      </w:r>
      <w:proofErr w:type="spellEnd"/>
      <w:r w:rsidRPr="00B85427">
        <w:t xml:space="preserve"> z </w:t>
      </w:r>
      <w:proofErr w:type="spellStart"/>
      <w:r w:rsidRPr="00B85427">
        <w:t>dnia</w:t>
      </w:r>
      <w:proofErr w:type="spellEnd"/>
      <w:r w:rsidRPr="00B85427">
        <w:t xml:space="preserve"> 13 </w:t>
      </w:r>
      <w:proofErr w:type="spellStart"/>
      <w:r w:rsidRPr="00B85427">
        <w:t>kwietnia</w:t>
      </w:r>
      <w:proofErr w:type="spellEnd"/>
      <w:r w:rsidRPr="00B85427">
        <w:t xml:space="preserve"> 2022 r. o </w:t>
      </w:r>
      <w:proofErr w:type="spellStart"/>
      <w:r w:rsidRPr="00B85427">
        <w:t>szczególnych</w:t>
      </w:r>
      <w:proofErr w:type="spellEnd"/>
      <w:r w:rsidRPr="00B85427">
        <w:t xml:space="preserve"> </w:t>
      </w:r>
      <w:proofErr w:type="spellStart"/>
      <w:r w:rsidRPr="00B85427">
        <w:t>rozwiązaniach</w:t>
      </w:r>
      <w:proofErr w:type="spellEnd"/>
      <w:r w:rsidRPr="00B85427">
        <w:t xml:space="preserve">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przeciwdziałania</w:t>
      </w:r>
      <w:proofErr w:type="spellEnd"/>
      <w:r w:rsidRPr="00B85427">
        <w:t xml:space="preserve"> </w:t>
      </w:r>
      <w:proofErr w:type="spellStart"/>
      <w:r w:rsidRPr="00B85427">
        <w:t>wspieraniu</w:t>
      </w:r>
      <w:proofErr w:type="spellEnd"/>
      <w:r w:rsidRPr="00B85427">
        <w:t xml:space="preserve"> </w:t>
      </w:r>
      <w:proofErr w:type="spellStart"/>
      <w:r w:rsidRPr="00B85427">
        <w:t>agresji</w:t>
      </w:r>
      <w:proofErr w:type="spellEnd"/>
      <w:r w:rsidRPr="00B85427">
        <w:t xml:space="preserve"> </w:t>
      </w:r>
      <w:proofErr w:type="spellStart"/>
      <w:r w:rsidRPr="00B85427">
        <w:t>na</w:t>
      </w:r>
      <w:proofErr w:type="spellEnd"/>
      <w:r w:rsidRPr="00B85427">
        <w:t xml:space="preserve"> </w:t>
      </w:r>
      <w:proofErr w:type="spellStart"/>
      <w:r w:rsidRPr="00B85427">
        <w:t>Ukrainę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</w:t>
      </w:r>
      <w:proofErr w:type="spellStart"/>
      <w:r w:rsidRPr="00B85427">
        <w:t>służących</w:t>
      </w:r>
      <w:proofErr w:type="spellEnd"/>
      <w:r w:rsidRPr="00B85427">
        <w:t xml:space="preserve"> </w:t>
      </w:r>
      <w:proofErr w:type="spellStart"/>
      <w:r w:rsidRPr="00B85427">
        <w:t>ochronie</w:t>
      </w:r>
      <w:proofErr w:type="spellEnd"/>
      <w:r w:rsidRPr="00B85427">
        <w:t xml:space="preserve"> </w:t>
      </w:r>
      <w:proofErr w:type="spellStart"/>
      <w:r w:rsidRPr="00B85427">
        <w:t>bezpieczeństwa</w:t>
      </w:r>
      <w:proofErr w:type="spellEnd"/>
      <w:r w:rsidRPr="00B85427">
        <w:t xml:space="preserve"> </w:t>
      </w:r>
      <w:proofErr w:type="spellStart"/>
      <w:r w:rsidRPr="00B85427">
        <w:t>narodowego</w:t>
      </w:r>
      <w:proofErr w:type="spellEnd"/>
      <w:r w:rsidRPr="00B85427">
        <w:t>.</w:t>
      </w:r>
    </w:p>
    <w:p w:rsidR="00EF1FEE" w:rsidRDefault="002053BF">
      <w:proofErr w:type="gramStart"/>
      <w:r>
        <w:t xml:space="preserve">[ ] NIE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podstawy</w:t>
      </w:r>
      <w:proofErr w:type="spellEnd"/>
      <w:r>
        <w:t xml:space="preserve"> </w:t>
      </w:r>
      <w:proofErr w:type="spellStart"/>
      <w:r>
        <w:t>wykluczenia</w:t>
      </w:r>
      <w:proofErr w:type="spellEnd"/>
      <w:r>
        <w:t>.</w:t>
      </w:r>
      <w:proofErr w:type="gramEnd"/>
    </w:p>
    <w:p w:rsidR="00EF1FEE" w:rsidRDefault="002053BF">
      <w:proofErr w:type="gramStart"/>
      <w:r>
        <w:t xml:space="preserve">[ ]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okoliczności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zastosowano</w:t>
      </w:r>
      <w:proofErr w:type="spellEnd"/>
      <w:r>
        <w:t xml:space="preserve"> </w:t>
      </w:r>
      <w:proofErr w:type="spellStart"/>
      <w:r>
        <w:t>środki</w:t>
      </w:r>
      <w:proofErr w:type="spellEnd"/>
      <w:r>
        <w:t xml:space="preserve"> </w:t>
      </w:r>
      <w:proofErr w:type="spellStart"/>
      <w:r>
        <w:t>naprawcze</w:t>
      </w:r>
      <w:proofErr w:type="spellEnd"/>
      <w:r>
        <w:t xml:space="preserve"> / </w:t>
      </w:r>
      <w:proofErr w:type="spellStart"/>
      <w:r>
        <w:t>samooczyszczenie</w:t>
      </w:r>
      <w:proofErr w:type="spellEnd"/>
      <w:r>
        <w:t>.</w:t>
      </w:r>
      <w:proofErr w:type="gram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dowody</w:t>
      </w:r>
      <w:proofErr w:type="spellEnd"/>
      <w:r>
        <w:t xml:space="preserve"> </w:t>
      </w:r>
      <w:proofErr w:type="spellStart"/>
      <w:r>
        <w:t>załączono</w:t>
      </w:r>
      <w:proofErr w:type="spellEnd"/>
      <w:r>
        <w:t>.</w:t>
      </w:r>
    </w:p>
    <w:p w:rsidR="00EF1FEE" w:rsidRDefault="002053BF">
      <w:pPr>
        <w:pStyle w:val="Nagwek1"/>
      </w:pPr>
      <w:r>
        <w:t xml:space="preserve">2. </w:t>
      </w:r>
      <w:proofErr w:type="spellStart"/>
      <w:r>
        <w:t>Spełnianie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udział</w:t>
      </w:r>
      <w:r>
        <w:t>u</w:t>
      </w:r>
      <w:proofErr w:type="spellEnd"/>
    </w:p>
    <w:p w:rsidR="00EF1FEE" w:rsidRDefault="002053BF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, w </w:t>
      </w:r>
      <w:proofErr w:type="spellStart"/>
      <w:r>
        <w:t>jakim</w:t>
      </w:r>
      <w:proofErr w:type="spellEnd"/>
      <w:r>
        <w:t xml:space="preserve">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powołuje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, </w:t>
      </w:r>
      <w:proofErr w:type="spellStart"/>
      <w:r>
        <w:t>tj</w:t>
      </w:r>
      <w:proofErr w:type="spellEnd"/>
      <w:r>
        <w:t>.:</w:t>
      </w:r>
    </w:p>
    <w:p w:rsidR="00EF1FEE" w:rsidRDefault="002053BF">
      <w:r>
        <w:t>.........................................................................................................................</w:t>
      </w:r>
      <w:r>
        <w:t>.......................</w:t>
      </w:r>
    </w:p>
    <w:p w:rsidR="00EF1FEE" w:rsidRDefault="002053BF">
      <w:pPr>
        <w:pStyle w:val="Nagwek1"/>
      </w:pPr>
      <w:r>
        <w:t xml:space="preserve">3. </w:t>
      </w:r>
      <w:proofErr w:type="spellStart"/>
      <w:r>
        <w:t>Aktualność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danych</w:t>
      </w:r>
      <w:proofErr w:type="spellEnd"/>
    </w:p>
    <w:p w:rsidR="00EF1FEE" w:rsidRDefault="002053BF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zawarte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oświadczeniu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z </w:t>
      </w:r>
      <w:proofErr w:type="spellStart"/>
      <w:r>
        <w:t>prawdą</w:t>
      </w:r>
      <w:proofErr w:type="spellEnd"/>
      <w:r>
        <w:t>.</w:t>
      </w:r>
    </w:p>
    <w:p w:rsidR="00EF1FEE" w:rsidRDefault="00EF1FEE"/>
    <w:sectPr w:rsidR="00EF1FEE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3BF" w:rsidRDefault="002053BF">
      <w:pPr>
        <w:spacing w:after="0" w:line="240" w:lineRule="auto"/>
      </w:pPr>
      <w:r>
        <w:separator/>
      </w:r>
    </w:p>
  </w:endnote>
  <w:endnote w:type="continuationSeparator" w:id="0">
    <w:p w:rsidR="002053BF" w:rsidRDefault="00205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FEE" w:rsidRDefault="002053BF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</w:instrText>
    </w:r>
    <w:r>
      <w:rPr>
        <w:color w:val="666666"/>
        <w:sz w:val="16"/>
      </w:rPr>
      <w:instrText>GE</w:instrText>
    </w:r>
    <w:r>
      <w:rPr>
        <w:color w:val="666666"/>
        <w:sz w:val="16"/>
      </w:rPr>
      <w:fldChar w:fldCharType="separate"/>
    </w:r>
    <w:r w:rsidR="00DF5783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84F" w:rsidRDefault="00F8584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3BF" w:rsidRDefault="002053BF">
      <w:pPr>
        <w:spacing w:after="0" w:line="240" w:lineRule="auto"/>
      </w:pPr>
      <w:r>
        <w:separator/>
      </w:r>
    </w:p>
  </w:footnote>
  <w:footnote w:type="continuationSeparator" w:id="0">
    <w:p w:rsidR="002053BF" w:rsidRDefault="00205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BA" w:rsidRDefault="00780EBA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6FB860D2" wp14:editId="0F675187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F1FEE" w:rsidRDefault="002053BF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84F" w:rsidRDefault="00F858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4DB"/>
    <w:rsid w:val="0006063C"/>
    <w:rsid w:val="0015074B"/>
    <w:rsid w:val="002053BF"/>
    <w:rsid w:val="0029639D"/>
    <w:rsid w:val="00326F90"/>
    <w:rsid w:val="00490CD1"/>
    <w:rsid w:val="00761E77"/>
    <w:rsid w:val="00780EBA"/>
    <w:rsid w:val="00AA1D8D"/>
    <w:rsid w:val="00B47730"/>
    <w:rsid w:val="00B85427"/>
    <w:rsid w:val="00CB0664"/>
    <w:rsid w:val="00DE042A"/>
    <w:rsid w:val="00DF5783"/>
    <w:rsid w:val="00EF1FEE"/>
    <w:rsid w:val="00F82472"/>
    <w:rsid w:val="00F858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B46CD8-E151-4295-AC70-1255B087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2026-10-28T13:31:00Z</dcterms:modified>
  <cp:category/>
</cp:coreProperties>
</file>