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D01" w:rsidRDefault="00993D01">
      <w:pPr>
        <w:jc w:val="center"/>
        <w:rPr>
          <w:b/>
          <w:color w:val="1F4E78"/>
          <w:sz w:val="36"/>
        </w:rPr>
      </w:pPr>
    </w:p>
    <w:p w:rsidR="00E40ACF" w:rsidRDefault="009D5477">
      <w:pPr>
        <w:jc w:val="center"/>
      </w:pPr>
      <w:r>
        <w:rPr>
          <w:b/>
          <w:color w:val="1F4E78"/>
          <w:sz w:val="36"/>
        </w:rPr>
        <w:t>OŚWIADCZENIE WYKONAWCY</w:t>
      </w:r>
    </w:p>
    <w:p w:rsidR="00E40ACF" w:rsidRDefault="009D5477">
      <w:pPr>
        <w:jc w:val="center"/>
      </w:pPr>
      <w:r>
        <w:rPr>
          <w:b/>
          <w:sz w:val="24"/>
        </w:rPr>
        <w:t>składane na podstawie art. 125 ust. 1 Pzp</w:t>
      </w:r>
    </w:p>
    <w:p w:rsidR="00E40ACF" w:rsidRDefault="009D5477">
      <w:pPr>
        <w:jc w:val="center"/>
      </w:pPr>
      <w:r>
        <w:rPr>
          <w:color w:val="666666"/>
        </w:rPr>
        <w:t>Załącznik nr 5 do SWZ</w:t>
      </w:r>
    </w:p>
    <w:p w:rsidR="00E40ACF" w:rsidRDefault="009D5477" w:rsidP="00261DBD">
      <w:pPr>
        <w:jc w:val="center"/>
      </w:pPr>
      <w:r>
        <w:rPr>
          <w:sz w:val="18"/>
        </w:rPr>
        <w:t xml:space="preserve">Znak postępowania: </w:t>
      </w:r>
      <w:r w:rsidR="00261DBD">
        <w:rPr>
          <w:sz w:val="18"/>
        </w:rPr>
        <w:t>ZP.271.19.2026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E40ACF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40ACF" w:rsidRDefault="009D5477">
            <w:r>
              <w:rPr>
                <w:b/>
              </w:rPr>
              <w:t>Zamawiający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40ACF" w:rsidRDefault="009D5477">
            <w:r>
              <w:t>Gmina Abramów, ul. Szkolna 2, 21-143 Abramów, NIP: 714-19-96-761</w:t>
            </w:r>
          </w:p>
        </w:tc>
      </w:tr>
      <w:tr w:rsidR="00E40ACF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40ACF" w:rsidRDefault="009D5477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40ACF" w:rsidRDefault="009D5477">
            <w:r>
              <w:t xml:space="preserve">Cyberbezpieczne Wodociągi w </w:t>
            </w:r>
            <w:r>
              <w:t>Gminie Abramów</w:t>
            </w:r>
          </w:p>
        </w:tc>
      </w:tr>
      <w:tr w:rsidR="00E40ACF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40ACF" w:rsidRDefault="009D5477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40ACF" w:rsidRDefault="009D5477">
            <w:r>
              <w:t>Krajowy Plan Odbudowy i Zwiększania Odporności, C3.1.1 Cyberbezpieczeństwo – CyberPL</w:t>
            </w:r>
          </w:p>
        </w:tc>
      </w:tr>
      <w:tr w:rsidR="00E40ACF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40ACF" w:rsidRDefault="009D5477">
            <w:r>
              <w:rPr>
                <w:b/>
              </w:rPr>
              <w:t>Nabór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40ACF" w:rsidRDefault="009D5477">
            <w:r>
              <w:t>KPOD.05.10-CW.01-001/25</w:t>
            </w:r>
          </w:p>
        </w:tc>
      </w:tr>
    </w:tbl>
    <w:p w:rsidR="00951485" w:rsidRDefault="00951485"/>
    <w:p w:rsidR="00E40ACF" w:rsidRDefault="009D5477">
      <w:r>
        <w:t xml:space="preserve">Nazwa Wykonawcy: </w:t>
      </w:r>
      <w:r>
        <w:t>................................................................................................................</w:t>
      </w:r>
    </w:p>
    <w:p w:rsidR="00E40ACF" w:rsidRDefault="009D5477">
      <w:r>
        <w:t>Adres / NIP: ..................................................................................................................................</w:t>
      </w:r>
      <w:r>
        <w:t>....</w:t>
      </w:r>
    </w:p>
    <w:p w:rsidR="00E40ACF" w:rsidRPr="00C47AD0" w:rsidRDefault="009D5477">
      <w:pPr>
        <w:pStyle w:val="Nagwek1"/>
        <w:rPr>
          <w:rFonts w:ascii="Arial" w:hAnsi="Arial" w:cs="Arial"/>
          <w:sz w:val="22"/>
          <w:szCs w:val="22"/>
        </w:rPr>
      </w:pPr>
      <w:r w:rsidRPr="00C47AD0">
        <w:rPr>
          <w:rFonts w:ascii="Arial" w:hAnsi="Arial" w:cs="Arial"/>
          <w:sz w:val="22"/>
          <w:szCs w:val="22"/>
        </w:rPr>
        <w:t>1. Brak podstaw wykluczenia</w:t>
      </w:r>
    </w:p>
    <w:p w:rsidR="00C47AD0" w:rsidRPr="00C47AD0" w:rsidRDefault="00C47AD0" w:rsidP="00C47AD0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 xml:space="preserve">Oświadczam, że wobec Wykonawcy nie zachodzą podstawy wykluczenia określone w art. 108 ust. 1 </w:t>
      </w:r>
      <w:proofErr w:type="spellStart"/>
      <w:r w:rsidRPr="00C47AD0">
        <w:rPr>
          <w:rFonts w:cs="Arial"/>
          <w:sz w:val="22"/>
          <w:lang w:val="pl-PL"/>
        </w:rPr>
        <w:t>Pzp</w:t>
      </w:r>
      <w:proofErr w:type="spellEnd"/>
      <w:r w:rsidRPr="00C47AD0">
        <w:rPr>
          <w:rFonts w:cs="Arial"/>
          <w:sz w:val="22"/>
          <w:lang w:val="pl-PL"/>
        </w:rPr>
        <w:t xml:space="preserve"> oraz – w zakresie przewidzianym w SWZ – w art. 109 ust. 1 pkt 4, 5, 7, 8 i 10 </w:t>
      </w:r>
      <w:proofErr w:type="spellStart"/>
      <w:r w:rsidRPr="00C47AD0">
        <w:rPr>
          <w:rFonts w:cs="Arial"/>
          <w:sz w:val="22"/>
          <w:lang w:val="pl-PL"/>
        </w:rPr>
        <w:t>Pzp</w:t>
      </w:r>
      <w:proofErr w:type="spellEnd"/>
      <w:r w:rsidRPr="00C47AD0">
        <w:rPr>
          <w:rFonts w:cs="Arial"/>
          <w:sz w:val="22"/>
          <w:lang w:val="pl-PL"/>
        </w:rPr>
        <w:t>, a także w art. 7 ust. 1 pkt 1–3 ustawy z dnia 13 kwietnia 2022 r. o szczególnych rozwiązaniach w zakresie przeciwdziałania wspieraniu agresji na Ukrainę oraz służących ochronie bezpieczeństwa narodowego.</w:t>
      </w:r>
    </w:p>
    <w:p w:rsidR="00C47AD0" w:rsidRPr="00C47AD0" w:rsidRDefault="00C47AD0" w:rsidP="00C47AD0">
      <w:pPr>
        <w:rPr>
          <w:rFonts w:cs="Arial"/>
          <w:sz w:val="22"/>
          <w:lang w:val="pl-PL"/>
        </w:rPr>
      </w:pPr>
      <w:proofErr w:type="gramStart"/>
      <w:r w:rsidRPr="00C47AD0">
        <w:rPr>
          <w:rFonts w:cs="Arial"/>
          <w:sz w:val="22"/>
          <w:lang w:val="pl-PL"/>
        </w:rPr>
        <w:t xml:space="preserve">[ ] </w:t>
      </w:r>
      <w:proofErr w:type="gramEnd"/>
      <w:r w:rsidRPr="00C47AD0">
        <w:rPr>
          <w:rFonts w:cs="Arial"/>
          <w:sz w:val="22"/>
          <w:lang w:val="pl-PL"/>
        </w:rPr>
        <w:t>NIE zachodzą podstawy wykluczenia.</w:t>
      </w:r>
    </w:p>
    <w:p w:rsidR="00C47AD0" w:rsidRPr="00C47AD0" w:rsidRDefault="00C47AD0" w:rsidP="00C47AD0">
      <w:pPr>
        <w:rPr>
          <w:rFonts w:cs="Arial"/>
          <w:sz w:val="22"/>
          <w:lang w:val="pl-PL"/>
        </w:rPr>
      </w:pPr>
      <w:proofErr w:type="gramStart"/>
      <w:r w:rsidRPr="00C47AD0">
        <w:rPr>
          <w:rFonts w:cs="Arial"/>
          <w:sz w:val="22"/>
          <w:lang w:val="pl-PL"/>
        </w:rPr>
        <w:t xml:space="preserve">[ ] </w:t>
      </w:r>
      <w:proofErr w:type="gramEnd"/>
      <w:r w:rsidRPr="00C47AD0">
        <w:rPr>
          <w:rFonts w:cs="Arial"/>
          <w:sz w:val="22"/>
          <w:lang w:val="pl-PL"/>
        </w:rPr>
        <w:t>Zachodzą okoliczności, lecz Wykonawca podjął środki naprawcze / samooczyszczenie. Opis i dowody załączono.</w:t>
      </w:r>
    </w:p>
    <w:p w:rsidR="00E40ACF" w:rsidRPr="00C47AD0" w:rsidRDefault="00E40ACF" w:rsidP="00C47AD0">
      <w:pPr>
        <w:rPr>
          <w:rFonts w:cs="Arial"/>
          <w:sz w:val="22"/>
        </w:rPr>
      </w:pPr>
    </w:p>
    <w:p w:rsidR="00E40ACF" w:rsidRPr="00C47AD0" w:rsidRDefault="009D5477">
      <w:pPr>
        <w:pStyle w:val="Nagwek1"/>
        <w:rPr>
          <w:rFonts w:ascii="Arial" w:hAnsi="Arial" w:cs="Arial"/>
          <w:sz w:val="22"/>
          <w:szCs w:val="22"/>
        </w:rPr>
      </w:pPr>
      <w:r w:rsidRPr="00C47AD0">
        <w:rPr>
          <w:rFonts w:ascii="Arial" w:hAnsi="Arial" w:cs="Arial"/>
          <w:sz w:val="22"/>
          <w:szCs w:val="22"/>
        </w:rPr>
        <w:t>2. Spełnianie warunków udziału</w:t>
      </w:r>
    </w:p>
    <w:p w:rsidR="00E40ACF" w:rsidRPr="00C47AD0" w:rsidRDefault="009D5477">
      <w:pPr>
        <w:rPr>
          <w:rFonts w:cs="Arial"/>
          <w:sz w:val="22"/>
        </w:rPr>
      </w:pPr>
      <w:r w:rsidRPr="00C47AD0">
        <w:rPr>
          <w:rFonts w:cs="Arial"/>
          <w:sz w:val="22"/>
        </w:rPr>
        <w:t>Oświadczam, że Wykonawca spełnia warunki udziału w postępowaniu określone w SWZ.</w:t>
      </w:r>
    </w:p>
    <w:p w:rsidR="00E40ACF" w:rsidRPr="00C47AD0" w:rsidRDefault="009D5477">
      <w:pPr>
        <w:rPr>
          <w:rFonts w:cs="Arial"/>
          <w:sz w:val="22"/>
        </w:rPr>
      </w:pPr>
      <w:r w:rsidRPr="00C47AD0">
        <w:rPr>
          <w:rFonts w:cs="Arial"/>
          <w:sz w:val="22"/>
        </w:rPr>
        <w:t>[ ] samodzielnie</w:t>
      </w:r>
    </w:p>
    <w:p w:rsidR="00E40ACF" w:rsidRPr="00C47AD0" w:rsidRDefault="009D5477">
      <w:pPr>
        <w:rPr>
          <w:rFonts w:cs="Arial"/>
          <w:sz w:val="22"/>
        </w:rPr>
      </w:pPr>
      <w:r w:rsidRPr="00C47AD0">
        <w:rPr>
          <w:rFonts w:cs="Arial"/>
          <w:sz w:val="22"/>
        </w:rPr>
        <w:t>[ ] z wykorzystaniem zasobów podmiotu udostępniającego zasoby w zakresi</w:t>
      </w:r>
      <w:r w:rsidRPr="00C47AD0">
        <w:rPr>
          <w:rFonts w:cs="Arial"/>
          <w:sz w:val="22"/>
        </w:rPr>
        <w:t>e: ........................................................</w:t>
      </w:r>
    </w:p>
    <w:p w:rsidR="00E40ACF" w:rsidRPr="00C47AD0" w:rsidRDefault="009D5477">
      <w:pPr>
        <w:pStyle w:val="Nagwek1"/>
        <w:rPr>
          <w:rFonts w:ascii="Arial" w:hAnsi="Arial" w:cs="Arial"/>
          <w:sz w:val="22"/>
          <w:szCs w:val="22"/>
        </w:rPr>
      </w:pPr>
      <w:r w:rsidRPr="00C47AD0">
        <w:rPr>
          <w:rFonts w:ascii="Arial" w:hAnsi="Arial" w:cs="Arial"/>
          <w:sz w:val="22"/>
          <w:szCs w:val="22"/>
        </w:rPr>
        <w:t>3. Dane dostępne w bezpłatnych bazach</w:t>
      </w:r>
    </w:p>
    <w:p w:rsidR="00E40ACF" w:rsidRPr="00C47AD0" w:rsidRDefault="009D5477">
      <w:pPr>
        <w:rPr>
          <w:rFonts w:cs="Arial"/>
          <w:sz w:val="22"/>
        </w:rPr>
      </w:pPr>
      <w:r w:rsidRPr="00C47AD0">
        <w:rPr>
          <w:rFonts w:cs="Arial"/>
          <w:sz w:val="22"/>
        </w:rPr>
        <w:t>Adres bazy / rejestru i dane umożliwiające dostęp: ........................................................................................</w:t>
      </w:r>
    </w:p>
    <w:p w:rsidR="00C47AD0" w:rsidRDefault="00C47AD0" w:rsidP="0099575D">
      <w:pPr>
        <w:rPr>
          <w:rFonts w:cs="Arial"/>
          <w:b/>
          <w:bCs/>
          <w:sz w:val="22"/>
          <w:lang w:val="pl-PL"/>
        </w:rPr>
      </w:pPr>
    </w:p>
    <w:p w:rsidR="0099575D" w:rsidRPr="00C47AD0" w:rsidRDefault="0099575D" w:rsidP="0099575D">
      <w:pPr>
        <w:rPr>
          <w:rFonts w:cs="Arial"/>
          <w:color w:val="1F497D" w:themeColor="text2"/>
          <w:sz w:val="22"/>
          <w:lang w:val="pl-PL"/>
        </w:rPr>
      </w:pPr>
      <w:r w:rsidRPr="00C47AD0">
        <w:rPr>
          <w:rFonts w:cs="Arial"/>
          <w:b/>
          <w:bCs/>
          <w:color w:val="1F497D" w:themeColor="text2"/>
          <w:sz w:val="22"/>
          <w:lang w:val="pl-PL"/>
        </w:rPr>
        <w:t>4. Informacja dotycząca certyfikatu wykonawcy zamówień publicznych</w:t>
      </w:r>
    </w:p>
    <w:p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Wykonawca nie będzie posługiwał się certyfikatem wykonawcy zamówień publicznych.</w:t>
      </w:r>
    </w:p>
    <w:p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Wykonawca będzie posługiwał się certyfikatem wykonawcy zamówień publicznych.</w:t>
      </w:r>
    </w:p>
    <w:p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W przypadku posługiwania się certyfikatem należy wskazać:</w:t>
      </w:r>
    </w:p>
    <w:p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lastRenderedPageBreak/>
        <w:t>numer i oznaczenie certyfikatu: ........................................................................................................</w:t>
      </w:r>
    </w:p>
    <w:p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nazwa podmiotu certyfikującego: ....................................................................................................</w:t>
      </w:r>
    </w:p>
    <w:p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okres ważności certyfikatu: .............................................................................................................</w:t>
      </w:r>
    </w:p>
    <w:p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zakres, w jakim Wykonawca będzie posługiwał się certyfikatem:</w:t>
      </w:r>
    </w:p>
    <w:p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brak podstaw wykluczenia </w:t>
      </w: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spełnianie warunków udziału </w:t>
      </w: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oba powyższe zakresy</w:t>
      </w:r>
    </w:p>
    <w:p w:rsidR="00C47AD0" w:rsidRDefault="00C47AD0" w:rsidP="0099575D">
      <w:pPr>
        <w:rPr>
          <w:rFonts w:cs="Arial"/>
          <w:b/>
          <w:bCs/>
          <w:sz w:val="22"/>
          <w:lang w:val="pl-PL"/>
        </w:rPr>
      </w:pPr>
    </w:p>
    <w:p w:rsidR="0099575D" w:rsidRPr="003E3197" w:rsidRDefault="0099575D" w:rsidP="003E3197">
      <w:pPr>
        <w:pStyle w:val="Nagwek1"/>
        <w:rPr>
          <w:rFonts w:ascii="Arial" w:hAnsi="Arial" w:cs="Arial"/>
          <w:sz w:val="22"/>
          <w:szCs w:val="22"/>
        </w:rPr>
      </w:pPr>
      <w:r w:rsidRPr="00C47AD0">
        <w:rPr>
          <w:rFonts w:ascii="Arial" w:hAnsi="Arial" w:cs="Arial"/>
          <w:sz w:val="22"/>
          <w:szCs w:val="22"/>
          <w:lang w:val="pl-PL"/>
        </w:rPr>
        <w:t>5. Prawdziwość informacji</w:t>
      </w:r>
    </w:p>
    <w:p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Oświadczam, że wszystkie informacje podane w niniejszym oświadczeniu są aktualne na dzień składania ofert i zgodne z prawdą.</w:t>
      </w:r>
    </w:p>
    <w:p w:rsidR="0099575D" w:rsidRPr="00C47AD0" w:rsidRDefault="0099575D">
      <w:pPr>
        <w:rPr>
          <w:rFonts w:cs="Arial"/>
          <w:sz w:val="22"/>
        </w:rPr>
      </w:pPr>
    </w:p>
    <w:sectPr w:rsidR="0099575D" w:rsidRPr="00C47AD0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20" w:right="1134" w:bottom="90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477" w:rsidRDefault="009D5477">
      <w:pPr>
        <w:spacing w:after="0" w:line="240" w:lineRule="auto"/>
      </w:pPr>
      <w:r>
        <w:separator/>
      </w:r>
    </w:p>
  </w:endnote>
  <w:endnote w:type="continuationSeparator" w:id="0">
    <w:p w:rsidR="009D5477" w:rsidRDefault="009D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ACF" w:rsidRDefault="009D5477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261DBD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CF2" w:rsidRDefault="00047CF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477" w:rsidRDefault="009D5477">
      <w:pPr>
        <w:spacing w:after="0" w:line="240" w:lineRule="auto"/>
      </w:pPr>
      <w:r>
        <w:separator/>
      </w:r>
    </w:p>
  </w:footnote>
  <w:footnote w:type="continuationSeparator" w:id="0">
    <w:p w:rsidR="009D5477" w:rsidRDefault="009D5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7E7" w:rsidRDefault="004507E7">
    <w:pPr>
      <w:pStyle w:val="Nagwek"/>
      <w:jc w:val="right"/>
      <w:rPr>
        <w:color w:val="666666"/>
        <w:sz w:val="16"/>
      </w:rPr>
    </w:pPr>
    <w:r w:rsidRPr="000D5503">
      <w:rPr>
        <w:noProof/>
        <w:lang w:val="pl-PL" w:eastAsia="pl-PL"/>
      </w:rPr>
      <w:drawing>
        <wp:inline distT="0" distB="0" distL="0" distR="0" wp14:anchorId="62EC41B1" wp14:editId="1CA106BC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40ACF" w:rsidRDefault="009D5477">
    <w:pPr>
      <w:pStyle w:val="Nagwek"/>
      <w:jc w:val="right"/>
    </w:pPr>
    <w:proofErr w:type="spellStart"/>
    <w:r>
      <w:rPr>
        <w:color w:val="666666"/>
        <w:sz w:val="16"/>
      </w:rPr>
      <w:t>Gmina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Abramów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CF2" w:rsidRDefault="00047CF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7CF2"/>
    <w:rsid w:val="0006063C"/>
    <w:rsid w:val="0015074B"/>
    <w:rsid w:val="0026199C"/>
    <w:rsid w:val="00261DBD"/>
    <w:rsid w:val="0029639D"/>
    <w:rsid w:val="00326F90"/>
    <w:rsid w:val="003C3E0E"/>
    <w:rsid w:val="003E3197"/>
    <w:rsid w:val="004507E7"/>
    <w:rsid w:val="00951485"/>
    <w:rsid w:val="00993D01"/>
    <w:rsid w:val="0099575D"/>
    <w:rsid w:val="009D5477"/>
    <w:rsid w:val="00AA1D8D"/>
    <w:rsid w:val="00B47730"/>
    <w:rsid w:val="00C47AD0"/>
    <w:rsid w:val="00CB0664"/>
    <w:rsid w:val="00DE042A"/>
    <w:rsid w:val="00E40A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261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D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261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D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9E9AB9-8409-4A99-924E-B83AC9CB9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378</Words>
  <Characters>2270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2643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Izabela Winiarczyk</cp:lastModifiedBy>
  <cp:revision>2</cp:revision>
  <dcterms:created xsi:type="dcterms:W3CDTF">2013-12-23T23:15:00Z</dcterms:created>
  <dcterms:modified xsi:type="dcterms:W3CDTF">2026-10-28T13:26:00Z</dcterms:modified>
  <cp:category/>
</cp:coreProperties>
</file>