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29B" w:rsidRDefault="00865F02">
      <w:pPr>
        <w:jc w:val="center"/>
      </w:pPr>
      <w:r>
        <w:rPr>
          <w:b/>
          <w:color w:val="1F4E78"/>
          <w:sz w:val="36"/>
        </w:rPr>
        <w:t>FORMULARZ OFERTOWY</w:t>
      </w:r>
    </w:p>
    <w:p w:rsidR="00D1529B" w:rsidRDefault="00865F02">
      <w:pPr>
        <w:jc w:val="center"/>
      </w:pPr>
      <w:r>
        <w:rPr>
          <w:b/>
          <w:sz w:val="24"/>
        </w:rPr>
        <w:t>Dostawa i wdrożenie rozwiązań cyberbezpieczeństwa IT/OT/ICS</w:t>
      </w:r>
    </w:p>
    <w:p w:rsidR="00D1529B" w:rsidRDefault="00865F02">
      <w:pPr>
        <w:jc w:val="center"/>
      </w:pPr>
      <w:r>
        <w:rPr>
          <w:color w:val="666666"/>
        </w:rPr>
        <w:t xml:space="preserve">Załącznik nr 1 </w:t>
      </w:r>
      <w:proofErr w:type="gramStart"/>
      <w:r>
        <w:rPr>
          <w:color w:val="666666"/>
        </w:rPr>
        <w:t>do</w:t>
      </w:r>
      <w:proofErr w:type="gramEnd"/>
      <w:r>
        <w:rPr>
          <w:color w:val="666666"/>
        </w:rPr>
        <w:t xml:space="preserve"> SWZ</w:t>
      </w:r>
    </w:p>
    <w:p w:rsidR="00813BBF" w:rsidRDefault="00865F02">
      <w:pPr>
        <w:jc w:val="center"/>
      </w:pPr>
      <w:proofErr w:type="spellStart"/>
      <w:r>
        <w:rPr>
          <w:sz w:val="18"/>
        </w:rPr>
        <w:t>Znak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postępowania</w:t>
      </w:r>
      <w:proofErr w:type="spellEnd"/>
      <w:r>
        <w:rPr>
          <w:sz w:val="18"/>
        </w:rPr>
        <w:t xml:space="preserve">: </w:t>
      </w:r>
      <w:r w:rsidR="00B7429C">
        <w:rPr>
          <w:sz w:val="18"/>
        </w:rPr>
        <w:t>ZP.271.19.2026</w:t>
      </w:r>
    </w:p>
    <w:p w:rsidR="00D1529B" w:rsidRDefault="00D1529B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D1529B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 w:rsidP="00B7429C">
            <w:proofErr w:type="spellStart"/>
            <w:r>
              <w:t>Gmina</w:t>
            </w:r>
            <w:proofErr w:type="spellEnd"/>
            <w:r>
              <w:t xml:space="preserve"> </w:t>
            </w:r>
            <w:proofErr w:type="spellStart"/>
            <w:r>
              <w:t>Abramów</w:t>
            </w:r>
            <w:proofErr w:type="spellEnd"/>
            <w:r>
              <w:t xml:space="preserve">, </w:t>
            </w:r>
            <w:proofErr w:type="spellStart"/>
            <w:r>
              <w:t>ul</w:t>
            </w:r>
            <w:proofErr w:type="spellEnd"/>
            <w:r>
              <w:t xml:space="preserve">. </w:t>
            </w:r>
            <w:proofErr w:type="spellStart"/>
            <w:r>
              <w:t>Szkolna</w:t>
            </w:r>
            <w:proofErr w:type="spellEnd"/>
            <w:r>
              <w:t xml:space="preserve"> 2, 21-143 </w:t>
            </w:r>
            <w:proofErr w:type="spellStart"/>
            <w:r>
              <w:t>Abramów</w:t>
            </w:r>
            <w:proofErr w:type="spellEnd"/>
            <w:r>
              <w:t xml:space="preserve">, NIP: </w:t>
            </w:r>
            <w:r w:rsidR="00B7429C">
              <w:t>714-199-67-61</w:t>
            </w:r>
          </w:p>
        </w:tc>
      </w:tr>
      <w:tr w:rsidR="00D1529B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t>Cyberbezpieczne Wodociągi w Gminie Abramów</w:t>
            </w:r>
          </w:p>
        </w:tc>
      </w:tr>
      <w:tr w:rsidR="00D1529B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t>Krajowy Plan Odbudowy i Zwiększania Odporności, C3.1.1 Cyberbezpieczeństwo – CyberPL</w:t>
            </w:r>
          </w:p>
        </w:tc>
      </w:tr>
      <w:tr w:rsidR="00D1529B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1529B" w:rsidRDefault="00865F02">
            <w:r>
              <w:t>KPOD.05.10-CW.01-001/25</w:t>
            </w:r>
          </w:p>
        </w:tc>
      </w:tr>
    </w:tbl>
    <w:p w:rsidR="00D1529B" w:rsidRDefault="00D1529B"/>
    <w:p w:rsidR="00D1529B" w:rsidRDefault="00865F02">
      <w:bookmarkStart w:id="0" w:name="_GoBack"/>
      <w:bookmarkEnd w:id="0"/>
      <w:r>
        <w:br w:type="page"/>
      </w:r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lastRenderedPageBreak/>
        <w:t>1. Dane Wykonawcy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b/>
          <w:sz w:val="22"/>
        </w:rPr>
        <w:t xml:space="preserve">Nazwa / firma: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b/>
          <w:sz w:val="22"/>
        </w:rPr>
        <w:t xml:space="preserve">Adres: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b/>
          <w:sz w:val="22"/>
        </w:rPr>
        <w:t xml:space="preserve">NIP: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b/>
          <w:sz w:val="22"/>
        </w:rPr>
        <w:t xml:space="preserve">REGON: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b/>
          <w:sz w:val="22"/>
        </w:rPr>
        <w:t xml:space="preserve">KRS / CEIDG: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b/>
          <w:sz w:val="22"/>
        </w:rPr>
        <w:t>e-mail</w:t>
      </w:r>
      <w:proofErr w:type="gramEnd"/>
      <w:r w:rsidRPr="0044246C">
        <w:rPr>
          <w:rFonts w:cs="Arial"/>
          <w:b/>
          <w:sz w:val="22"/>
        </w:rPr>
        <w:t xml:space="preserve">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b/>
          <w:sz w:val="22"/>
        </w:rPr>
        <w:t>telefon</w:t>
      </w:r>
      <w:proofErr w:type="gramEnd"/>
      <w:r w:rsidRPr="0044246C">
        <w:rPr>
          <w:rFonts w:cs="Arial"/>
          <w:b/>
          <w:sz w:val="22"/>
        </w:rPr>
        <w:t xml:space="preserve">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b/>
          <w:sz w:val="22"/>
        </w:rPr>
        <w:t>osoba</w:t>
      </w:r>
      <w:proofErr w:type="gramEnd"/>
      <w:r w:rsidRPr="0044246C">
        <w:rPr>
          <w:rFonts w:cs="Arial"/>
          <w:b/>
          <w:sz w:val="22"/>
        </w:rPr>
        <w:t xml:space="preserve"> do kontaktu: </w:t>
      </w:r>
      <w:r w:rsidRPr="0044246C">
        <w:rPr>
          <w:rFonts w:cs="Arial"/>
          <w:sz w:val="22"/>
        </w:rPr>
        <w:t>................................................................................</w:t>
      </w:r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>2. Oferta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sz w:val="22"/>
        </w:rPr>
        <w:t xml:space="preserve">W odpowiedzi </w:t>
      </w:r>
      <w:proofErr w:type="gramStart"/>
      <w:r w:rsidRPr="0044246C">
        <w:rPr>
          <w:rFonts w:cs="Arial"/>
          <w:sz w:val="22"/>
        </w:rPr>
        <w:t>na</w:t>
      </w:r>
      <w:proofErr w:type="gramEnd"/>
      <w:r w:rsidRPr="0044246C">
        <w:rPr>
          <w:rFonts w:cs="Arial"/>
          <w:sz w:val="22"/>
        </w:rPr>
        <w:t xml:space="preserve"> SWZ oferujemy wykonanie całości zamówienia na warunkach określonych w dokumentacji postępowania.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D1529B" w:rsidRPr="0044246C">
        <w:trPr>
          <w:tblHeader/>
          <w:jc w:val="center"/>
        </w:trPr>
        <w:tc>
          <w:tcPr>
            <w:tcW w:w="300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b/>
                <w:color w:val="FFFFFF"/>
                <w:sz w:val="22"/>
              </w:rPr>
              <w:t>Cena netto</w:t>
            </w:r>
          </w:p>
        </w:tc>
        <w:tc>
          <w:tcPr>
            <w:tcW w:w="300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b/>
                <w:color w:val="FFFFFF"/>
                <w:sz w:val="22"/>
              </w:rPr>
              <w:t>VAT</w:t>
            </w:r>
          </w:p>
        </w:tc>
        <w:tc>
          <w:tcPr>
            <w:tcW w:w="300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b/>
                <w:color w:val="FFFFFF"/>
                <w:sz w:val="22"/>
              </w:rPr>
              <w:t>Cena brutto</w:t>
            </w:r>
          </w:p>
        </w:tc>
      </w:tr>
      <w:tr w:rsidR="00D1529B" w:rsidRPr="0044246C">
        <w:trPr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................................ zł</w:t>
            </w:r>
          </w:p>
        </w:tc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................................ zł</w:t>
            </w:r>
          </w:p>
        </w:tc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................................ zł</w:t>
            </w:r>
          </w:p>
        </w:tc>
      </w:tr>
    </w:tbl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sz w:val="22"/>
        </w:rPr>
        <w:t>Cena brutto musi być zgodna z sumą wartości brutto w Załączniku nr 3 – Formularz cenowy.</w:t>
      </w:r>
      <w:proofErr w:type="gramEnd"/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>3. Kryteria pozacenowe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6236"/>
        <w:gridCol w:w="2835"/>
      </w:tblGrid>
      <w:tr w:rsidR="00D1529B" w:rsidRPr="0044246C">
        <w:trPr>
          <w:tblHeader/>
          <w:jc w:val="center"/>
        </w:trPr>
        <w:tc>
          <w:tcPr>
            <w:tcW w:w="6236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b/>
                <w:color w:val="FFFFFF"/>
                <w:sz w:val="22"/>
              </w:rPr>
              <w:t>Parametr oceniany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b/>
                <w:color w:val="FFFFFF"/>
                <w:sz w:val="22"/>
              </w:rPr>
              <w:t>Oferowana wartość</w:t>
            </w:r>
          </w:p>
        </w:tc>
      </w:tr>
      <w:tr w:rsidR="00D1529B" w:rsidRPr="0044246C">
        <w:trPr>
          <w:jc w:val="center"/>
        </w:trPr>
        <w:tc>
          <w:tcPr>
            <w:tcW w:w="62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Okres gwarancji producenta na serwer fizyczny (min. 24 mies.)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........ miesięcy</w:t>
            </w:r>
          </w:p>
        </w:tc>
      </w:tr>
      <w:tr w:rsidR="00D1529B" w:rsidRPr="0044246C">
        <w:trPr>
          <w:jc w:val="center"/>
        </w:trPr>
        <w:tc>
          <w:tcPr>
            <w:tcW w:w="62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Okres pełnego wsparcia producenta/subskrypcji UTM/NGFW (min. 36 mies.)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1529B" w:rsidRPr="0044246C" w:rsidRDefault="00865F02">
            <w:pPr>
              <w:rPr>
                <w:rFonts w:cs="Arial"/>
                <w:sz w:val="22"/>
              </w:rPr>
            </w:pPr>
            <w:r w:rsidRPr="0044246C">
              <w:rPr>
                <w:rFonts w:cs="Arial"/>
                <w:sz w:val="22"/>
              </w:rPr>
              <w:t>........ miesięcy</w:t>
            </w:r>
          </w:p>
        </w:tc>
      </w:tr>
    </w:tbl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>4. Oświadczenia Wykonawcy</w:t>
      </w:r>
    </w:p>
    <w:p w:rsidR="0044246C" w:rsidRPr="0044246C" w:rsidRDefault="00491A44" w:rsidP="0044246C">
      <w:pPr>
        <w:pStyle w:val="Akapitzlist"/>
        <w:numPr>
          <w:ilvl w:val="0"/>
          <w:numId w:val="12"/>
        </w:numPr>
        <w:spacing w:after="0" w:line="276" w:lineRule="auto"/>
        <w:ind w:left="323" w:hanging="323"/>
        <w:jc w:val="both"/>
        <w:rPr>
          <w:rFonts w:cs="Arial"/>
          <w:iCs/>
          <w:sz w:val="22"/>
        </w:rPr>
      </w:pPr>
      <w:proofErr w:type="spellStart"/>
      <w:r w:rsidRPr="0044246C">
        <w:rPr>
          <w:rFonts w:cs="Arial"/>
          <w:iCs/>
          <w:sz w:val="22"/>
        </w:rPr>
        <w:t>Oświadczam</w:t>
      </w:r>
      <w:proofErr w:type="spellEnd"/>
      <w:r w:rsidRPr="0044246C">
        <w:rPr>
          <w:rFonts w:cs="Arial"/>
          <w:iCs/>
          <w:sz w:val="22"/>
        </w:rPr>
        <w:t xml:space="preserve">/y, </w:t>
      </w:r>
      <w:proofErr w:type="spellStart"/>
      <w:r w:rsidRPr="0044246C">
        <w:rPr>
          <w:rFonts w:cs="Arial"/>
          <w:iCs/>
          <w:sz w:val="22"/>
        </w:rPr>
        <w:t>że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powyższa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cena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zawierają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wszystkie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koszty</w:t>
      </w:r>
      <w:proofErr w:type="spellEnd"/>
      <w:r w:rsidRPr="0044246C">
        <w:rPr>
          <w:rFonts w:cs="Arial"/>
          <w:iCs/>
          <w:sz w:val="22"/>
        </w:rPr>
        <w:t xml:space="preserve">, </w:t>
      </w:r>
      <w:proofErr w:type="spellStart"/>
      <w:r w:rsidRPr="0044246C">
        <w:rPr>
          <w:rFonts w:cs="Arial"/>
          <w:iCs/>
          <w:sz w:val="22"/>
        </w:rPr>
        <w:t>jakie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ponosi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Zamawiający</w:t>
      </w:r>
      <w:proofErr w:type="spellEnd"/>
      <w:r w:rsidRPr="0044246C">
        <w:rPr>
          <w:rFonts w:cs="Arial"/>
          <w:iCs/>
          <w:sz w:val="22"/>
        </w:rPr>
        <w:t xml:space="preserve"> </w:t>
      </w:r>
      <w:r w:rsidRPr="0044246C">
        <w:rPr>
          <w:rFonts w:cs="Arial"/>
          <w:iCs/>
          <w:sz w:val="22"/>
        </w:rPr>
        <w:br/>
        <w:t xml:space="preserve">w </w:t>
      </w:r>
      <w:proofErr w:type="spellStart"/>
      <w:r w:rsidRPr="0044246C">
        <w:rPr>
          <w:rFonts w:cs="Arial"/>
          <w:iCs/>
          <w:sz w:val="22"/>
        </w:rPr>
        <w:t>przypadku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wyboru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niniejszej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oferty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proofErr w:type="gramStart"/>
      <w:r w:rsidRPr="0044246C">
        <w:rPr>
          <w:rFonts w:cs="Arial"/>
          <w:iCs/>
          <w:sz w:val="22"/>
        </w:rPr>
        <w:t>na</w:t>
      </w:r>
      <w:proofErr w:type="spellEnd"/>
      <w:proofErr w:type="gram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zasadach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wynikających</w:t>
      </w:r>
      <w:proofErr w:type="spellEnd"/>
      <w:r w:rsidRPr="0044246C">
        <w:rPr>
          <w:rFonts w:cs="Arial"/>
          <w:iCs/>
          <w:sz w:val="22"/>
        </w:rPr>
        <w:t xml:space="preserve"> z </w:t>
      </w:r>
      <w:proofErr w:type="spellStart"/>
      <w:r w:rsidRPr="0044246C">
        <w:rPr>
          <w:rFonts w:cs="Arial"/>
          <w:iCs/>
          <w:sz w:val="22"/>
        </w:rPr>
        <w:t>umowy</w:t>
      </w:r>
      <w:proofErr w:type="spellEnd"/>
      <w:r w:rsidR="0044246C" w:rsidRPr="0044246C">
        <w:rPr>
          <w:rFonts w:cs="Arial"/>
          <w:iCs/>
          <w:sz w:val="22"/>
        </w:rPr>
        <w:t xml:space="preserve"> </w:t>
      </w:r>
      <w:proofErr w:type="spellStart"/>
      <w:r w:rsidR="0044246C" w:rsidRPr="0044246C">
        <w:rPr>
          <w:rFonts w:cs="Arial"/>
          <w:iCs/>
          <w:sz w:val="22"/>
        </w:rPr>
        <w:t>tj</w:t>
      </w:r>
      <w:proofErr w:type="spellEnd"/>
      <w:r w:rsidR="0044246C" w:rsidRPr="0044246C">
        <w:rPr>
          <w:rFonts w:cs="Arial"/>
          <w:iCs/>
          <w:sz w:val="22"/>
        </w:rPr>
        <w:t xml:space="preserve">. </w:t>
      </w:r>
      <w:r w:rsidR="0044246C" w:rsidRPr="0044246C">
        <w:rPr>
          <w:rFonts w:cs="Arial"/>
          <w:sz w:val="22"/>
        </w:rPr>
        <w:t xml:space="preserve"> </w:t>
      </w:r>
      <w:proofErr w:type="spellStart"/>
      <w:proofErr w:type="gramStart"/>
      <w:r w:rsidR="0044246C" w:rsidRPr="0044246C">
        <w:rPr>
          <w:rFonts w:cs="Arial"/>
          <w:sz w:val="22"/>
        </w:rPr>
        <w:t>wszystkie</w:t>
      </w:r>
      <w:proofErr w:type="spellEnd"/>
      <w:proofErr w:type="gram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licencje</w:t>
      </w:r>
      <w:proofErr w:type="spellEnd"/>
      <w:r w:rsidR="0044246C" w:rsidRPr="0044246C">
        <w:rPr>
          <w:rFonts w:cs="Arial"/>
          <w:sz w:val="22"/>
        </w:rPr>
        <w:t xml:space="preserve">, </w:t>
      </w:r>
      <w:proofErr w:type="spellStart"/>
      <w:r w:rsidR="0044246C" w:rsidRPr="0044246C">
        <w:rPr>
          <w:rFonts w:cs="Arial"/>
          <w:sz w:val="22"/>
        </w:rPr>
        <w:t>subskrypcje</w:t>
      </w:r>
      <w:proofErr w:type="spellEnd"/>
      <w:r w:rsidR="0044246C" w:rsidRPr="0044246C">
        <w:rPr>
          <w:rFonts w:cs="Arial"/>
          <w:sz w:val="22"/>
        </w:rPr>
        <w:t xml:space="preserve">, </w:t>
      </w:r>
      <w:proofErr w:type="spellStart"/>
      <w:r w:rsidR="0044246C" w:rsidRPr="0044246C">
        <w:rPr>
          <w:rFonts w:cs="Arial"/>
          <w:sz w:val="22"/>
        </w:rPr>
        <w:t>aktualizacje</w:t>
      </w:r>
      <w:proofErr w:type="spellEnd"/>
      <w:r w:rsidR="0044246C" w:rsidRPr="0044246C">
        <w:rPr>
          <w:rFonts w:cs="Arial"/>
          <w:sz w:val="22"/>
        </w:rPr>
        <w:t xml:space="preserve">, </w:t>
      </w:r>
      <w:proofErr w:type="spellStart"/>
      <w:r w:rsidR="0044246C" w:rsidRPr="0044246C">
        <w:rPr>
          <w:rFonts w:cs="Arial"/>
          <w:sz w:val="22"/>
        </w:rPr>
        <w:t>konektory</w:t>
      </w:r>
      <w:proofErr w:type="spellEnd"/>
      <w:r w:rsidR="0044246C" w:rsidRPr="0044246C">
        <w:rPr>
          <w:rFonts w:cs="Arial"/>
          <w:sz w:val="22"/>
        </w:rPr>
        <w:t xml:space="preserve">, </w:t>
      </w:r>
      <w:proofErr w:type="spellStart"/>
      <w:r w:rsidR="0044246C" w:rsidRPr="0044246C">
        <w:rPr>
          <w:rFonts w:cs="Arial"/>
          <w:sz w:val="22"/>
        </w:rPr>
        <w:t>moduły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i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usługi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niezbędne</w:t>
      </w:r>
      <w:proofErr w:type="spellEnd"/>
      <w:r w:rsidR="0044246C" w:rsidRPr="0044246C">
        <w:rPr>
          <w:rFonts w:cs="Arial"/>
          <w:sz w:val="22"/>
        </w:rPr>
        <w:t xml:space="preserve"> do </w:t>
      </w:r>
      <w:proofErr w:type="spellStart"/>
      <w:r w:rsidR="0044246C" w:rsidRPr="0044246C">
        <w:rPr>
          <w:rFonts w:cs="Arial"/>
          <w:sz w:val="22"/>
        </w:rPr>
        <w:t>utrzymania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funkcjonalności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przez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okres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wymagany</w:t>
      </w:r>
      <w:proofErr w:type="spellEnd"/>
      <w:r w:rsidR="0044246C" w:rsidRPr="0044246C">
        <w:rPr>
          <w:rFonts w:cs="Arial"/>
          <w:sz w:val="22"/>
        </w:rPr>
        <w:t xml:space="preserve"> w OPZ.</w:t>
      </w:r>
    </w:p>
    <w:p w:rsidR="0044246C" w:rsidRPr="0044246C" w:rsidRDefault="00491A44" w:rsidP="0044246C">
      <w:pPr>
        <w:pStyle w:val="Akapitzlist"/>
        <w:numPr>
          <w:ilvl w:val="0"/>
          <w:numId w:val="12"/>
        </w:numPr>
        <w:spacing w:after="0" w:line="276" w:lineRule="auto"/>
        <w:ind w:left="323" w:hanging="323"/>
        <w:jc w:val="both"/>
        <w:rPr>
          <w:rFonts w:cs="Arial"/>
          <w:iCs/>
          <w:sz w:val="22"/>
        </w:rPr>
      </w:pPr>
      <w:proofErr w:type="spellStart"/>
      <w:r w:rsidRPr="0044246C">
        <w:rPr>
          <w:rFonts w:cs="Arial"/>
          <w:sz w:val="22"/>
        </w:rPr>
        <w:t>Oświadczam</w:t>
      </w:r>
      <w:proofErr w:type="spellEnd"/>
      <w:r w:rsidRPr="0044246C">
        <w:rPr>
          <w:rFonts w:cs="Arial"/>
          <w:sz w:val="22"/>
        </w:rPr>
        <w:t xml:space="preserve">/y, </w:t>
      </w:r>
      <w:proofErr w:type="spellStart"/>
      <w:r w:rsidRPr="0044246C">
        <w:rPr>
          <w:rFonts w:cs="Arial"/>
          <w:sz w:val="22"/>
        </w:rPr>
        <w:t>że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zapoznaliśmy</w:t>
      </w:r>
      <w:proofErr w:type="spellEnd"/>
      <w:r w:rsidR="0044246C" w:rsidRPr="0044246C">
        <w:rPr>
          <w:rFonts w:cs="Arial"/>
          <w:sz w:val="22"/>
        </w:rPr>
        <w:t xml:space="preserve"> </w:t>
      </w:r>
      <w:proofErr w:type="spellStart"/>
      <w:r w:rsidR="0044246C" w:rsidRPr="0044246C">
        <w:rPr>
          <w:rFonts w:cs="Arial"/>
          <w:sz w:val="22"/>
        </w:rPr>
        <w:t>się</w:t>
      </w:r>
      <w:proofErr w:type="spellEnd"/>
      <w:r w:rsidR="0044246C" w:rsidRPr="0044246C">
        <w:rPr>
          <w:rFonts w:cs="Arial"/>
          <w:sz w:val="22"/>
        </w:rPr>
        <w:t xml:space="preserve"> z SWZ i załącznikami, nie wnosimy zastrzeżeń i akceptujemy warunki zamówienia;</w:t>
      </w:r>
    </w:p>
    <w:p w:rsidR="00491A44" w:rsidRPr="0044246C" w:rsidRDefault="00491A44" w:rsidP="00491A44">
      <w:pPr>
        <w:pStyle w:val="Akapitzlist"/>
        <w:numPr>
          <w:ilvl w:val="0"/>
          <w:numId w:val="12"/>
        </w:numPr>
        <w:spacing w:after="0" w:line="276" w:lineRule="auto"/>
        <w:ind w:left="323" w:hanging="323"/>
        <w:jc w:val="both"/>
        <w:rPr>
          <w:rFonts w:cs="Arial"/>
          <w:iCs/>
          <w:sz w:val="22"/>
        </w:rPr>
      </w:pPr>
      <w:proofErr w:type="spellStart"/>
      <w:r w:rsidRPr="0044246C">
        <w:rPr>
          <w:rFonts w:cs="Arial"/>
          <w:sz w:val="22"/>
        </w:rPr>
        <w:t>Oświadczam</w:t>
      </w:r>
      <w:proofErr w:type="spellEnd"/>
      <w:r w:rsidRPr="0044246C">
        <w:rPr>
          <w:rFonts w:cs="Arial"/>
          <w:sz w:val="22"/>
        </w:rPr>
        <w:t xml:space="preserve">/y, </w:t>
      </w:r>
      <w:proofErr w:type="spellStart"/>
      <w:r w:rsidRPr="0044246C">
        <w:rPr>
          <w:rFonts w:cs="Arial"/>
          <w:sz w:val="22"/>
        </w:rPr>
        <w:t>że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uważam</w:t>
      </w:r>
      <w:proofErr w:type="spellEnd"/>
      <w:r w:rsidRPr="0044246C">
        <w:rPr>
          <w:rFonts w:cs="Arial"/>
          <w:sz w:val="22"/>
        </w:rPr>
        <w:t xml:space="preserve">/y </w:t>
      </w:r>
      <w:proofErr w:type="spellStart"/>
      <w:r w:rsidRPr="0044246C">
        <w:rPr>
          <w:rFonts w:cs="Arial"/>
          <w:sz w:val="22"/>
        </w:rPr>
        <w:t>się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za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związanych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niniejszą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ofertą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przez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okres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wskazany</w:t>
      </w:r>
      <w:proofErr w:type="spellEnd"/>
      <w:r w:rsidRPr="0044246C">
        <w:rPr>
          <w:rFonts w:cs="Arial"/>
          <w:sz w:val="22"/>
        </w:rPr>
        <w:t xml:space="preserve"> w SWZ. </w:t>
      </w:r>
    </w:p>
    <w:p w:rsidR="00491A44" w:rsidRPr="0044246C" w:rsidRDefault="00491A44" w:rsidP="00491A44">
      <w:pPr>
        <w:numPr>
          <w:ilvl w:val="0"/>
          <w:numId w:val="12"/>
        </w:numPr>
        <w:spacing w:after="0" w:line="276" w:lineRule="auto"/>
        <w:ind w:left="343"/>
        <w:jc w:val="both"/>
        <w:rPr>
          <w:rFonts w:cs="Arial"/>
          <w:sz w:val="22"/>
        </w:rPr>
      </w:pPr>
      <w:proofErr w:type="spellStart"/>
      <w:r w:rsidRPr="0044246C">
        <w:rPr>
          <w:rFonts w:cs="Arial"/>
          <w:sz w:val="22"/>
        </w:rPr>
        <w:t>Oświadczam</w:t>
      </w:r>
      <w:proofErr w:type="spellEnd"/>
      <w:r w:rsidRPr="0044246C">
        <w:rPr>
          <w:rFonts w:cs="Arial"/>
          <w:sz w:val="22"/>
        </w:rPr>
        <w:t xml:space="preserve">/y, </w:t>
      </w:r>
      <w:proofErr w:type="spellStart"/>
      <w:r w:rsidRPr="0044246C">
        <w:rPr>
          <w:rFonts w:cs="Arial"/>
          <w:sz w:val="22"/>
        </w:rPr>
        <w:t>że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zrealizuję</w:t>
      </w:r>
      <w:proofErr w:type="spellEnd"/>
      <w:r w:rsidRPr="0044246C">
        <w:rPr>
          <w:rFonts w:cs="Arial"/>
          <w:sz w:val="22"/>
        </w:rPr>
        <w:t>/</w:t>
      </w:r>
      <w:proofErr w:type="spellStart"/>
      <w:r w:rsidRPr="0044246C">
        <w:rPr>
          <w:rFonts w:cs="Arial"/>
          <w:sz w:val="22"/>
        </w:rPr>
        <w:t>emy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zamówienie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zgodnie</w:t>
      </w:r>
      <w:proofErr w:type="spellEnd"/>
      <w:r w:rsidRPr="0044246C">
        <w:rPr>
          <w:rFonts w:cs="Arial"/>
          <w:sz w:val="22"/>
        </w:rPr>
        <w:t xml:space="preserve"> z SWZ </w:t>
      </w:r>
      <w:proofErr w:type="spellStart"/>
      <w:r w:rsidRPr="0044246C">
        <w:rPr>
          <w:rFonts w:cs="Arial"/>
          <w:sz w:val="22"/>
        </w:rPr>
        <w:t>i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Projektem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umowy</w:t>
      </w:r>
      <w:proofErr w:type="spellEnd"/>
      <w:r w:rsidRPr="0044246C">
        <w:rPr>
          <w:rFonts w:cs="Arial"/>
          <w:sz w:val="22"/>
        </w:rPr>
        <w:t>.</w:t>
      </w:r>
    </w:p>
    <w:p w:rsidR="00491A44" w:rsidRPr="0044246C" w:rsidRDefault="00491A44" w:rsidP="00491A44">
      <w:pPr>
        <w:numPr>
          <w:ilvl w:val="0"/>
          <w:numId w:val="12"/>
        </w:numPr>
        <w:spacing w:after="0" w:line="276" w:lineRule="auto"/>
        <w:ind w:left="343"/>
        <w:rPr>
          <w:rFonts w:cs="Arial"/>
          <w:sz w:val="22"/>
        </w:rPr>
      </w:pPr>
      <w:proofErr w:type="spellStart"/>
      <w:r w:rsidRPr="0044246C">
        <w:rPr>
          <w:rFonts w:cs="Arial"/>
          <w:sz w:val="22"/>
        </w:rPr>
        <w:t>Oświadczam</w:t>
      </w:r>
      <w:proofErr w:type="spellEnd"/>
      <w:r w:rsidRPr="0044246C">
        <w:rPr>
          <w:rFonts w:cs="Arial"/>
          <w:sz w:val="22"/>
        </w:rPr>
        <w:t xml:space="preserve">/y, </w:t>
      </w:r>
      <w:proofErr w:type="spellStart"/>
      <w:r w:rsidRPr="0044246C">
        <w:rPr>
          <w:rFonts w:cs="Arial"/>
          <w:sz w:val="22"/>
        </w:rPr>
        <w:t>że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akceptuję</w:t>
      </w:r>
      <w:proofErr w:type="spellEnd"/>
      <w:r w:rsidRPr="0044246C">
        <w:rPr>
          <w:rFonts w:cs="Arial"/>
          <w:sz w:val="22"/>
        </w:rPr>
        <w:t>/</w:t>
      </w:r>
      <w:proofErr w:type="spellStart"/>
      <w:r w:rsidRPr="0044246C">
        <w:rPr>
          <w:rFonts w:cs="Arial"/>
          <w:sz w:val="22"/>
        </w:rPr>
        <w:t>emy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Regulamin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Platformy</w:t>
      </w:r>
      <w:proofErr w:type="spellEnd"/>
      <w:r w:rsidRPr="0044246C">
        <w:rPr>
          <w:rFonts w:cs="Arial"/>
          <w:sz w:val="22"/>
        </w:rPr>
        <w:t xml:space="preserve"> e-</w:t>
      </w:r>
      <w:proofErr w:type="spellStart"/>
      <w:r w:rsidRPr="0044246C">
        <w:rPr>
          <w:rFonts w:cs="Arial"/>
          <w:sz w:val="22"/>
        </w:rPr>
        <w:t>Zamówienia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dostępny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na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stronie</w:t>
      </w:r>
      <w:proofErr w:type="spellEnd"/>
      <w:r w:rsidRPr="0044246C">
        <w:rPr>
          <w:rFonts w:cs="Arial"/>
          <w:sz w:val="22"/>
        </w:rPr>
        <w:t xml:space="preserve"> https://ezamowienia.gov.pl/pl/regulamin/#regulamin-serwisu </w:t>
      </w:r>
      <w:proofErr w:type="spellStart"/>
      <w:r w:rsidRPr="0044246C">
        <w:rPr>
          <w:rFonts w:cs="Arial"/>
          <w:sz w:val="22"/>
        </w:rPr>
        <w:t>zawierający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wiążące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Wykonawcę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informacje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związane</w:t>
      </w:r>
      <w:proofErr w:type="spellEnd"/>
      <w:r w:rsidRPr="0044246C">
        <w:rPr>
          <w:rFonts w:cs="Arial"/>
          <w:sz w:val="22"/>
        </w:rPr>
        <w:t xml:space="preserve"> z </w:t>
      </w:r>
      <w:proofErr w:type="spellStart"/>
      <w:r w:rsidRPr="0044246C">
        <w:rPr>
          <w:rFonts w:cs="Arial"/>
          <w:sz w:val="22"/>
        </w:rPr>
        <w:t>korzystaniem</w:t>
      </w:r>
      <w:proofErr w:type="spellEnd"/>
      <w:r w:rsidRPr="0044246C">
        <w:rPr>
          <w:rFonts w:cs="Arial"/>
          <w:sz w:val="22"/>
        </w:rPr>
        <w:t xml:space="preserve"> z </w:t>
      </w:r>
      <w:proofErr w:type="spellStart"/>
      <w:r w:rsidRPr="0044246C">
        <w:rPr>
          <w:rFonts w:cs="Arial"/>
          <w:sz w:val="22"/>
        </w:rPr>
        <w:t>Platformy</w:t>
      </w:r>
      <w:proofErr w:type="spellEnd"/>
      <w:r w:rsidRPr="0044246C">
        <w:rPr>
          <w:rFonts w:cs="Arial"/>
          <w:sz w:val="22"/>
        </w:rPr>
        <w:t xml:space="preserve"> e-</w:t>
      </w:r>
      <w:proofErr w:type="spellStart"/>
      <w:proofErr w:type="gramStart"/>
      <w:r w:rsidRPr="0044246C">
        <w:rPr>
          <w:rFonts w:cs="Arial"/>
          <w:sz w:val="22"/>
        </w:rPr>
        <w:t>Zamówienia</w:t>
      </w:r>
      <w:proofErr w:type="spellEnd"/>
      <w:r w:rsidRPr="0044246C">
        <w:rPr>
          <w:rFonts w:cs="Arial"/>
          <w:sz w:val="22"/>
        </w:rPr>
        <w:t xml:space="preserve">  w</w:t>
      </w:r>
      <w:proofErr w:type="gram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szczególności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opis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sposobu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składania</w:t>
      </w:r>
      <w:proofErr w:type="spellEnd"/>
      <w:r w:rsidRPr="0044246C">
        <w:rPr>
          <w:rFonts w:cs="Arial"/>
          <w:sz w:val="22"/>
        </w:rPr>
        <w:t>/</w:t>
      </w:r>
      <w:proofErr w:type="spellStart"/>
      <w:r w:rsidRPr="0044246C">
        <w:rPr>
          <w:rFonts w:cs="Arial"/>
          <w:sz w:val="22"/>
        </w:rPr>
        <w:t>zmiany</w:t>
      </w:r>
      <w:proofErr w:type="spellEnd"/>
      <w:r w:rsidRPr="0044246C">
        <w:rPr>
          <w:rFonts w:cs="Arial"/>
          <w:sz w:val="22"/>
        </w:rPr>
        <w:t>/</w:t>
      </w:r>
      <w:proofErr w:type="spellStart"/>
      <w:r w:rsidRPr="0044246C">
        <w:rPr>
          <w:rFonts w:cs="Arial"/>
          <w:sz w:val="22"/>
        </w:rPr>
        <w:t>wycofania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oferty</w:t>
      </w:r>
      <w:proofErr w:type="spellEnd"/>
      <w:r w:rsidRPr="0044246C">
        <w:rPr>
          <w:rFonts w:cs="Arial"/>
          <w:sz w:val="22"/>
        </w:rPr>
        <w:t xml:space="preserve"> w </w:t>
      </w:r>
      <w:proofErr w:type="spellStart"/>
      <w:r w:rsidRPr="0044246C">
        <w:rPr>
          <w:rFonts w:cs="Arial"/>
          <w:sz w:val="22"/>
        </w:rPr>
        <w:t>niniejszym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postępowaniu</w:t>
      </w:r>
      <w:proofErr w:type="spellEnd"/>
      <w:r w:rsidRPr="0044246C">
        <w:rPr>
          <w:rFonts w:cs="Arial"/>
          <w:sz w:val="22"/>
        </w:rPr>
        <w:t>.</w:t>
      </w:r>
    </w:p>
    <w:p w:rsidR="00491A44" w:rsidRPr="0044246C" w:rsidRDefault="00491A44" w:rsidP="00491A44">
      <w:pPr>
        <w:pStyle w:val="Bezodstpw"/>
        <w:numPr>
          <w:ilvl w:val="0"/>
          <w:numId w:val="12"/>
        </w:numPr>
        <w:suppressAutoHyphens/>
        <w:autoSpaceDN w:val="0"/>
        <w:spacing w:line="276" w:lineRule="auto"/>
        <w:ind w:left="343"/>
        <w:jc w:val="both"/>
        <w:textAlignment w:val="baseline"/>
        <w:rPr>
          <w:rFonts w:ascii="Arial" w:hAnsi="Arial" w:cs="Arial"/>
          <w:b/>
        </w:rPr>
      </w:pPr>
      <w:proofErr w:type="spellStart"/>
      <w:r w:rsidRPr="0044246C">
        <w:rPr>
          <w:rFonts w:ascii="Arial" w:hAnsi="Arial" w:cs="Arial"/>
          <w:b/>
        </w:rPr>
        <w:t>Zobowiązujemy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się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dotrzymać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wskazanych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terminów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realizacji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zamówienia</w:t>
      </w:r>
      <w:proofErr w:type="spellEnd"/>
      <w:r w:rsidRPr="0044246C">
        <w:rPr>
          <w:rFonts w:ascii="Arial" w:hAnsi="Arial" w:cs="Arial"/>
          <w:b/>
        </w:rPr>
        <w:t>.</w:t>
      </w:r>
    </w:p>
    <w:p w:rsidR="00491A44" w:rsidRPr="0044246C" w:rsidRDefault="00491A44" w:rsidP="00491A44">
      <w:pPr>
        <w:pStyle w:val="Bezodstpw"/>
        <w:numPr>
          <w:ilvl w:val="0"/>
          <w:numId w:val="12"/>
        </w:numPr>
        <w:suppressAutoHyphens/>
        <w:autoSpaceDN w:val="0"/>
        <w:spacing w:line="276" w:lineRule="auto"/>
        <w:ind w:left="343"/>
        <w:jc w:val="both"/>
        <w:textAlignment w:val="baseline"/>
        <w:rPr>
          <w:rFonts w:ascii="Arial" w:hAnsi="Arial" w:cs="Arial"/>
          <w:b/>
        </w:rPr>
      </w:pPr>
      <w:r w:rsidRPr="0044246C">
        <w:rPr>
          <w:rFonts w:ascii="Arial" w:hAnsi="Arial" w:cs="Arial"/>
          <w:b/>
        </w:rPr>
        <w:t xml:space="preserve">Pod </w:t>
      </w:r>
      <w:proofErr w:type="spellStart"/>
      <w:r w:rsidRPr="0044246C">
        <w:rPr>
          <w:rFonts w:ascii="Arial" w:hAnsi="Arial" w:cs="Arial"/>
          <w:b/>
        </w:rPr>
        <w:t>groźbą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odpowiedzialności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karnej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oświadczamy</w:t>
      </w:r>
      <w:proofErr w:type="spellEnd"/>
      <w:r w:rsidRPr="0044246C">
        <w:rPr>
          <w:rFonts w:ascii="Arial" w:hAnsi="Arial" w:cs="Arial"/>
          <w:b/>
        </w:rPr>
        <w:t xml:space="preserve">, </w:t>
      </w:r>
      <w:proofErr w:type="spellStart"/>
      <w:r w:rsidRPr="0044246C">
        <w:rPr>
          <w:rFonts w:ascii="Arial" w:hAnsi="Arial" w:cs="Arial"/>
          <w:b/>
        </w:rPr>
        <w:t>iż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wszystkie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załączone</w:t>
      </w:r>
      <w:proofErr w:type="spellEnd"/>
      <w:r w:rsidRPr="0044246C">
        <w:rPr>
          <w:rFonts w:ascii="Arial" w:hAnsi="Arial" w:cs="Arial"/>
          <w:b/>
        </w:rPr>
        <w:t xml:space="preserve"> do </w:t>
      </w:r>
      <w:proofErr w:type="spellStart"/>
      <w:r w:rsidRPr="0044246C">
        <w:rPr>
          <w:rFonts w:ascii="Arial" w:hAnsi="Arial" w:cs="Arial"/>
          <w:b/>
        </w:rPr>
        <w:t>oferty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dokumenty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i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złożone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oświadczenia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opisują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proofErr w:type="gramStart"/>
      <w:r w:rsidRPr="0044246C">
        <w:rPr>
          <w:rFonts w:ascii="Arial" w:hAnsi="Arial" w:cs="Arial"/>
          <w:b/>
        </w:rPr>
        <w:t>stan</w:t>
      </w:r>
      <w:proofErr w:type="spellEnd"/>
      <w:proofErr w:type="gram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faktyczny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i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prawny</w:t>
      </w:r>
      <w:proofErr w:type="spellEnd"/>
      <w:r w:rsidRPr="0044246C">
        <w:rPr>
          <w:rFonts w:ascii="Arial" w:hAnsi="Arial" w:cs="Arial"/>
          <w:b/>
        </w:rPr>
        <w:t xml:space="preserve">, </w:t>
      </w:r>
      <w:proofErr w:type="spellStart"/>
      <w:r w:rsidRPr="0044246C">
        <w:rPr>
          <w:rFonts w:ascii="Arial" w:hAnsi="Arial" w:cs="Arial"/>
          <w:b/>
        </w:rPr>
        <w:t>aktualny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na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dzień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składania</w:t>
      </w:r>
      <w:proofErr w:type="spellEnd"/>
      <w:r w:rsidRPr="0044246C">
        <w:rPr>
          <w:rFonts w:ascii="Arial" w:hAnsi="Arial" w:cs="Arial"/>
          <w:b/>
        </w:rPr>
        <w:t xml:space="preserve"> </w:t>
      </w:r>
      <w:proofErr w:type="spellStart"/>
      <w:r w:rsidRPr="0044246C">
        <w:rPr>
          <w:rFonts w:ascii="Arial" w:hAnsi="Arial" w:cs="Arial"/>
          <w:b/>
        </w:rPr>
        <w:t>ofert</w:t>
      </w:r>
      <w:proofErr w:type="spellEnd"/>
      <w:r w:rsidRPr="0044246C">
        <w:rPr>
          <w:rFonts w:ascii="Arial" w:hAnsi="Arial" w:cs="Arial"/>
          <w:b/>
        </w:rPr>
        <w:t xml:space="preserve"> (art. 297 kk). </w:t>
      </w:r>
    </w:p>
    <w:p w:rsidR="00491A44" w:rsidRPr="0044246C" w:rsidRDefault="00491A44" w:rsidP="0044246C">
      <w:pPr>
        <w:numPr>
          <w:ilvl w:val="0"/>
          <w:numId w:val="12"/>
        </w:numPr>
        <w:suppressAutoHyphens/>
        <w:spacing w:before="120" w:after="0" w:line="276" w:lineRule="auto"/>
        <w:ind w:left="343"/>
        <w:jc w:val="both"/>
        <w:rPr>
          <w:rFonts w:cs="Arial"/>
          <w:iCs/>
          <w:sz w:val="22"/>
        </w:rPr>
      </w:pPr>
      <w:proofErr w:type="spellStart"/>
      <w:r w:rsidRPr="0044246C">
        <w:rPr>
          <w:rFonts w:cs="Arial"/>
          <w:iCs/>
          <w:sz w:val="22"/>
        </w:rPr>
        <w:lastRenderedPageBreak/>
        <w:t>Składając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niniejszą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ofertę</w:t>
      </w:r>
      <w:proofErr w:type="spellEnd"/>
      <w:r w:rsidRPr="0044246C">
        <w:rPr>
          <w:rFonts w:cs="Arial"/>
          <w:iCs/>
          <w:sz w:val="22"/>
        </w:rPr>
        <w:t xml:space="preserve">, </w:t>
      </w:r>
      <w:proofErr w:type="spellStart"/>
      <w:r w:rsidRPr="0044246C">
        <w:rPr>
          <w:rFonts w:cs="Arial"/>
          <w:iCs/>
          <w:sz w:val="22"/>
        </w:rPr>
        <w:t>zgodnie</w:t>
      </w:r>
      <w:proofErr w:type="spellEnd"/>
      <w:r w:rsidRPr="0044246C">
        <w:rPr>
          <w:rFonts w:cs="Arial"/>
          <w:iCs/>
          <w:sz w:val="22"/>
        </w:rPr>
        <w:t xml:space="preserve"> z art. 225 </w:t>
      </w:r>
      <w:proofErr w:type="spellStart"/>
      <w:r w:rsidRPr="0044246C">
        <w:rPr>
          <w:rFonts w:cs="Arial"/>
          <w:iCs/>
          <w:sz w:val="22"/>
        </w:rPr>
        <w:t>ust</w:t>
      </w:r>
      <w:proofErr w:type="spellEnd"/>
      <w:r w:rsidRPr="0044246C">
        <w:rPr>
          <w:rFonts w:cs="Arial"/>
          <w:iCs/>
          <w:sz w:val="22"/>
        </w:rPr>
        <w:t xml:space="preserve">. 1 </w:t>
      </w:r>
      <w:proofErr w:type="spellStart"/>
      <w:r w:rsidRPr="0044246C">
        <w:rPr>
          <w:rFonts w:cs="Arial"/>
          <w:iCs/>
          <w:sz w:val="22"/>
        </w:rPr>
        <w:t>ustawy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Pzp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informuję</w:t>
      </w:r>
      <w:proofErr w:type="spellEnd"/>
      <w:r w:rsidRPr="0044246C">
        <w:rPr>
          <w:rFonts w:cs="Arial"/>
          <w:iCs/>
          <w:sz w:val="22"/>
        </w:rPr>
        <w:t xml:space="preserve">, </w:t>
      </w:r>
      <w:proofErr w:type="spellStart"/>
      <w:r w:rsidRPr="0044246C">
        <w:rPr>
          <w:rFonts w:cs="Arial"/>
          <w:iCs/>
          <w:sz w:val="22"/>
        </w:rPr>
        <w:t>że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wybór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oferty</w:t>
      </w:r>
      <w:proofErr w:type="spellEnd"/>
      <w:r w:rsidRPr="0044246C">
        <w:rPr>
          <w:rStyle w:val="Odwoanieprzypisudolnego"/>
          <w:rFonts w:cs="Arial"/>
          <w:iCs/>
          <w:sz w:val="22"/>
        </w:rPr>
        <w:footnoteReference w:id="1"/>
      </w:r>
      <w:r w:rsidRPr="0044246C">
        <w:rPr>
          <w:rFonts w:cs="Arial"/>
          <w:iCs/>
          <w:sz w:val="22"/>
        </w:rPr>
        <w:t>:</w:t>
      </w:r>
    </w:p>
    <w:p w:rsidR="00491A44" w:rsidRPr="0044246C" w:rsidRDefault="00491A44" w:rsidP="00491A44">
      <w:pPr>
        <w:numPr>
          <w:ilvl w:val="0"/>
          <w:numId w:val="11"/>
        </w:numPr>
        <w:tabs>
          <w:tab w:val="left" w:pos="360"/>
        </w:tabs>
        <w:suppressAutoHyphens/>
        <w:spacing w:after="0" w:line="276" w:lineRule="auto"/>
        <w:jc w:val="both"/>
        <w:rPr>
          <w:rFonts w:cs="Arial"/>
          <w:iCs/>
          <w:sz w:val="22"/>
        </w:rPr>
      </w:pPr>
      <w:r w:rsidRPr="0044246C">
        <w:rPr>
          <w:rFonts w:cs="Arial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246C">
        <w:rPr>
          <w:rFonts w:cs="Arial"/>
          <w:b/>
          <w:bCs/>
          <w:sz w:val="22"/>
        </w:rPr>
        <w:instrText xml:space="preserve"> FORMCHECKBOX </w:instrText>
      </w:r>
      <w:r w:rsidR="000D3EAE">
        <w:rPr>
          <w:rFonts w:cs="Arial"/>
          <w:b/>
          <w:bCs/>
          <w:sz w:val="22"/>
        </w:rPr>
      </w:r>
      <w:r w:rsidR="000D3EAE">
        <w:rPr>
          <w:rFonts w:cs="Arial"/>
          <w:b/>
          <w:bCs/>
          <w:sz w:val="22"/>
        </w:rPr>
        <w:fldChar w:fldCharType="separate"/>
      </w:r>
      <w:r w:rsidRPr="0044246C">
        <w:rPr>
          <w:rFonts w:cs="Arial"/>
          <w:b/>
          <w:bCs/>
          <w:sz w:val="22"/>
        </w:rPr>
        <w:fldChar w:fldCharType="end"/>
      </w:r>
      <w:r w:rsidRPr="0044246C">
        <w:rPr>
          <w:rFonts w:cs="Arial"/>
          <w:b/>
          <w:bCs/>
          <w:sz w:val="22"/>
        </w:rPr>
        <w:t xml:space="preserve"> </w:t>
      </w:r>
      <w:proofErr w:type="spellStart"/>
      <w:r w:rsidRPr="0044246C">
        <w:rPr>
          <w:rFonts w:cs="Arial"/>
          <w:b/>
          <w:iCs/>
          <w:sz w:val="22"/>
        </w:rPr>
        <w:t>nie</w:t>
      </w:r>
      <w:proofErr w:type="spellEnd"/>
      <w:r w:rsidRPr="0044246C">
        <w:rPr>
          <w:rFonts w:cs="Arial"/>
          <w:b/>
          <w:iCs/>
          <w:sz w:val="22"/>
        </w:rPr>
        <w:t xml:space="preserve"> </w:t>
      </w:r>
      <w:proofErr w:type="spellStart"/>
      <w:r w:rsidRPr="0044246C">
        <w:rPr>
          <w:rFonts w:cs="Arial"/>
          <w:b/>
          <w:iCs/>
          <w:sz w:val="22"/>
        </w:rPr>
        <w:t>będzie</w:t>
      </w:r>
      <w:proofErr w:type="spellEnd"/>
      <w:r w:rsidRPr="0044246C">
        <w:rPr>
          <w:rFonts w:cs="Arial"/>
          <w:b/>
          <w:iCs/>
          <w:sz w:val="22"/>
        </w:rPr>
        <w:t xml:space="preserve"> </w:t>
      </w:r>
      <w:proofErr w:type="spellStart"/>
      <w:r w:rsidRPr="0044246C">
        <w:rPr>
          <w:rFonts w:cs="Arial"/>
          <w:b/>
          <w:bCs/>
          <w:iCs/>
          <w:sz w:val="22"/>
        </w:rPr>
        <w:t>prowadzić</w:t>
      </w:r>
      <w:proofErr w:type="spellEnd"/>
      <w:r w:rsidRPr="0044246C">
        <w:rPr>
          <w:rFonts w:cs="Arial"/>
          <w:iCs/>
          <w:sz w:val="22"/>
        </w:rPr>
        <w:t xml:space="preserve"> do </w:t>
      </w:r>
      <w:proofErr w:type="spellStart"/>
      <w:r w:rsidRPr="0044246C">
        <w:rPr>
          <w:rFonts w:cs="Arial"/>
          <w:iCs/>
          <w:sz w:val="22"/>
        </w:rPr>
        <w:t>powstania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obowiązku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podatkowego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po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stronie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Zamawiającego</w:t>
      </w:r>
      <w:proofErr w:type="spellEnd"/>
      <w:r w:rsidRPr="0044246C">
        <w:rPr>
          <w:rFonts w:cs="Arial"/>
          <w:iCs/>
          <w:sz w:val="22"/>
        </w:rPr>
        <w:t xml:space="preserve">, </w:t>
      </w:r>
      <w:proofErr w:type="spellStart"/>
      <w:r w:rsidRPr="0044246C">
        <w:rPr>
          <w:rFonts w:cs="Arial"/>
          <w:iCs/>
          <w:sz w:val="22"/>
        </w:rPr>
        <w:t>zgodnie</w:t>
      </w:r>
      <w:proofErr w:type="spellEnd"/>
      <w:r w:rsidRPr="0044246C">
        <w:rPr>
          <w:rFonts w:cs="Arial"/>
          <w:iCs/>
          <w:sz w:val="22"/>
        </w:rPr>
        <w:t xml:space="preserve"> z </w:t>
      </w:r>
      <w:proofErr w:type="spellStart"/>
      <w:r w:rsidRPr="0044246C">
        <w:rPr>
          <w:rFonts w:cs="Arial"/>
          <w:iCs/>
          <w:sz w:val="22"/>
        </w:rPr>
        <w:t>przepisami</w:t>
      </w:r>
      <w:proofErr w:type="spellEnd"/>
      <w:r w:rsidRPr="0044246C">
        <w:rPr>
          <w:rFonts w:cs="Arial"/>
          <w:iCs/>
          <w:sz w:val="22"/>
        </w:rPr>
        <w:t xml:space="preserve"> o </w:t>
      </w:r>
      <w:proofErr w:type="spellStart"/>
      <w:r w:rsidRPr="0044246C">
        <w:rPr>
          <w:rFonts w:cs="Arial"/>
          <w:iCs/>
          <w:sz w:val="22"/>
        </w:rPr>
        <w:t>podatku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od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towarów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i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usług</w:t>
      </w:r>
      <w:proofErr w:type="spellEnd"/>
      <w:r w:rsidRPr="0044246C">
        <w:rPr>
          <w:rFonts w:cs="Arial"/>
          <w:iCs/>
          <w:sz w:val="22"/>
        </w:rPr>
        <w:t xml:space="preserve">, </w:t>
      </w:r>
      <w:proofErr w:type="spellStart"/>
      <w:r w:rsidRPr="0044246C">
        <w:rPr>
          <w:rFonts w:cs="Arial"/>
          <w:iCs/>
          <w:sz w:val="22"/>
        </w:rPr>
        <w:t>który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miałby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obowiązek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rozliczyć</w:t>
      </w:r>
      <w:proofErr w:type="spellEnd"/>
      <w:r w:rsidRPr="0044246C">
        <w:rPr>
          <w:rFonts w:cs="Arial"/>
          <w:iCs/>
          <w:sz w:val="22"/>
        </w:rPr>
        <w:t>,</w:t>
      </w:r>
    </w:p>
    <w:p w:rsidR="00491A44" w:rsidRPr="0044246C" w:rsidRDefault="00491A44" w:rsidP="00491A44">
      <w:pPr>
        <w:tabs>
          <w:tab w:val="left" w:pos="360"/>
        </w:tabs>
        <w:suppressAutoHyphens/>
        <w:spacing w:line="276" w:lineRule="auto"/>
        <w:ind w:left="720"/>
        <w:jc w:val="both"/>
        <w:rPr>
          <w:rFonts w:cs="Arial"/>
          <w:iCs/>
          <w:sz w:val="22"/>
        </w:rPr>
      </w:pPr>
    </w:p>
    <w:p w:rsidR="00491A44" w:rsidRPr="0044246C" w:rsidRDefault="00491A44" w:rsidP="00491A44">
      <w:pPr>
        <w:numPr>
          <w:ilvl w:val="0"/>
          <w:numId w:val="11"/>
        </w:numPr>
        <w:tabs>
          <w:tab w:val="left" w:pos="360"/>
        </w:tabs>
        <w:suppressAutoHyphens/>
        <w:spacing w:after="0" w:line="276" w:lineRule="auto"/>
        <w:jc w:val="both"/>
        <w:rPr>
          <w:rFonts w:cs="Arial"/>
          <w:iCs/>
          <w:sz w:val="22"/>
        </w:rPr>
      </w:pPr>
      <w:r w:rsidRPr="0044246C">
        <w:rPr>
          <w:rFonts w:cs="Arial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246C">
        <w:rPr>
          <w:rFonts w:cs="Arial"/>
          <w:b/>
          <w:bCs/>
          <w:sz w:val="22"/>
        </w:rPr>
        <w:instrText xml:space="preserve"> FORMCHECKBOX </w:instrText>
      </w:r>
      <w:r w:rsidR="000D3EAE">
        <w:rPr>
          <w:rFonts w:cs="Arial"/>
          <w:b/>
          <w:bCs/>
          <w:sz w:val="22"/>
        </w:rPr>
      </w:r>
      <w:r w:rsidR="000D3EAE">
        <w:rPr>
          <w:rFonts w:cs="Arial"/>
          <w:b/>
          <w:bCs/>
          <w:sz w:val="22"/>
        </w:rPr>
        <w:fldChar w:fldCharType="separate"/>
      </w:r>
      <w:r w:rsidRPr="0044246C">
        <w:rPr>
          <w:rFonts w:cs="Arial"/>
          <w:b/>
          <w:bCs/>
          <w:sz w:val="22"/>
        </w:rPr>
        <w:fldChar w:fldCharType="end"/>
      </w:r>
      <w:r w:rsidRPr="0044246C">
        <w:rPr>
          <w:rFonts w:cs="Arial"/>
          <w:b/>
          <w:bCs/>
          <w:sz w:val="22"/>
        </w:rPr>
        <w:t xml:space="preserve"> </w:t>
      </w:r>
      <w:proofErr w:type="spellStart"/>
      <w:r w:rsidRPr="0044246C">
        <w:rPr>
          <w:rFonts w:cs="Arial"/>
          <w:b/>
          <w:iCs/>
          <w:sz w:val="22"/>
        </w:rPr>
        <w:t>będzie</w:t>
      </w:r>
      <w:proofErr w:type="spellEnd"/>
      <w:r w:rsidRPr="0044246C">
        <w:rPr>
          <w:rFonts w:cs="Arial"/>
          <w:b/>
          <w:iCs/>
          <w:sz w:val="22"/>
        </w:rPr>
        <w:t xml:space="preserve"> </w:t>
      </w:r>
      <w:proofErr w:type="spellStart"/>
      <w:r w:rsidRPr="0044246C">
        <w:rPr>
          <w:rFonts w:cs="Arial"/>
          <w:b/>
          <w:bCs/>
          <w:iCs/>
          <w:sz w:val="22"/>
        </w:rPr>
        <w:t>prowadzić</w:t>
      </w:r>
      <w:proofErr w:type="spellEnd"/>
      <w:r w:rsidRPr="0044246C">
        <w:rPr>
          <w:rFonts w:cs="Arial"/>
          <w:iCs/>
          <w:sz w:val="22"/>
        </w:rPr>
        <w:t xml:space="preserve"> do </w:t>
      </w:r>
      <w:proofErr w:type="spellStart"/>
      <w:r w:rsidRPr="0044246C">
        <w:rPr>
          <w:rFonts w:cs="Arial"/>
          <w:iCs/>
          <w:sz w:val="22"/>
        </w:rPr>
        <w:t>prowadzić</w:t>
      </w:r>
      <w:proofErr w:type="spellEnd"/>
      <w:r w:rsidRPr="0044246C">
        <w:rPr>
          <w:rFonts w:cs="Arial"/>
          <w:iCs/>
          <w:sz w:val="22"/>
        </w:rPr>
        <w:t xml:space="preserve"> do </w:t>
      </w:r>
      <w:proofErr w:type="spellStart"/>
      <w:r w:rsidRPr="0044246C">
        <w:rPr>
          <w:rFonts w:cs="Arial"/>
          <w:iCs/>
          <w:sz w:val="22"/>
        </w:rPr>
        <w:t>powstania</w:t>
      </w:r>
      <w:proofErr w:type="spellEnd"/>
      <w:r w:rsidRPr="0044246C">
        <w:rPr>
          <w:rFonts w:cs="Arial"/>
          <w:iCs/>
          <w:sz w:val="22"/>
        </w:rPr>
        <w:t xml:space="preserve"> u </w:t>
      </w:r>
      <w:proofErr w:type="spellStart"/>
      <w:r w:rsidRPr="0044246C">
        <w:rPr>
          <w:rFonts w:cs="Arial"/>
          <w:iCs/>
          <w:sz w:val="22"/>
        </w:rPr>
        <w:t>Zamawiającego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obowiązku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podatkowego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następujących</w:t>
      </w:r>
      <w:proofErr w:type="spellEnd"/>
      <w:r w:rsidRPr="0044246C">
        <w:rPr>
          <w:rFonts w:cs="Arial"/>
          <w:iCs/>
          <w:sz w:val="22"/>
        </w:rPr>
        <w:t xml:space="preserve"> </w:t>
      </w:r>
      <w:proofErr w:type="spellStart"/>
      <w:r w:rsidRPr="0044246C">
        <w:rPr>
          <w:rFonts w:cs="Arial"/>
          <w:iCs/>
          <w:sz w:val="22"/>
        </w:rPr>
        <w:t>towarów</w:t>
      </w:r>
      <w:proofErr w:type="spellEnd"/>
      <w:r w:rsidRPr="0044246C">
        <w:rPr>
          <w:rFonts w:cs="Arial"/>
          <w:iCs/>
          <w:sz w:val="22"/>
        </w:rPr>
        <w:t>/</w:t>
      </w:r>
      <w:proofErr w:type="spellStart"/>
      <w:r w:rsidRPr="0044246C">
        <w:rPr>
          <w:rFonts w:cs="Arial"/>
          <w:iCs/>
          <w:sz w:val="22"/>
        </w:rPr>
        <w:t>usług</w:t>
      </w:r>
      <w:proofErr w:type="spellEnd"/>
      <w:r w:rsidRPr="0044246C">
        <w:rPr>
          <w:rFonts w:cs="Arial"/>
          <w:iCs/>
          <w:sz w:val="22"/>
        </w:rPr>
        <w:t>:</w:t>
      </w:r>
    </w:p>
    <w:p w:rsidR="00491A44" w:rsidRPr="0044246C" w:rsidRDefault="00491A44" w:rsidP="00491A44">
      <w:pPr>
        <w:tabs>
          <w:tab w:val="left" w:pos="360"/>
        </w:tabs>
        <w:suppressAutoHyphens/>
        <w:spacing w:line="276" w:lineRule="auto"/>
        <w:ind w:left="720"/>
        <w:jc w:val="both"/>
        <w:rPr>
          <w:rFonts w:cs="Arial"/>
          <w:iCs/>
          <w:sz w:val="22"/>
        </w:rPr>
      </w:pPr>
    </w:p>
    <w:p w:rsidR="00491A44" w:rsidRPr="0044246C" w:rsidRDefault="00491A44" w:rsidP="00491A44">
      <w:pPr>
        <w:ind w:left="743"/>
        <w:contextualSpacing/>
        <w:jc w:val="both"/>
        <w:rPr>
          <w:rFonts w:eastAsia="Times New Roman" w:cs="Arial"/>
          <w:bCs/>
          <w:sz w:val="22"/>
          <w:lang w:eastAsia="pl-PL"/>
        </w:rPr>
      </w:pPr>
      <w:r w:rsidRPr="0044246C">
        <w:rPr>
          <w:rFonts w:eastAsia="Times New Roman" w:cs="Arial"/>
          <w:bCs/>
          <w:sz w:val="22"/>
          <w:lang w:eastAsia="pl-PL"/>
        </w:rPr>
        <w:t xml:space="preserve">…………………………………………… - …………………………………………    </w:t>
      </w:r>
      <w:proofErr w:type="spellStart"/>
      <w:proofErr w:type="gramStart"/>
      <w:r w:rsidRPr="0044246C">
        <w:rPr>
          <w:rFonts w:eastAsia="Times New Roman" w:cs="Arial"/>
          <w:bCs/>
          <w:sz w:val="22"/>
          <w:lang w:eastAsia="pl-PL"/>
        </w:rPr>
        <w:t>zł</w:t>
      </w:r>
      <w:proofErr w:type="spellEnd"/>
      <w:proofErr w:type="gramEnd"/>
      <w:r w:rsidRPr="0044246C">
        <w:rPr>
          <w:rFonts w:eastAsia="Times New Roman" w:cs="Arial"/>
          <w:bCs/>
          <w:sz w:val="22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Cs/>
          <w:sz w:val="22"/>
          <w:lang w:eastAsia="pl-PL"/>
        </w:rPr>
        <w:t>netto</w:t>
      </w:r>
      <w:proofErr w:type="spellEnd"/>
    </w:p>
    <w:p w:rsidR="00491A44" w:rsidRPr="0044246C" w:rsidRDefault="00491A44" w:rsidP="00491A44">
      <w:pPr>
        <w:tabs>
          <w:tab w:val="left" w:pos="885"/>
        </w:tabs>
        <w:ind w:left="641" w:hanging="284"/>
        <w:contextualSpacing/>
        <w:jc w:val="both"/>
        <w:rPr>
          <w:rFonts w:eastAsia="Times New Roman" w:cs="Arial"/>
          <w:bCs/>
          <w:i/>
          <w:iCs/>
          <w:sz w:val="22"/>
          <w:lang w:eastAsia="pl-PL"/>
        </w:rPr>
      </w:pPr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                     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Nazwa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towaru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>/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usług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                           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wartość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bez 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kwoty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Cs/>
          <w:i/>
          <w:iCs/>
          <w:sz w:val="22"/>
          <w:lang w:eastAsia="pl-PL"/>
        </w:rPr>
        <w:t>podatku</w:t>
      </w:r>
      <w:proofErr w:type="spellEnd"/>
      <w:r w:rsidRPr="0044246C">
        <w:rPr>
          <w:rFonts w:eastAsia="Times New Roman" w:cs="Arial"/>
          <w:bCs/>
          <w:i/>
          <w:iCs/>
          <w:sz w:val="22"/>
          <w:lang w:eastAsia="pl-PL"/>
        </w:rPr>
        <w:t xml:space="preserve"> VAT</w:t>
      </w:r>
    </w:p>
    <w:p w:rsidR="00491A44" w:rsidRPr="0044246C" w:rsidRDefault="00491A44" w:rsidP="00491A44">
      <w:pPr>
        <w:tabs>
          <w:tab w:val="num" w:pos="426"/>
        </w:tabs>
        <w:spacing w:line="276" w:lineRule="auto"/>
        <w:ind w:left="426"/>
        <w:jc w:val="both"/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</w:pPr>
      <w:r w:rsidRPr="0044246C">
        <w:rPr>
          <w:rFonts w:eastAsia="Times New Roman" w:cs="Arial"/>
          <w:i/>
          <w:sz w:val="22"/>
          <w:lang w:eastAsia="ar-SA"/>
        </w:rPr>
        <w:t>*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Zgodnie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z art. </w:t>
      </w:r>
      <w:proofErr w:type="gramStart"/>
      <w:r w:rsidRPr="0044246C">
        <w:rPr>
          <w:rFonts w:eastAsia="Times New Roman" w:cs="Arial"/>
          <w:i/>
          <w:sz w:val="22"/>
          <w:lang w:eastAsia="ar-SA"/>
        </w:rPr>
        <w:t xml:space="preserve">225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ust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>.</w:t>
      </w:r>
      <w:proofErr w:type="gramEnd"/>
      <w:r w:rsidRPr="0044246C">
        <w:rPr>
          <w:rFonts w:eastAsia="Times New Roman" w:cs="Arial"/>
          <w:i/>
          <w:sz w:val="22"/>
          <w:lang w:eastAsia="ar-SA"/>
        </w:rPr>
        <w:t xml:space="preserve"> 2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ustawy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Pzp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Wykonawca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składając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ofertę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informuje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Zamawiającego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czy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wybór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oferty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będzie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prowadzić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do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powstania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u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Zamawiającego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obowiązku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podatkowego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wskazując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nazwę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(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rodzaj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)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towaru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lub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usługi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których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dostawa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lub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świadczenie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będzie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prowadzić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do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jego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powstania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,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oraz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wskazując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ich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wartość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bez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kwoty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 xml:space="preserve"> </w:t>
      </w:r>
      <w:proofErr w:type="spellStart"/>
      <w:r w:rsidRPr="0044246C">
        <w:rPr>
          <w:rFonts w:eastAsia="Times New Roman" w:cs="Arial"/>
          <w:i/>
          <w:sz w:val="22"/>
          <w:lang w:eastAsia="ar-SA"/>
        </w:rPr>
        <w:t>podatku</w:t>
      </w:r>
      <w:proofErr w:type="spellEnd"/>
      <w:r w:rsidRPr="0044246C">
        <w:rPr>
          <w:rFonts w:eastAsia="Times New Roman" w:cs="Arial"/>
          <w:i/>
          <w:sz w:val="22"/>
          <w:lang w:eastAsia="ar-SA"/>
        </w:rPr>
        <w:t>.</w:t>
      </w:r>
      <w:r w:rsidRPr="0044246C">
        <w:rPr>
          <w:rFonts w:eastAsia="Times New Roman" w:cs="Arial"/>
          <w:i/>
          <w:color w:val="000000"/>
          <w:sz w:val="22"/>
          <w:lang w:eastAsia="pl-PL"/>
        </w:rPr>
        <w:t xml:space="preserve"> </w:t>
      </w:r>
      <w:proofErr w:type="spellStart"/>
      <w:proofErr w:type="gram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Należy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zaznaczyć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właściwe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.</w:t>
      </w:r>
      <w:proofErr w:type="gram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Brak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zaznaczenia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będzie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oznaczał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,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że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wybór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oferty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Wykonawcy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,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nie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będzie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prowadził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do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powstania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u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Zamawiającego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obowiązku</w:t>
      </w:r>
      <w:proofErr w:type="spellEnd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 xml:space="preserve"> </w:t>
      </w:r>
      <w:proofErr w:type="spellStart"/>
      <w:r w:rsidRPr="0044246C">
        <w:rPr>
          <w:rFonts w:eastAsia="Times New Roman" w:cs="Arial"/>
          <w:b/>
          <w:bCs/>
          <w:i/>
          <w:color w:val="000000"/>
          <w:sz w:val="22"/>
          <w:u w:val="single"/>
          <w:lang w:eastAsia="pl-PL"/>
        </w:rPr>
        <w:t>podatkowego</w:t>
      </w:r>
      <w:proofErr w:type="spellEnd"/>
    </w:p>
    <w:p w:rsidR="00491A44" w:rsidRPr="0044246C" w:rsidRDefault="00491A44" w:rsidP="00491A44">
      <w:pPr>
        <w:pStyle w:val="Bezodstpw"/>
        <w:numPr>
          <w:ilvl w:val="0"/>
          <w:numId w:val="12"/>
        </w:numPr>
        <w:suppressAutoHyphens/>
        <w:autoSpaceDN w:val="0"/>
        <w:spacing w:line="276" w:lineRule="auto"/>
        <w:ind w:left="343"/>
        <w:jc w:val="both"/>
        <w:textAlignment w:val="baseline"/>
        <w:rPr>
          <w:rFonts w:ascii="Arial" w:hAnsi="Arial" w:cs="Arial"/>
          <w:b/>
          <w:color w:val="000000" w:themeColor="text1"/>
        </w:rPr>
      </w:pPr>
      <w:proofErr w:type="spellStart"/>
      <w:r w:rsidRPr="0044246C">
        <w:rPr>
          <w:rFonts w:ascii="Arial" w:hAnsi="Arial" w:cs="Arial"/>
          <w:b/>
          <w:color w:val="000000" w:themeColor="text1"/>
        </w:rPr>
        <w:t>Oświadczam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,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że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wypełniłem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obowiązki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informacyjne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przewidziane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w art. 13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lub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art. 14 RODO</w:t>
      </w:r>
      <w:r w:rsidRPr="0044246C">
        <w:rPr>
          <w:rStyle w:val="Odwoanieprzypisudolnego"/>
          <w:rFonts w:ascii="Arial" w:hAnsi="Arial" w:cs="Arial"/>
          <w:b/>
          <w:color w:val="000000" w:themeColor="text1"/>
        </w:rPr>
        <w:footnoteReference w:id="2"/>
      </w:r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wobec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osób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fizycznych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, od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których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dane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osobowe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bezpośrednio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lub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pośrednio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pozyskałem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w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celu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ubiegania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się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udzielenie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zamówienia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publicznego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w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niniejszym</w:t>
      </w:r>
      <w:proofErr w:type="spellEnd"/>
      <w:r w:rsidRPr="0044246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44246C">
        <w:rPr>
          <w:rFonts w:ascii="Arial" w:hAnsi="Arial" w:cs="Arial"/>
          <w:b/>
          <w:color w:val="000000" w:themeColor="text1"/>
        </w:rPr>
        <w:t>postępowaniu</w:t>
      </w:r>
      <w:proofErr w:type="spellEnd"/>
      <w:r w:rsidRPr="0044246C">
        <w:rPr>
          <w:rFonts w:ascii="Arial" w:hAnsi="Arial" w:cs="Arial"/>
          <w:b/>
          <w:color w:val="000000" w:themeColor="text1"/>
        </w:rPr>
        <w:t>*</w:t>
      </w:r>
    </w:p>
    <w:p w:rsidR="00491A44" w:rsidRPr="0044246C" w:rsidRDefault="00491A44" w:rsidP="00491A44">
      <w:pPr>
        <w:pStyle w:val="NormalnyWeb"/>
        <w:spacing w:line="276" w:lineRule="auto"/>
        <w:ind w:left="426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44246C">
        <w:rPr>
          <w:rFonts w:ascii="Arial" w:hAnsi="Arial" w:cs="Arial"/>
          <w:b/>
          <w:i/>
          <w:color w:val="000000" w:themeColor="text1"/>
          <w:sz w:val="22"/>
          <w:szCs w:val="22"/>
        </w:rPr>
        <w:t>*</w:t>
      </w:r>
      <w:r w:rsidRPr="0044246C">
        <w:rPr>
          <w:rFonts w:ascii="Arial" w:hAnsi="Arial" w:cs="Arial"/>
          <w:i/>
          <w:color w:val="000000" w:themeColor="text1"/>
          <w:sz w:val="22"/>
          <w:szCs w:val="22"/>
        </w:rPr>
        <w:t xml:space="preserve">W przypadku, gdy Wykonawca </w:t>
      </w:r>
      <w:r w:rsidRPr="0044246C">
        <w:rPr>
          <w:rFonts w:ascii="Arial" w:hAnsi="Arial" w:cs="Arial"/>
          <w:i/>
          <w:color w:val="000000" w:themeColor="text1"/>
          <w:sz w:val="22"/>
          <w:szCs w:val="22"/>
          <w:u w:val="single"/>
        </w:rPr>
        <w:t>nie przekazuje danych osobowych</w:t>
      </w:r>
      <w:r w:rsidRPr="0044246C">
        <w:rPr>
          <w:rFonts w:ascii="Arial" w:hAnsi="Arial" w:cs="Arial"/>
          <w:i/>
          <w:color w:val="000000" w:themeColor="text1"/>
          <w:sz w:val="22"/>
          <w:szCs w:val="22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91A44" w:rsidRPr="0044246C" w:rsidRDefault="00491A44" w:rsidP="00491A44">
      <w:pPr>
        <w:pStyle w:val="Listapunktowana"/>
        <w:numPr>
          <w:ilvl w:val="0"/>
          <w:numId w:val="0"/>
        </w:numPr>
        <w:ind w:left="360" w:hanging="360"/>
        <w:rPr>
          <w:rFonts w:cs="Arial"/>
          <w:sz w:val="22"/>
        </w:rPr>
      </w:pPr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>5. Podwykonawcy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sz w:val="22"/>
        </w:rPr>
        <w:t>Część zamówienia powierzana podwykonawcy / nazwa podwykonawcy (jeżeli znany):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sz w:val="22"/>
        </w:rPr>
        <w:t>................................................................................................................................................</w:t>
      </w:r>
    </w:p>
    <w:p w:rsidR="00FF37D0" w:rsidRDefault="00FF37D0">
      <w:pPr>
        <w:pStyle w:val="Nagwek1"/>
        <w:rPr>
          <w:rFonts w:ascii="Arial" w:hAnsi="Arial" w:cs="Arial"/>
          <w:sz w:val="22"/>
          <w:szCs w:val="22"/>
        </w:rPr>
      </w:pPr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 xml:space="preserve">6. Poleganie </w:t>
      </w:r>
      <w:proofErr w:type="gramStart"/>
      <w:r w:rsidRPr="0044246C">
        <w:rPr>
          <w:rFonts w:ascii="Arial" w:hAnsi="Arial" w:cs="Arial"/>
          <w:sz w:val="22"/>
          <w:szCs w:val="22"/>
        </w:rPr>
        <w:t>na</w:t>
      </w:r>
      <w:proofErr w:type="gramEnd"/>
      <w:r w:rsidRPr="0044246C">
        <w:rPr>
          <w:rFonts w:ascii="Arial" w:hAnsi="Arial" w:cs="Arial"/>
          <w:sz w:val="22"/>
          <w:szCs w:val="22"/>
        </w:rPr>
        <w:t xml:space="preserve"> zasobach podmiotu trzeciego</w:t>
      </w:r>
    </w:p>
    <w:p w:rsidR="00D1529B" w:rsidRPr="0044246C" w:rsidRDefault="00865F02">
      <w:pPr>
        <w:rPr>
          <w:rFonts w:cs="Arial"/>
          <w:sz w:val="22"/>
        </w:rPr>
      </w:pPr>
      <w:r w:rsidRPr="0044246C">
        <w:rPr>
          <w:rFonts w:cs="Arial"/>
          <w:sz w:val="22"/>
        </w:rPr>
        <w:t>[ ] NIE   [ ] TAK – zakres: ..............................................................................................................</w:t>
      </w:r>
    </w:p>
    <w:p w:rsidR="00FF37D0" w:rsidRDefault="00FF37D0">
      <w:pPr>
        <w:pStyle w:val="Nagwek1"/>
        <w:rPr>
          <w:rFonts w:ascii="Arial" w:hAnsi="Arial" w:cs="Arial"/>
          <w:sz w:val="22"/>
          <w:szCs w:val="22"/>
        </w:rPr>
      </w:pPr>
    </w:p>
    <w:p w:rsidR="00D1529B" w:rsidRPr="0044246C" w:rsidRDefault="00865F02">
      <w:pPr>
        <w:pStyle w:val="Nagwek1"/>
        <w:rPr>
          <w:rFonts w:ascii="Arial" w:hAnsi="Arial" w:cs="Arial"/>
          <w:sz w:val="22"/>
          <w:szCs w:val="22"/>
        </w:rPr>
      </w:pPr>
      <w:r w:rsidRPr="0044246C">
        <w:rPr>
          <w:rFonts w:ascii="Arial" w:hAnsi="Arial" w:cs="Arial"/>
          <w:sz w:val="22"/>
          <w:szCs w:val="22"/>
        </w:rPr>
        <w:t>7. Tajemnica przedsiębiorstwa</w:t>
      </w:r>
    </w:p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sz w:val="22"/>
        </w:rPr>
        <w:t>[ ] NIE zastrzegamy informacji jako tajemnicy przedsiębiorstwa.</w:t>
      </w:r>
      <w:proofErr w:type="gramEnd"/>
    </w:p>
    <w:p w:rsidR="00D1529B" w:rsidRPr="0044246C" w:rsidRDefault="00865F02">
      <w:pPr>
        <w:rPr>
          <w:rFonts w:cs="Arial"/>
          <w:sz w:val="22"/>
        </w:rPr>
      </w:pPr>
      <w:proofErr w:type="gramStart"/>
      <w:r w:rsidRPr="0044246C">
        <w:rPr>
          <w:rFonts w:cs="Arial"/>
          <w:sz w:val="22"/>
        </w:rPr>
        <w:t xml:space="preserve">[ ] </w:t>
      </w:r>
      <w:proofErr w:type="spellStart"/>
      <w:r w:rsidRPr="0044246C">
        <w:rPr>
          <w:rFonts w:cs="Arial"/>
          <w:sz w:val="22"/>
        </w:rPr>
        <w:t>Zastrzegamy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informacje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wskazane</w:t>
      </w:r>
      <w:proofErr w:type="spellEnd"/>
      <w:r w:rsidRPr="0044246C">
        <w:rPr>
          <w:rFonts w:cs="Arial"/>
          <w:sz w:val="22"/>
        </w:rPr>
        <w:t xml:space="preserve"> w </w:t>
      </w:r>
      <w:proofErr w:type="spellStart"/>
      <w:r w:rsidRPr="0044246C">
        <w:rPr>
          <w:rFonts w:cs="Arial"/>
          <w:sz w:val="22"/>
        </w:rPr>
        <w:t>odrębnym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pliku</w:t>
      </w:r>
      <w:proofErr w:type="spellEnd"/>
      <w:r w:rsidRPr="0044246C">
        <w:rPr>
          <w:rFonts w:cs="Arial"/>
          <w:sz w:val="22"/>
        </w:rPr>
        <w:t xml:space="preserve"> </w:t>
      </w:r>
      <w:proofErr w:type="spellStart"/>
      <w:r w:rsidRPr="0044246C">
        <w:rPr>
          <w:rFonts w:cs="Arial"/>
          <w:sz w:val="22"/>
        </w:rPr>
        <w:t>wraz</w:t>
      </w:r>
      <w:proofErr w:type="spellEnd"/>
      <w:r w:rsidRPr="0044246C">
        <w:rPr>
          <w:rFonts w:cs="Arial"/>
          <w:sz w:val="22"/>
        </w:rPr>
        <w:t xml:space="preserve"> z </w:t>
      </w:r>
      <w:proofErr w:type="spellStart"/>
      <w:r w:rsidRPr="0044246C">
        <w:rPr>
          <w:rFonts w:cs="Arial"/>
          <w:sz w:val="22"/>
        </w:rPr>
        <w:t>uzasadnieniem</w:t>
      </w:r>
      <w:proofErr w:type="spellEnd"/>
      <w:r w:rsidRPr="0044246C">
        <w:rPr>
          <w:rFonts w:cs="Arial"/>
          <w:sz w:val="22"/>
        </w:rPr>
        <w:t>.</w:t>
      </w:r>
      <w:proofErr w:type="gramEnd"/>
    </w:p>
    <w:p w:rsidR="0044246C" w:rsidRPr="0044246C" w:rsidRDefault="0044246C" w:rsidP="0044246C">
      <w:pPr>
        <w:spacing w:line="276" w:lineRule="auto"/>
        <w:ind w:left="372"/>
        <w:jc w:val="both"/>
        <w:rPr>
          <w:rFonts w:cs="Arial"/>
          <w:i/>
          <w:sz w:val="21"/>
          <w:szCs w:val="21"/>
        </w:rPr>
      </w:pPr>
      <w:proofErr w:type="gramStart"/>
      <w:r w:rsidRPr="0044246C">
        <w:rPr>
          <w:rFonts w:cs="Arial"/>
          <w:i/>
          <w:sz w:val="21"/>
          <w:szCs w:val="21"/>
        </w:rPr>
        <w:t xml:space="preserve">W </w:t>
      </w:r>
      <w:proofErr w:type="spellStart"/>
      <w:r w:rsidRPr="0044246C">
        <w:rPr>
          <w:rFonts w:cs="Arial"/>
          <w:i/>
          <w:sz w:val="21"/>
          <w:szCs w:val="21"/>
        </w:rPr>
        <w:t>przypadku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utajnienia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oferty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Wykonawca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zobowiązany</w:t>
      </w:r>
      <w:proofErr w:type="spellEnd"/>
      <w:r w:rsidRPr="0044246C">
        <w:rPr>
          <w:rFonts w:cs="Arial"/>
          <w:i/>
          <w:sz w:val="21"/>
          <w:szCs w:val="21"/>
        </w:rPr>
        <w:t xml:space="preserve"> jest </w:t>
      </w:r>
      <w:proofErr w:type="spellStart"/>
      <w:r w:rsidRPr="0044246C">
        <w:rPr>
          <w:rFonts w:cs="Arial"/>
          <w:i/>
          <w:sz w:val="21"/>
          <w:szCs w:val="21"/>
        </w:rPr>
        <w:t>wykazać</w:t>
      </w:r>
      <w:proofErr w:type="spellEnd"/>
      <w:r w:rsidRPr="0044246C">
        <w:rPr>
          <w:rFonts w:cs="Arial"/>
          <w:i/>
          <w:sz w:val="21"/>
          <w:szCs w:val="21"/>
        </w:rPr>
        <w:t xml:space="preserve">, </w:t>
      </w:r>
      <w:proofErr w:type="spellStart"/>
      <w:r w:rsidRPr="0044246C">
        <w:rPr>
          <w:rFonts w:cs="Arial"/>
          <w:i/>
          <w:sz w:val="21"/>
          <w:szCs w:val="21"/>
        </w:rPr>
        <w:t>iż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zastrzeżone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informacje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stanowią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tajemnicę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przedsiębiorstwa</w:t>
      </w:r>
      <w:proofErr w:type="spellEnd"/>
      <w:r w:rsidRPr="0044246C">
        <w:rPr>
          <w:rFonts w:cs="Arial"/>
          <w:i/>
          <w:sz w:val="21"/>
          <w:szCs w:val="21"/>
        </w:rPr>
        <w:t xml:space="preserve"> w </w:t>
      </w:r>
      <w:proofErr w:type="spellStart"/>
      <w:r w:rsidRPr="0044246C">
        <w:rPr>
          <w:rFonts w:cs="Arial"/>
          <w:i/>
          <w:sz w:val="21"/>
          <w:szCs w:val="21"/>
        </w:rPr>
        <w:t>szczególności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określając</w:t>
      </w:r>
      <w:proofErr w:type="spellEnd"/>
      <w:r w:rsidRPr="0044246C">
        <w:rPr>
          <w:rFonts w:cs="Arial"/>
          <w:i/>
          <w:sz w:val="21"/>
          <w:szCs w:val="21"/>
        </w:rPr>
        <w:t xml:space="preserve">, w </w:t>
      </w:r>
      <w:proofErr w:type="spellStart"/>
      <w:r w:rsidRPr="0044246C">
        <w:rPr>
          <w:rFonts w:cs="Arial"/>
          <w:i/>
          <w:sz w:val="21"/>
          <w:szCs w:val="21"/>
        </w:rPr>
        <w:t>jaki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sposób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zostały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spełnione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przesłanki</w:t>
      </w:r>
      <w:proofErr w:type="spellEnd"/>
      <w:r w:rsidRPr="0044246C">
        <w:rPr>
          <w:rFonts w:cs="Arial"/>
          <w:i/>
          <w:sz w:val="21"/>
          <w:szCs w:val="21"/>
        </w:rPr>
        <w:t xml:space="preserve">, o </w:t>
      </w:r>
      <w:proofErr w:type="spellStart"/>
      <w:r w:rsidRPr="0044246C">
        <w:rPr>
          <w:rFonts w:cs="Arial"/>
          <w:i/>
          <w:sz w:val="21"/>
          <w:szCs w:val="21"/>
        </w:rPr>
        <w:t>których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mowa</w:t>
      </w:r>
      <w:proofErr w:type="spellEnd"/>
      <w:r w:rsidRPr="0044246C">
        <w:rPr>
          <w:rFonts w:cs="Arial"/>
          <w:i/>
          <w:sz w:val="21"/>
          <w:szCs w:val="21"/>
        </w:rPr>
        <w:t xml:space="preserve"> w art.</w:t>
      </w:r>
      <w:proofErr w:type="gramEnd"/>
      <w:r w:rsidRPr="0044246C">
        <w:rPr>
          <w:rFonts w:cs="Arial"/>
          <w:i/>
          <w:sz w:val="21"/>
          <w:szCs w:val="21"/>
        </w:rPr>
        <w:t xml:space="preserve"> </w:t>
      </w:r>
      <w:proofErr w:type="gramStart"/>
      <w:r w:rsidRPr="0044246C">
        <w:rPr>
          <w:rFonts w:cs="Arial"/>
          <w:i/>
          <w:sz w:val="21"/>
          <w:szCs w:val="21"/>
        </w:rPr>
        <w:t xml:space="preserve">11 pkt. 2 </w:t>
      </w:r>
      <w:proofErr w:type="spellStart"/>
      <w:r w:rsidRPr="0044246C">
        <w:rPr>
          <w:rFonts w:cs="Arial"/>
          <w:i/>
          <w:sz w:val="21"/>
          <w:szCs w:val="21"/>
        </w:rPr>
        <w:t>ustawy</w:t>
      </w:r>
      <w:proofErr w:type="spellEnd"/>
      <w:r w:rsidRPr="0044246C">
        <w:rPr>
          <w:rFonts w:cs="Arial"/>
          <w:i/>
          <w:sz w:val="21"/>
          <w:szCs w:val="21"/>
        </w:rPr>
        <w:t xml:space="preserve"> z 16 </w:t>
      </w:r>
      <w:proofErr w:type="spellStart"/>
      <w:r w:rsidRPr="0044246C">
        <w:rPr>
          <w:rFonts w:cs="Arial"/>
          <w:i/>
          <w:sz w:val="21"/>
          <w:szCs w:val="21"/>
        </w:rPr>
        <w:t>kwietnia</w:t>
      </w:r>
      <w:proofErr w:type="spellEnd"/>
      <w:r w:rsidRPr="0044246C">
        <w:rPr>
          <w:rFonts w:cs="Arial"/>
          <w:i/>
          <w:sz w:val="21"/>
          <w:szCs w:val="21"/>
        </w:rPr>
        <w:t xml:space="preserve"> 1993 r. o </w:t>
      </w:r>
      <w:proofErr w:type="spellStart"/>
      <w:r w:rsidRPr="0044246C">
        <w:rPr>
          <w:rFonts w:cs="Arial"/>
          <w:i/>
          <w:sz w:val="21"/>
          <w:szCs w:val="21"/>
        </w:rPr>
        <w:t>zwalczaniu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nieuczciwej</w:t>
      </w:r>
      <w:proofErr w:type="spellEnd"/>
      <w:r w:rsidRPr="0044246C">
        <w:rPr>
          <w:rFonts w:cs="Arial"/>
          <w:i/>
          <w:sz w:val="21"/>
          <w:szCs w:val="21"/>
        </w:rPr>
        <w:t xml:space="preserve"> </w:t>
      </w:r>
      <w:proofErr w:type="spellStart"/>
      <w:r w:rsidRPr="0044246C">
        <w:rPr>
          <w:rFonts w:cs="Arial"/>
          <w:i/>
          <w:sz w:val="21"/>
          <w:szCs w:val="21"/>
        </w:rPr>
        <w:t>konkurencji</w:t>
      </w:r>
      <w:proofErr w:type="spellEnd"/>
      <w:r w:rsidRPr="0044246C">
        <w:rPr>
          <w:rFonts w:cs="Arial"/>
          <w:i/>
          <w:sz w:val="21"/>
          <w:szCs w:val="21"/>
        </w:rPr>
        <w:t>.</w:t>
      </w:r>
      <w:proofErr w:type="gramEnd"/>
    </w:p>
    <w:p w:rsidR="0044246C" w:rsidRDefault="00FF37D0">
      <w:pPr>
        <w:rPr>
          <w:rFonts w:cs="Arial"/>
          <w:b/>
          <w:bCs/>
          <w:color w:val="1F497D" w:themeColor="text2"/>
          <w:sz w:val="22"/>
        </w:rPr>
      </w:pPr>
      <w:r w:rsidRPr="00FF37D0">
        <w:rPr>
          <w:rFonts w:cs="Arial"/>
          <w:b/>
          <w:bCs/>
          <w:color w:val="1F497D" w:themeColor="text2"/>
          <w:sz w:val="22"/>
        </w:rPr>
        <w:lastRenderedPageBreak/>
        <w:t xml:space="preserve">8. </w:t>
      </w:r>
      <w:proofErr w:type="spellStart"/>
      <w:r w:rsidRPr="00FF37D0">
        <w:rPr>
          <w:rFonts w:cs="Arial"/>
          <w:b/>
          <w:bCs/>
          <w:color w:val="1F497D" w:themeColor="text2"/>
          <w:sz w:val="22"/>
        </w:rPr>
        <w:t>Rodzaj</w:t>
      </w:r>
      <w:proofErr w:type="spellEnd"/>
      <w:r w:rsidRPr="00FF37D0">
        <w:rPr>
          <w:rFonts w:cs="Arial"/>
          <w:b/>
          <w:bCs/>
          <w:color w:val="1F497D" w:themeColor="text2"/>
          <w:sz w:val="22"/>
        </w:rPr>
        <w:t xml:space="preserve"> </w:t>
      </w:r>
      <w:proofErr w:type="spellStart"/>
      <w:r w:rsidRPr="00FF37D0">
        <w:rPr>
          <w:rFonts w:cs="Arial"/>
          <w:b/>
          <w:bCs/>
          <w:color w:val="1F497D" w:themeColor="text2"/>
          <w:sz w:val="22"/>
        </w:rPr>
        <w:t>Wykonawcy</w:t>
      </w:r>
      <w:proofErr w:type="spell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mikroprzedsiębiorstwo</w:t>
      </w:r>
      <w:proofErr w:type="spellEnd"/>
      <w:proofErr w:type="gram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małe</w:t>
      </w:r>
      <w:proofErr w:type="spellEnd"/>
      <w:proofErr w:type="gram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przedsiębiorstwo</w:t>
      </w:r>
      <w:proofErr w:type="spell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średnie</w:t>
      </w:r>
      <w:proofErr w:type="spellEnd"/>
      <w:proofErr w:type="gram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przedsiębiorstwo</w:t>
      </w:r>
      <w:proofErr w:type="spell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jednoosobowa</w:t>
      </w:r>
      <w:proofErr w:type="spellEnd"/>
      <w:proofErr w:type="gram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działalność</w:t>
      </w:r>
      <w:proofErr w:type="spell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gospodarcza</w:t>
      </w:r>
      <w:proofErr w:type="spell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osoba</w:t>
      </w:r>
      <w:proofErr w:type="spellEnd"/>
      <w:proofErr w:type="gram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fizyczna</w:t>
      </w:r>
      <w:proofErr w:type="spell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nieprowadząca</w:t>
      </w:r>
      <w:proofErr w:type="spell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działalności</w:t>
      </w:r>
      <w:proofErr w:type="spell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gospodarczej</w:t>
      </w:r>
      <w:proofErr w:type="spellEnd"/>
    </w:p>
    <w:p w:rsidR="00FF37D0" w:rsidRPr="005A0363" w:rsidRDefault="00FF37D0" w:rsidP="00FF37D0">
      <w:pPr>
        <w:spacing w:before="120" w:line="300" w:lineRule="auto"/>
        <w:ind w:left="708" w:hanging="402"/>
        <w:rPr>
          <w:rFonts w:cs="Arial"/>
          <w:bCs/>
          <w:iCs/>
          <w:sz w:val="22"/>
        </w:rPr>
      </w:pPr>
      <w:r w:rsidRPr="005A0363">
        <w:rPr>
          <w:rFonts w:cs="Arial"/>
          <w:bCs/>
          <w:i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0363">
        <w:rPr>
          <w:rFonts w:cs="Arial"/>
          <w:bCs/>
          <w:iCs/>
          <w:sz w:val="22"/>
        </w:rPr>
        <w:instrText xml:space="preserve"> FORMCHECKBOX </w:instrText>
      </w:r>
      <w:r w:rsidR="000D3EAE">
        <w:rPr>
          <w:rFonts w:cs="Arial"/>
          <w:bCs/>
          <w:iCs/>
          <w:sz w:val="22"/>
        </w:rPr>
      </w:r>
      <w:r w:rsidR="000D3EAE">
        <w:rPr>
          <w:rFonts w:cs="Arial"/>
          <w:bCs/>
          <w:iCs/>
          <w:sz w:val="22"/>
        </w:rPr>
        <w:fldChar w:fldCharType="separate"/>
      </w:r>
      <w:r w:rsidRPr="005A0363">
        <w:rPr>
          <w:rFonts w:cs="Arial"/>
          <w:bCs/>
          <w:iCs/>
          <w:sz w:val="22"/>
        </w:rPr>
        <w:fldChar w:fldCharType="end"/>
      </w:r>
      <w:r w:rsidRPr="005A0363">
        <w:rPr>
          <w:rFonts w:cs="Arial"/>
          <w:bCs/>
          <w:iCs/>
          <w:sz w:val="22"/>
        </w:rPr>
        <w:t xml:space="preserve"> </w:t>
      </w:r>
      <w:proofErr w:type="spellStart"/>
      <w:proofErr w:type="gramStart"/>
      <w:r w:rsidRPr="005A0363">
        <w:rPr>
          <w:rFonts w:cs="Arial"/>
          <w:bCs/>
          <w:iCs/>
          <w:sz w:val="22"/>
        </w:rPr>
        <w:t>inny</w:t>
      </w:r>
      <w:proofErr w:type="spellEnd"/>
      <w:proofErr w:type="gramEnd"/>
      <w:r w:rsidRPr="005A0363">
        <w:rPr>
          <w:rFonts w:cs="Arial"/>
          <w:bCs/>
          <w:iCs/>
          <w:sz w:val="22"/>
        </w:rPr>
        <w:t xml:space="preserve"> </w:t>
      </w:r>
      <w:proofErr w:type="spellStart"/>
      <w:r w:rsidRPr="005A0363">
        <w:rPr>
          <w:rFonts w:cs="Arial"/>
          <w:bCs/>
          <w:iCs/>
          <w:sz w:val="22"/>
        </w:rPr>
        <w:t>rodzaj</w:t>
      </w:r>
      <w:proofErr w:type="spellEnd"/>
    </w:p>
    <w:p w:rsidR="00FF37D0" w:rsidRPr="005A0363" w:rsidRDefault="00FF37D0" w:rsidP="00FF37D0">
      <w:pPr>
        <w:pStyle w:val="Bezodstpw"/>
        <w:spacing w:line="276" w:lineRule="auto"/>
        <w:ind w:left="318"/>
        <w:rPr>
          <w:rFonts w:ascii="Arial" w:hAnsi="Arial" w:cs="Arial"/>
          <w:i/>
          <w:iCs/>
        </w:rPr>
      </w:pPr>
      <w:r w:rsidRPr="005A0363">
        <w:rPr>
          <w:rFonts w:ascii="Arial" w:hAnsi="Arial" w:cs="Arial"/>
          <w:i/>
          <w:iCs/>
        </w:rPr>
        <w:t>(</w:t>
      </w:r>
      <w:proofErr w:type="spellStart"/>
      <w:proofErr w:type="gramStart"/>
      <w:r w:rsidRPr="005A0363">
        <w:rPr>
          <w:rFonts w:ascii="Arial" w:hAnsi="Arial" w:cs="Arial"/>
          <w:i/>
          <w:iCs/>
        </w:rPr>
        <w:t>zaznacz</w:t>
      </w:r>
      <w:proofErr w:type="spellEnd"/>
      <w:proofErr w:type="gramEnd"/>
      <w:r w:rsidRPr="005A0363">
        <w:rPr>
          <w:rFonts w:ascii="Arial" w:hAnsi="Arial" w:cs="Arial"/>
          <w:i/>
          <w:iCs/>
        </w:rPr>
        <w:t xml:space="preserve"> </w:t>
      </w:r>
      <w:proofErr w:type="spellStart"/>
      <w:r w:rsidRPr="005A0363">
        <w:rPr>
          <w:rFonts w:ascii="Arial" w:hAnsi="Arial" w:cs="Arial"/>
          <w:i/>
          <w:iCs/>
        </w:rPr>
        <w:t>właściwe</w:t>
      </w:r>
      <w:proofErr w:type="spellEnd"/>
      <w:r w:rsidRPr="005A0363">
        <w:rPr>
          <w:rFonts w:ascii="Arial" w:hAnsi="Arial" w:cs="Arial"/>
          <w:i/>
          <w:iCs/>
        </w:rPr>
        <w:t>)</w:t>
      </w:r>
    </w:p>
    <w:p w:rsidR="00FF37D0" w:rsidRDefault="00FF37D0">
      <w:pPr>
        <w:rPr>
          <w:rFonts w:cs="Arial"/>
          <w:b/>
          <w:bCs/>
          <w:color w:val="1F497D" w:themeColor="text2"/>
          <w:sz w:val="22"/>
        </w:rPr>
      </w:pPr>
    </w:p>
    <w:p w:rsidR="00FF37D0" w:rsidRPr="005A0363" w:rsidRDefault="00FF37D0" w:rsidP="00FF37D0">
      <w:pPr>
        <w:suppressAutoHyphens/>
        <w:spacing w:after="0" w:line="276" w:lineRule="auto"/>
        <w:jc w:val="both"/>
        <w:rPr>
          <w:rFonts w:cs="Arial"/>
          <w:iCs/>
          <w:sz w:val="22"/>
        </w:rPr>
      </w:pPr>
      <w:proofErr w:type="spellStart"/>
      <w:r w:rsidRPr="005A0363">
        <w:rPr>
          <w:rFonts w:cs="Arial"/>
          <w:iCs/>
          <w:sz w:val="22"/>
        </w:rPr>
        <w:t>Osobami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uprawnionymi</w:t>
      </w:r>
      <w:proofErr w:type="spellEnd"/>
      <w:r w:rsidRPr="005A0363">
        <w:rPr>
          <w:rFonts w:cs="Arial"/>
          <w:iCs/>
          <w:sz w:val="22"/>
        </w:rPr>
        <w:t xml:space="preserve"> do </w:t>
      </w:r>
      <w:proofErr w:type="spellStart"/>
      <w:r w:rsidRPr="005A0363">
        <w:rPr>
          <w:rFonts w:cs="Arial"/>
          <w:iCs/>
          <w:sz w:val="22"/>
        </w:rPr>
        <w:t>merytorycznej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współpracy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i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koordynacji</w:t>
      </w:r>
      <w:proofErr w:type="spellEnd"/>
      <w:r w:rsidRPr="005A0363">
        <w:rPr>
          <w:rFonts w:cs="Arial"/>
          <w:iCs/>
          <w:sz w:val="22"/>
        </w:rPr>
        <w:t xml:space="preserve"> w </w:t>
      </w:r>
      <w:proofErr w:type="spellStart"/>
      <w:r w:rsidRPr="005A0363">
        <w:rPr>
          <w:rFonts w:cs="Arial"/>
          <w:iCs/>
          <w:sz w:val="22"/>
        </w:rPr>
        <w:t>wykonywaniu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zadania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ze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strony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Wykonawcy</w:t>
      </w:r>
      <w:proofErr w:type="spellEnd"/>
      <w:r w:rsidRPr="005A0363">
        <w:rPr>
          <w:rFonts w:cs="Arial"/>
          <w:iCs/>
          <w:sz w:val="22"/>
        </w:rPr>
        <w:t xml:space="preserve"> </w:t>
      </w:r>
      <w:proofErr w:type="spellStart"/>
      <w:proofErr w:type="gramStart"/>
      <w:r w:rsidRPr="005A0363">
        <w:rPr>
          <w:rFonts w:cs="Arial"/>
          <w:iCs/>
          <w:sz w:val="22"/>
        </w:rPr>
        <w:t>są</w:t>
      </w:r>
      <w:proofErr w:type="spellEnd"/>
      <w:proofErr w:type="gramEnd"/>
      <w:r w:rsidRPr="005A0363">
        <w:rPr>
          <w:rFonts w:cs="Arial"/>
          <w:iCs/>
          <w:sz w:val="22"/>
        </w:rPr>
        <w:t>: ………………………………………………………..…………………</w:t>
      </w:r>
    </w:p>
    <w:p w:rsidR="00FF37D0" w:rsidRPr="005A0363" w:rsidRDefault="00FF37D0" w:rsidP="00FF37D0">
      <w:pPr>
        <w:suppressAutoHyphens/>
        <w:spacing w:line="276" w:lineRule="auto"/>
        <w:jc w:val="both"/>
        <w:rPr>
          <w:rFonts w:cs="Arial"/>
          <w:iCs/>
          <w:sz w:val="22"/>
        </w:rPr>
      </w:pPr>
      <w:proofErr w:type="spellStart"/>
      <w:proofErr w:type="gramStart"/>
      <w:r w:rsidRPr="005A0363">
        <w:rPr>
          <w:rFonts w:cs="Arial"/>
          <w:iCs/>
          <w:sz w:val="22"/>
        </w:rPr>
        <w:t>nr</w:t>
      </w:r>
      <w:proofErr w:type="spellEnd"/>
      <w:proofErr w:type="gramEnd"/>
      <w:r w:rsidRPr="005A0363">
        <w:rPr>
          <w:rFonts w:cs="Arial"/>
          <w:iCs/>
          <w:sz w:val="22"/>
        </w:rPr>
        <w:t xml:space="preserve"> </w:t>
      </w:r>
      <w:proofErr w:type="spellStart"/>
      <w:r w:rsidRPr="005A0363">
        <w:rPr>
          <w:rFonts w:cs="Arial"/>
          <w:iCs/>
          <w:sz w:val="22"/>
        </w:rPr>
        <w:t>telefonu</w:t>
      </w:r>
      <w:proofErr w:type="spellEnd"/>
      <w:r w:rsidRPr="005A0363">
        <w:rPr>
          <w:rFonts w:cs="Arial"/>
          <w:iCs/>
          <w:sz w:val="22"/>
        </w:rPr>
        <w:t xml:space="preserve"> ……………………,    e-mail: ………………………………..…………………..……</w:t>
      </w:r>
    </w:p>
    <w:p w:rsidR="00FF37D0" w:rsidRPr="00FF37D0" w:rsidRDefault="00FF37D0">
      <w:pPr>
        <w:rPr>
          <w:rFonts w:cs="Arial"/>
          <w:b/>
          <w:bCs/>
          <w:color w:val="1F497D" w:themeColor="text2"/>
          <w:sz w:val="22"/>
        </w:rPr>
      </w:pPr>
    </w:p>
    <w:p w:rsidR="00D1529B" w:rsidRPr="0044246C" w:rsidRDefault="00D1529B">
      <w:pPr>
        <w:rPr>
          <w:rFonts w:cs="Arial"/>
          <w:sz w:val="22"/>
        </w:rPr>
      </w:pPr>
    </w:p>
    <w:sectPr w:rsidR="00D1529B" w:rsidRPr="0044246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EAE" w:rsidRDefault="000D3EAE">
      <w:pPr>
        <w:spacing w:after="0" w:line="240" w:lineRule="auto"/>
      </w:pPr>
      <w:r>
        <w:separator/>
      </w:r>
    </w:p>
  </w:endnote>
  <w:endnote w:type="continuationSeparator" w:id="0">
    <w:p w:rsidR="000D3EAE" w:rsidRDefault="000D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29B" w:rsidRDefault="00865F02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C47942">
      <w:rPr>
        <w:color w:val="666666"/>
        <w:sz w:val="16"/>
      </w:rPr>
      <w:t>2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BF" w:rsidRDefault="00813BB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EAE" w:rsidRDefault="000D3EAE">
      <w:pPr>
        <w:spacing w:after="0" w:line="240" w:lineRule="auto"/>
      </w:pPr>
      <w:r>
        <w:separator/>
      </w:r>
    </w:p>
  </w:footnote>
  <w:footnote w:type="continuationSeparator" w:id="0">
    <w:p w:rsidR="000D3EAE" w:rsidRDefault="000D3EAE">
      <w:pPr>
        <w:spacing w:after="0" w:line="240" w:lineRule="auto"/>
      </w:pPr>
      <w:r>
        <w:continuationSeparator/>
      </w:r>
    </w:p>
  </w:footnote>
  <w:footnote w:id="1">
    <w:p w:rsidR="00491A44" w:rsidRPr="005A0363" w:rsidRDefault="00491A44" w:rsidP="00491A44">
      <w:pPr>
        <w:pStyle w:val="Tekstprzypisudolnego"/>
        <w:ind w:left="-284" w:hanging="141"/>
        <w:jc w:val="both"/>
        <w:rPr>
          <w:rFonts w:ascii="Arial" w:hAnsi="Arial" w:cs="Arial"/>
          <w:sz w:val="16"/>
          <w:szCs w:val="16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</w:r>
      <w:r w:rsidRPr="005A0363">
        <w:rPr>
          <w:rFonts w:ascii="Arial" w:hAnsi="Arial" w:cs="Arial"/>
          <w:sz w:val="16"/>
          <w:szCs w:val="16"/>
        </w:rPr>
        <w:t>Należy odpowiednio zaznaczyć punkt a) albo b).</w:t>
      </w:r>
    </w:p>
  </w:footnote>
  <w:footnote w:id="2">
    <w:p w:rsidR="00491A44" w:rsidRPr="005A0363" w:rsidRDefault="00491A44" w:rsidP="00491A44">
      <w:pPr>
        <w:pStyle w:val="Tekstprzypisudolnego"/>
        <w:ind w:left="-284" w:hanging="141"/>
        <w:jc w:val="both"/>
        <w:rPr>
          <w:rFonts w:ascii="Arial" w:hAnsi="Arial" w:cs="Arial"/>
          <w:sz w:val="16"/>
          <w:szCs w:val="16"/>
        </w:rPr>
      </w:pPr>
      <w:r w:rsidRPr="005A036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A036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A0363">
        <w:rPr>
          <w:rFonts w:ascii="Arial" w:hAnsi="Arial" w:cs="Arial"/>
          <w:sz w:val="16"/>
          <w:szCs w:val="16"/>
        </w:rPr>
        <w:t>rozporządzenie</w:t>
      </w:r>
      <w:proofErr w:type="gramEnd"/>
      <w:r w:rsidRPr="005A0363">
        <w:rPr>
          <w:rFonts w:ascii="Arial" w:hAnsi="Arial" w:cs="Arial"/>
          <w:sz w:val="16"/>
          <w:szCs w:val="16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5A0363">
        <w:rPr>
          <w:rFonts w:ascii="Arial" w:hAnsi="Arial" w:cs="Arial"/>
          <w:sz w:val="16"/>
          <w:szCs w:val="16"/>
        </w:rPr>
        <w:t>str</w:t>
      </w:r>
      <w:proofErr w:type="gramEnd"/>
      <w:r w:rsidRPr="005A0363">
        <w:rPr>
          <w:rFonts w:ascii="Arial" w:hAnsi="Arial" w:cs="Arial"/>
          <w:sz w:val="16"/>
          <w:szCs w:val="16"/>
        </w:rPr>
        <w:t>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35D" w:rsidRDefault="00BC335D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11F0662F" wp14:editId="4E8CE460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1529B" w:rsidRDefault="00865F02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BF" w:rsidRDefault="00813BB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73805C3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1077BE"/>
    <w:multiLevelType w:val="hybridMultilevel"/>
    <w:tmpl w:val="1396CFA8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5C6879"/>
    <w:multiLevelType w:val="hybridMultilevel"/>
    <w:tmpl w:val="5BDCA33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F1121B1"/>
    <w:multiLevelType w:val="hybridMultilevel"/>
    <w:tmpl w:val="5BDCA338"/>
    <w:lvl w:ilvl="0" w:tplc="17E4D91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3EAE"/>
    <w:rsid w:val="0015074B"/>
    <w:rsid w:val="0029639D"/>
    <w:rsid w:val="00326F90"/>
    <w:rsid w:val="0044246C"/>
    <w:rsid w:val="00491A44"/>
    <w:rsid w:val="005B3DBB"/>
    <w:rsid w:val="00813BBF"/>
    <w:rsid w:val="00865F02"/>
    <w:rsid w:val="00AA1D8D"/>
    <w:rsid w:val="00B47730"/>
    <w:rsid w:val="00B7429C"/>
    <w:rsid w:val="00BC335D"/>
    <w:rsid w:val="00C47942"/>
    <w:rsid w:val="00CB0664"/>
    <w:rsid w:val="00CB29CE"/>
    <w:rsid w:val="00D1529B"/>
    <w:rsid w:val="00D5219C"/>
    <w:rsid w:val="00DE042A"/>
    <w:rsid w:val="00FC693F"/>
    <w:rsid w:val="00F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link w:val="BezodstpwZnak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491A44"/>
    <w:rPr>
      <w:rFonts w:ascii="Arial" w:hAnsi="Arial"/>
      <w:sz w:val="20"/>
    </w:rPr>
  </w:style>
  <w:style w:type="paragraph" w:styleId="Tekstprzypisudolnego">
    <w:name w:val="footnote text"/>
    <w:basedOn w:val="Normalny"/>
    <w:link w:val="TekstprzypisudolnegoZnak"/>
    <w:rsid w:val="00491A44"/>
    <w:pPr>
      <w:spacing w:after="0" w:line="240" w:lineRule="auto"/>
    </w:pPr>
    <w:rPr>
      <w:rFonts w:ascii="Times New Roman" w:eastAsia="Calibri" w:hAnsi="Times New Roman" w:cs="Times New Roman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91A44"/>
    <w:rPr>
      <w:rFonts w:ascii="Times New Roman" w:eastAsia="Calibri" w:hAnsi="Times New Roman" w:cs="Times New Roman"/>
      <w:sz w:val="20"/>
      <w:szCs w:val="20"/>
      <w:lang w:val="pl-PL" w:eastAsia="pl-PL"/>
    </w:rPr>
  </w:style>
  <w:style w:type="character" w:styleId="Odwoanieprzypisudolnego">
    <w:name w:val="footnote reference"/>
    <w:uiPriority w:val="99"/>
    <w:qFormat/>
    <w:rsid w:val="00491A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491A44"/>
  </w:style>
  <w:style w:type="paragraph" w:styleId="NormalnyWeb">
    <w:name w:val="Normal (Web)"/>
    <w:basedOn w:val="Normalny"/>
    <w:uiPriority w:val="99"/>
    <w:unhideWhenUsed/>
    <w:rsid w:val="00491A4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2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link w:val="BezodstpwZnak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491A44"/>
    <w:rPr>
      <w:rFonts w:ascii="Arial" w:hAnsi="Arial"/>
      <w:sz w:val="20"/>
    </w:rPr>
  </w:style>
  <w:style w:type="paragraph" w:styleId="Tekstprzypisudolnego">
    <w:name w:val="footnote text"/>
    <w:basedOn w:val="Normalny"/>
    <w:link w:val="TekstprzypisudolnegoZnak"/>
    <w:rsid w:val="00491A44"/>
    <w:pPr>
      <w:spacing w:after="0" w:line="240" w:lineRule="auto"/>
    </w:pPr>
    <w:rPr>
      <w:rFonts w:ascii="Times New Roman" w:eastAsia="Calibri" w:hAnsi="Times New Roman" w:cs="Times New Roman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91A44"/>
    <w:rPr>
      <w:rFonts w:ascii="Times New Roman" w:eastAsia="Calibri" w:hAnsi="Times New Roman" w:cs="Times New Roman"/>
      <w:sz w:val="20"/>
      <w:szCs w:val="20"/>
      <w:lang w:val="pl-PL" w:eastAsia="pl-PL"/>
    </w:rPr>
  </w:style>
  <w:style w:type="character" w:styleId="Odwoanieprzypisudolnego">
    <w:name w:val="footnote reference"/>
    <w:uiPriority w:val="99"/>
    <w:qFormat/>
    <w:rsid w:val="00491A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491A44"/>
  </w:style>
  <w:style w:type="paragraph" w:styleId="NormalnyWeb">
    <w:name w:val="Normal (Web)"/>
    <w:basedOn w:val="Normalny"/>
    <w:uiPriority w:val="99"/>
    <w:unhideWhenUsed/>
    <w:rsid w:val="00491A4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50AA38-9BAB-425A-8A07-1D405C2D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853</Words>
  <Characters>5124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4</cp:revision>
  <dcterms:created xsi:type="dcterms:W3CDTF">2013-12-23T23:15:00Z</dcterms:created>
  <dcterms:modified xsi:type="dcterms:W3CDTF">2026-10-29T12:17:00Z</dcterms:modified>
  <cp:category/>
</cp:coreProperties>
</file>