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A1420" w14:textId="77777777" w:rsidR="007E1C81" w:rsidRPr="00620D6C" w:rsidRDefault="007E1C81" w:rsidP="00B706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F498B0" w14:textId="5E412C37" w:rsidR="005229A9" w:rsidRPr="00620D6C" w:rsidRDefault="00000000" w:rsidP="00B70615">
      <w:pPr>
        <w:jc w:val="center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b/>
          <w:sz w:val="24"/>
          <w:szCs w:val="24"/>
        </w:rPr>
        <w:t>UMOWA NR …………………/2026</w:t>
      </w:r>
    </w:p>
    <w:p w14:paraId="67927479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sukcesywny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bezgotówkowy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zakup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oleju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napędowego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ON do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autobusów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pojazdów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służbowych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Gminy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obsługiwanych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Centrum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Usług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Wspólnych</w:t>
      </w:r>
      <w:proofErr w:type="spellEnd"/>
      <w:r w:rsidRPr="00620D6C">
        <w:rPr>
          <w:rFonts w:ascii="Times New Roman" w:hAnsi="Times New Roman" w:cs="Times New Roman"/>
          <w:b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b/>
          <w:sz w:val="24"/>
          <w:szCs w:val="24"/>
        </w:rPr>
        <w:t>Glinojecku</w:t>
      </w:r>
      <w:proofErr w:type="spellEnd"/>
    </w:p>
    <w:p w14:paraId="788B2C4E" w14:textId="77777777" w:rsidR="005229A9" w:rsidRPr="00620D6C" w:rsidRDefault="005229A9" w:rsidP="00B706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FB130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zawarta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……………………… 2026 r.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pomiędzy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:</w:t>
      </w:r>
    </w:p>
    <w:p w14:paraId="56AD33DC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Gminą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ul.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Płocka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12, 06-450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NIP 5661881129, REGON 130377882,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imieniu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której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działa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Centrum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Usług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Wspólnych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ul.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Targowa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6, 06-450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NIP 5662038955,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reprezentowane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Iwonę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Wernicką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Dyrektora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Centrum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Usług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Wspólnych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kontrasygnacie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Burdeckiej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Głównej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Księgowej,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zwaną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dalej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”,</w:t>
      </w:r>
    </w:p>
    <w:p w14:paraId="4DAB6C51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>a</w:t>
      </w:r>
    </w:p>
    <w:p w14:paraId="446740C2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…………………………………………………………………………………………………………………………, NIP …………………………, REGON …………………………,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reprezentowanym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zwanym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dalej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”,</w:t>
      </w:r>
    </w:p>
    <w:p w14:paraId="482C2A71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łącznie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zwanymi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dalej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Stronami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”.</w:t>
      </w:r>
    </w:p>
    <w:p w14:paraId="61651454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zostaje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zawarta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wyboru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najkorzystniejszej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oferty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postępowaniu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prowadzonym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trybie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podstawowym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negocjacji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art. 275 pkt 1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września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2019 r. –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zamówień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publicznych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t.j.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z 2026 r.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793),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znak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CUW.ZP.271.1.2026.</w:t>
      </w:r>
    </w:p>
    <w:p w14:paraId="7DC9CE34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1. </w:t>
      </w:r>
      <w:proofErr w:type="spellStart"/>
      <w:r w:rsidRPr="00620D6C">
        <w:rPr>
          <w:rFonts w:ascii="Times New Roman" w:hAnsi="Times New Roman" w:cs="Times New Roman"/>
          <w:szCs w:val="24"/>
        </w:rPr>
        <w:t>Przedmiot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sposób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realizacji</w:t>
      </w:r>
      <w:proofErr w:type="spellEnd"/>
    </w:p>
    <w:p w14:paraId="41F88C1D" w14:textId="09E21097" w:rsidR="005229A9" w:rsidRPr="00620D6C" w:rsidRDefault="00000000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Przedmiotem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sukcesywny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zakup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oleju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napędowego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ON</w:t>
      </w:r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obrocie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bezgotówkowym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bezpośrednio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zbiorników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autobusów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CA">
        <w:rPr>
          <w:rFonts w:ascii="Times New Roman" w:hAnsi="Times New Roman" w:cs="Times New Roman"/>
          <w:sz w:val="24"/>
          <w:szCs w:val="24"/>
        </w:rPr>
        <w:t>służbowych</w:t>
      </w:r>
      <w:proofErr w:type="spellEnd"/>
      <w:r w:rsidR="006E5D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Gminy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obsługiwanych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Centrum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Usług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Wspólnych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Glinojecku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77240BAC" w14:textId="05500A0B" w:rsidR="005229A9" w:rsidRPr="00620D6C" w:rsidRDefault="00000000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Maksymalna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ilość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ON</w:t>
      </w:r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obowiązywania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wynosi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r w:rsidR="00B70615" w:rsidRPr="00620D6C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0615" w:rsidRPr="00620D6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00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litrów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CE0CF34" w14:textId="4DCCDD8D" w:rsidR="005229A9" w:rsidRPr="00620D6C" w:rsidRDefault="00000000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Minimalny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gwarantowany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zakres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wynosi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maksymalnej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70615" w:rsidRPr="00620D6C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400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litrów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Pozostała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ilość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charakter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szacunkowy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będzie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pobierana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zależności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rzeczywistych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potrzeb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zobowiązany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wykorzystania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ponad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zakres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gwarantowany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1586AD4" w14:textId="423DF475" w:rsidR="00FD4768" w:rsidRPr="00620D6C" w:rsidRDefault="00000000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przypisane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poszczególnym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pojazdom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mają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charakter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organizacyjny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mogą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być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przesuwane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pomiędzy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pojazdami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, pod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warunkiem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łączna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ilość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zakupionego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przekroczy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45 500 </w:t>
      </w:r>
      <w:proofErr w:type="spellStart"/>
      <w:r w:rsidR="00D43B6E" w:rsidRPr="00620D6C">
        <w:rPr>
          <w:rFonts w:ascii="Times New Roman" w:hAnsi="Times New Roman" w:cs="Times New Roman"/>
          <w:sz w:val="24"/>
          <w:szCs w:val="24"/>
        </w:rPr>
        <w:t>litrów</w:t>
      </w:r>
      <w:proofErr w:type="spellEnd"/>
      <w:r w:rsidR="00D43B6E" w:rsidRPr="00620D6C">
        <w:rPr>
          <w:rFonts w:ascii="Times New Roman" w:hAnsi="Times New Roman" w:cs="Times New Roman"/>
          <w:sz w:val="24"/>
          <w:szCs w:val="24"/>
        </w:rPr>
        <w:t xml:space="preserve"> ON.</w:t>
      </w:r>
    </w:p>
    <w:p w14:paraId="73FC70E2" w14:textId="69A303ED" w:rsidR="00D86BCB" w:rsidRPr="00620D6C" w:rsidRDefault="00D86BCB" w:rsidP="00D86BCB">
      <w:pPr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r w:rsidR="00FD4768" w:rsidRPr="00620D6C">
        <w:rPr>
          <w:rFonts w:ascii="Times New Roman" w:hAnsi="Times New Roman" w:cs="Times New Roman"/>
          <w:sz w:val="24"/>
          <w:szCs w:val="24"/>
        </w:rPr>
        <w:t>Z</w:t>
      </w:r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tytułu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niewykorzystania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ponad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minimalny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gwarantowany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zakres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określony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. 3,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przysługują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roszczenia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wobec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, </w:t>
      </w:r>
      <w:r w:rsidR="00620D6C">
        <w:rPr>
          <w:rFonts w:ascii="Times New Roman" w:hAnsi="Times New Roman" w:cs="Times New Roman"/>
          <w:sz w:val="24"/>
          <w:szCs w:val="24"/>
        </w:rPr>
        <w:br/>
      </w:r>
      <w:r w:rsidR="000E6883" w:rsidRPr="00620D6C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szczególności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roszczenia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zapłatę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odszkodowanie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utracone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korzyści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786FBEB" w14:textId="798BFD90" w:rsidR="005229A9" w:rsidRPr="00620D6C" w:rsidRDefault="00D86BCB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pacing w:val="-20"/>
          <w:sz w:val="24"/>
          <w:szCs w:val="24"/>
        </w:rPr>
        <w:lastRenderedPageBreak/>
        <w:t xml:space="preserve">6.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Zakup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odbywa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bezgotówkowo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zapewnia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identyfikację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ewidencję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sposób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umożliwiający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przypisanie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pobranego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konkretnego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konkretnego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produktu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systemu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kart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flotowych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466C48F" w14:textId="65BD83A3" w:rsidR="00D86BCB" w:rsidRPr="00620D6C" w:rsidRDefault="00D86BCB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Ewidencja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musi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obejmować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co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najmniej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datę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godzinę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miejsce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numer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rejestracyjny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rodzaj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ilość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jednostkową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przed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rabatem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wysokość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rabatu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jednostkową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rabacie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wartość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transakcji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identyfikację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uprawnionej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dokonującej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21C2FBA8" w14:textId="317C34E9" w:rsidR="005229A9" w:rsidRPr="00620D6C" w:rsidRDefault="00D86BCB" w:rsidP="00D86BCB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zapewnia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możliwość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wszystkich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dni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42F7" w:rsidRPr="00620D6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tygodniu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całodobowo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co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najmniej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jednej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paliw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spełniającej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wymagania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SWZ </w:t>
      </w:r>
      <w:r w:rsidR="007A75C9" w:rsidRPr="00620D6C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położonej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dalej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niż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0615" w:rsidRPr="00620D6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km od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miasta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najkrótszą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trasą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drogami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publicznymi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, </w:t>
      </w:r>
      <w:r w:rsid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dojazdem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stanowiskiem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umożliwiającym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bezpieczne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autobusów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03D18CC" w14:textId="2CDE7061" w:rsidR="005229A9" w:rsidRPr="00620D6C" w:rsidRDefault="00D86BCB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9.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czasowej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niedostępności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podstawowej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bez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dodatkowych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kosztów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zapewni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możliwość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zastępczej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spełniającej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SWZ. </w:t>
      </w:r>
      <w:r w:rsidR="008F3F6F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niedostępności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zastępczej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poinformuje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niezwłocznie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2ED2FDC" w14:textId="360AE559" w:rsidR="005229A9" w:rsidRPr="00620D6C" w:rsidRDefault="00D86BCB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zapewnia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ciągłość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zaopatrzenia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cały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obowiązywania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7051FE62" w14:textId="03D2770A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>1</w:t>
      </w:r>
      <w:r w:rsidR="00D86BCB" w:rsidRPr="00620D6C">
        <w:rPr>
          <w:rFonts w:ascii="Times New Roman" w:hAnsi="Times New Roman" w:cs="Times New Roman"/>
          <w:sz w:val="24"/>
          <w:szCs w:val="24"/>
        </w:rPr>
        <w:t>1</w:t>
      </w:r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Wykaz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paliw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stanowi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nr 1</w:t>
      </w:r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Wykaz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pojazdów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uprawnionych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stanowi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nr 2, a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wykaz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osób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uprawnionych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pobierania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Załącznik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nr 3</w:t>
      </w:r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Wykazy</w:t>
      </w:r>
      <w:proofErr w:type="spellEnd"/>
      <w:r w:rsidR="001142F7" w:rsidRPr="00620D6C">
        <w:rPr>
          <w:rFonts w:ascii="Times New Roman" w:hAnsi="Times New Roman" w:cs="Times New Roman"/>
          <w:sz w:val="24"/>
          <w:szCs w:val="24"/>
        </w:rPr>
        <w:t xml:space="preserve"> </w:t>
      </w:r>
      <w:r w:rsidRPr="00620D6C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Załączników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nr 2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mogą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być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aktualizowane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pisemnym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elektronicznym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zawiadomieniem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konieczności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zawierania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aneksu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498F249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2. </w:t>
      </w:r>
      <w:proofErr w:type="spellStart"/>
      <w:r w:rsidRPr="00620D6C">
        <w:rPr>
          <w:rFonts w:ascii="Times New Roman" w:hAnsi="Times New Roman" w:cs="Times New Roman"/>
          <w:szCs w:val="24"/>
        </w:rPr>
        <w:t>Jakość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paliwa</w:t>
      </w:r>
      <w:proofErr w:type="spellEnd"/>
    </w:p>
    <w:p w14:paraId="4A939796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gwarantuje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cały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obowiązywania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sprzedawany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będzie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spełniał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aktualne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jakościowe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powszechnie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właściwych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normach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szczególności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PN-EN 590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normie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równoważnej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B2B30C2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zapewni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odpowiedni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dla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letniego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przejściowego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zimowego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stosownie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warunków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atmosferycznych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62FA3F17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Na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żądanie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Wykonawca,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terminie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3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roboczych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przedłoży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potwierdzający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jakość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odnoszący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partii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której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nastąpiło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5535389" w14:textId="05069C33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uzasadnionego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podejrzenia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niewłaściwej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jakości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zabezpieczą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próbki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r w:rsidR="008F3F6F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badanie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zostać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akredytowane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badanie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potwierdzi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niezgodność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wymaganiami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koszty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badania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udokumentowane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szkody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pozostające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adekwatnym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związku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przyczynowym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wadliwym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ponosi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r w:rsid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przeciwnym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koszt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badania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ponosi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8B8841D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cały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posiada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uprawnienia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aktualną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koncesję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obrót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ciekłymi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obowiązek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posiadania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9B1221B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lastRenderedPageBreak/>
        <w:t xml:space="preserve">§ 3. Termin </w:t>
      </w:r>
      <w:proofErr w:type="spellStart"/>
      <w:r w:rsidRPr="00620D6C">
        <w:rPr>
          <w:rFonts w:ascii="Times New Roman" w:hAnsi="Times New Roman" w:cs="Times New Roman"/>
          <w:szCs w:val="24"/>
        </w:rPr>
        <w:t>realizacji</w:t>
      </w:r>
      <w:proofErr w:type="spellEnd"/>
    </w:p>
    <w:p w14:paraId="5B7629EB" w14:textId="5ECBB32D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Umowa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obowiązuje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zawarcia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grudnia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2027 r.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albo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wcześniejszego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wyczerpania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maksymalnej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45 500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litrów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oleju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napędowego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ON, z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zastrzeżeniem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minimalnego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gwarantowanego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zamówienia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określonego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 § 1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>. 3.</w:t>
      </w:r>
    </w:p>
    <w:p w14:paraId="5F32FA7B" w14:textId="6F184948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Umowa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wygasa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dniem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grudnia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2027 r.,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niezależnie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stopnia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wykorzystania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maksymalnej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zastrzeżeniem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obowiązku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minimalnego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gwarantowanego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zamówienia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wynoszącego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36 400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litrów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ON. W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wcześniejszego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wykorzystania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maksymalnej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45 500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litrów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umowa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wygasa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chwilą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osiągnięcia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tej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1C01FEB" w14:textId="34B408A4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4. Cena </w:t>
      </w:r>
      <w:proofErr w:type="spellStart"/>
      <w:r w:rsidRPr="00620D6C">
        <w:rPr>
          <w:rFonts w:ascii="Times New Roman" w:hAnsi="Times New Roman" w:cs="Times New Roman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, rabat </w:t>
      </w:r>
      <w:proofErr w:type="spellStart"/>
      <w:r w:rsidRPr="00620D6C">
        <w:rPr>
          <w:rFonts w:ascii="Times New Roman" w:hAnsi="Times New Roman" w:cs="Times New Roman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Cs w:val="24"/>
        </w:rPr>
        <w:t>zasady</w:t>
      </w:r>
      <w:proofErr w:type="spellEnd"/>
      <w:r w:rsidR="00D43B6E"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Cs w:val="24"/>
        </w:rPr>
        <w:t>ustalania</w:t>
      </w:r>
      <w:proofErr w:type="spellEnd"/>
      <w:r w:rsidR="00D43B6E"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D43B6E" w:rsidRPr="00620D6C">
        <w:rPr>
          <w:rFonts w:ascii="Times New Roman" w:hAnsi="Times New Roman" w:cs="Times New Roman"/>
          <w:szCs w:val="24"/>
        </w:rPr>
        <w:t>wynagrodzenia</w:t>
      </w:r>
      <w:proofErr w:type="spellEnd"/>
    </w:p>
    <w:p w14:paraId="02954F0B" w14:textId="0269407E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Cena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jednostkowa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1 litra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odpowiada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detalicznej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dystrybutorze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której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następuje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chwili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pomniejszonej</w:t>
      </w:r>
      <w:proofErr w:type="spellEnd"/>
      <w:r w:rsidR="008F3F6F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stały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rabat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kwotowy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zaoferowany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5061637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Stały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rabat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wynosi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……………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zł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za 1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litr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zostać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zmniejszony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cały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obowiązywania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58EFED2" w14:textId="128AEF23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</w:t>
      </w:r>
      <w:r w:rsidR="00524237" w:rsidRPr="00620D6C">
        <w:rPr>
          <w:rFonts w:ascii="Times New Roman" w:hAnsi="Times New Roman" w:cs="Times New Roman"/>
          <w:sz w:val="24"/>
          <w:szCs w:val="24"/>
        </w:rPr>
        <w:t xml:space="preserve">Cena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detaliczna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1 litra ON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przyjęta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Wykonawcę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obliczenia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ofertowej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służy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wyłącznie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porównaniu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ocenie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ofert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stanowi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obowiązującej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okresie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Rozliczenie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każdego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następuje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według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detalicznej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obowiązującej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dystrybutorze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chwili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pomniejszonej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stały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rabat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kwotowy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określony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>. 2.</w:t>
      </w:r>
    </w:p>
    <w:p w14:paraId="19D289AB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ujmuje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zestawieniu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detaliczną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chwili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zastosowany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rabat.</w:t>
      </w:r>
    </w:p>
    <w:p w14:paraId="3CF8349F" w14:textId="34B7490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Wynagrodzenie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Wykonawcy ma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charakter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wynikowy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stanowi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sumę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wartości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faktycznie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dokonanych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tankowań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ustalonych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zgodnie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. 1.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Łączna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ilość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zakupionego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przekroczyć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45 500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litrów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ON. Cena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ofertowa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wskazana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ofercie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służy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wyborowi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najkorzystniejszej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oferty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została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ustalona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według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zasad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w SWZ;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stanowi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stałej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należnej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realizację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maksymalnej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ilości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ponieważ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poszczególnych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tankowań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ustalane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zgodnie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24237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524237" w:rsidRPr="00620D6C">
        <w:rPr>
          <w:rFonts w:ascii="Times New Roman" w:hAnsi="Times New Roman" w:cs="Times New Roman"/>
          <w:sz w:val="24"/>
          <w:szCs w:val="24"/>
        </w:rPr>
        <w:t>. 1.</w:t>
      </w:r>
    </w:p>
    <w:p w14:paraId="190786E4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detalicznych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wynikająca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rynkowych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aneksu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ponieważ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sposób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ustalania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został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 1.</w:t>
      </w:r>
    </w:p>
    <w:p w14:paraId="50CE851C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5. </w:t>
      </w:r>
      <w:proofErr w:type="spellStart"/>
      <w:r w:rsidRPr="00620D6C">
        <w:rPr>
          <w:rFonts w:ascii="Times New Roman" w:hAnsi="Times New Roman" w:cs="Times New Roman"/>
          <w:szCs w:val="24"/>
        </w:rPr>
        <w:t>Fakturowanie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płatności</w:t>
      </w:r>
      <w:proofErr w:type="spellEnd"/>
    </w:p>
    <w:p w14:paraId="1DD56A6D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Okresem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rozliczeniowym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miesiąc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kalendarzowy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wystawia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jedną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zbiorczą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za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pobrany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danym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miesiącu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dołącza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szczegółowe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zestawienie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transakcji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F60969D" w14:textId="33C804A8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Zestawienie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musi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umożliwiać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pełne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przyporządkowanie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zawierać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§ 1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</w:t>
      </w:r>
      <w:r w:rsidR="000E6883" w:rsidRPr="00620D6C">
        <w:rPr>
          <w:rFonts w:ascii="Times New Roman" w:hAnsi="Times New Roman" w:cs="Times New Roman"/>
          <w:sz w:val="24"/>
          <w:szCs w:val="24"/>
        </w:rPr>
        <w:t>7</w:t>
      </w:r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77ED5A8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lastRenderedPageBreak/>
        <w:t xml:space="preserve">3. Termin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płatności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wynosi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otrzymania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prawidłowo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wystawionej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19B1471" w14:textId="77777777" w:rsidR="008F3F6F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Faktura: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Nabywca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Gmina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, ul.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Płocka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12, 06-450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>, NIP 5661881129;</w:t>
      </w:r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778F4" w14:textId="7BE4BFB2" w:rsidR="005229A9" w:rsidRPr="00620D6C" w:rsidRDefault="00000000" w:rsidP="00B706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Odbiorca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Podmiot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Inny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</w:t>
      </w:r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Centrum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Usług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Wspólnych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Glinojecku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, ul.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Targowa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 xml:space="preserve"> 6, 06-450 </w:t>
      </w:r>
      <w:proofErr w:type="spellStart"/>
      <w:r w:rsidRPr="00620D6C">
        <w:rPr>
          <w:rFonts w:ascii="Times New Roman" w:hAnsi="Times New Roman" w:cs="Times New Roman"/>
          <w:b/>
          <w:bCs/>
          <w:sz w:val="24"/>
          <w:szCs w:val="24"/>
        </w:rPr>
        <w:t>Glinojeck</w:t>
      </w:r>
      <w:proofErr w:type="spellEnd"/>
      <w:r w:rsidRPr="00620D6C">
        <w:rPr>
          <w:rFonts w:ascii="Times New Roman" w:hAnsi="Times New Roman" w:cs="Times New Roman"/>
          <w:b/>
          <w:bCs/>
          <w:sz w:val="24"/>
          <w:szCs w:val="24"/>
        </w:rPr>
        <w:t>, NIP 5662038955.</w:t>
      </w:r>
    </w:p>
    <w:p w14:paraId="60480A32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wystawiane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przekazywane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zgodnie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aktualnie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obowiązującymi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przepisami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dotyczącymi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Krajowego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Systemu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strukturze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należy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wskazać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CUW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odbiorcę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Podmiot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Inny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zgodnie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strukturą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6BC0D09" w14:textId="33877522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Zapłata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następuje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przelewem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rachunek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wskazany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fakturze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ujawniony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wymagają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wykazie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podatników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VAT.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Mechanizm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podzielonej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płatności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to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74CE930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7. Za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dzień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zapłaty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uznaje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dzień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obciążenia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rachunku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bankowego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C9AA4E4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6. </w:t>
      </w:r>
      <w:proofErr w:type="spellStart"/>
      <w:r w:rsidRPr="00620D6C">
        <w:rPr>
          <w:rFonts w:ascii="Times New Roman" w:hAnsi="Times New Roman" w:cs="Times New Roman"/>
          <w:szCs w:val="24"/>
        </w:rPr>
        <w:t>Osoby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odpowiedzialne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za </w:t>
      </w:r>
      <w:proofErr w:type="spellStart"/>
      <w:r w:rsidRPr="00620D6C">
        <w:rPr>
          <w:rFonts w:ascii="Times New Roman" w:hAnsi="Times New Roman" w:cs="Times New Roman"/>
          <w:szCs w:val="24"/>
        </w:rPr>
        <w:t>realizację</w:t>
      </w:r>
      <w:proofErr w:type="spellEnd"/>
    </w:p>
    <w:p w14:paraId="73B4791F" w14:textId="6EA565ED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Po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: ……………………………………………, tel. ………………………, </w:t>
      </w:r>
      <w:r w:rsidR="001142F7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>e-mail ………………………………</w:t>
      </w:r>
      <w:proofErr w:type="gramStart"/>
      <w:r w:rsidRPr="00620D6C">
        <w:rPr>
          <w:rFonts w:ascii="Times New Roman" w:hAnsi="Times New Roman" w:cs="Times New Roman"/>
          <w:sz w:val="24"/>
          <w:szCs w:val="24"/>
        </w:rPr>
        <w:t>… .</w:t>
      </w:r>
      <w:proofErr w:type="gramEnd"/>
    </w:p>
    <w:p w14:paraId="6D97803D" w14:textId="5A44275D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Po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: …………………………………………………, tel. ………………………, </w:t>
      </w:r>
      <w:r w:rsidR="001142F7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>e-mail ………………………………</w:t>
      </w:r>
      <w:proofErr w:type="gramStart"/>
      <w:r w:rsidRPr="00620D6C">
        <w:rPr>
          <w:rFonts w:ascii="Times New Roman" w:hAnsi="Times New Roman" w:cs="Times New Roman"/>
          <w:sz w:val="24"/>
          <w:szCs w:val="24"/>
        </w:rPr>
        <w:t>… .</w:t>
      </w:r>
      <w:proofErr w:type="gramEnd"/>
    </w:p>
    <w:p w14:paraId="681F863D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osób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kontaktowych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jedynie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powiadomienia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drugiej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aneksu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C6DC986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7. Kary </w:t>
      </w:r>
      <w:proofErr w:type="spellStart"/>
      <w:r w:rsidRPr="00620D6C">
        <w:rPr>
          <w:rFonts w:ascii="Times New Roman" w:hAnsi="Times New Roman" w:cs="Times New Roman"/>
          <w:szCs w:val="24"/>
        </w:rPr>
        <w:t>umowne</w:t>
      </w:r>
      <w:proofErr w:type="spellEnd"/>
    </w:p>
    <w:p w14:paraId="3AD8DAB8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zapłaci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Zamawiającemu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karę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:</w:t>
      </w:r>
    </w:p>
    <w:p w14:paraId="2C4B91CC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a) 500,00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zł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dzień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zawinionej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niemożności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podstawowej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zapewnił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zastępczej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spełniającej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SWZ;</w:t>
      </w:r>
    </w:p>
    <w:p w14:paraId="6A25077D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b) 1 000,00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zł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potwierdzony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przypadek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sprzedaży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niespełniającego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jakościowych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niezależnie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pokrycia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kosztów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badania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udokumentowanych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szkód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;</w:t>
      </w:r>
    </w:p>
    <w:p w14:paraId="699FD42D" w14:textId="503B04C6" w:rsidR="000E6883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c) </w:t>
      </w:r>
      <w:r w:rsidR="000E6883" w:rsidRPr="00620D6C">
        <w:rPr>
          <w:rFonts w:ascii="Times New Roman" w:hAnsi="Times New Roman" w:cs="Times New Roman"/>
          <w:sz w:val="24"/>
          <w:szCs w:val="24"/>
        </w:rPr>
        <w:t xml:space="preserve">200,00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zł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każdy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przypadek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nieprzedłożenia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terminie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określonym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w § 2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. 3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potwierdzającego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jakość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pomimo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wezwania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883" w:rsidRPr="00620D6C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="000E6883" w:rsidRPr="00620D6C">
        <w:rPr>
          <w:rFonts w:ascii="Times New Roman" w:hAnsi="Times New Roman" w:cs="Times New Roman"/>
          <w:sz w:val="24"/>
          <w:szCs w:val="24"/>
        </w:rPr>
        <w:t>;</w:t>
      </w:r>
    </w:p>
    <w:p w14:paraId="299D3215" w14:textId="3EE55A2C" w:rsidR="005229A9" w:rsidRDefault="000E6883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d) 5% </w:t>
      </w:r>
      <w:proofErr w:type="spellStart"/>
      <w:r w:rsidR="00261A42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261A42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ofer</w:t>
      </w:r>
      <w:r w:rsidR="00EE22AF">
        <w:rPr>
          <w:rFonts w:ascii="Times New Roman" w:hAnsi="Times New Roman" w:cs="Times New Roman"/>
          <w:sz w:val="24"/>
          <w:szCs w:val="24"/>
        </w:rPr>
        <w:t>t</w:t>
      </w:r>
      <w:r w:rsidR="00945677" w:rsidRPr="00620D6C">
        <w:rPr>
          <w:rFonts w:ascii="Times New Roman" w:hAnsi="Times New Roman" w:cs="Times New Roman"/>
          <w:sz w:val="24"/>
          <w:szCs w:val="24"/>
        </w:rPr>
        <w:t>owej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wskazanej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ofercie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odstąpienia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albo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rozwiązania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przyczyn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leżących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30C8326B" w14:textId="0A26011C" w:rsidR="00FF57E6" w:rsidRPr="00FF57E6" w:rsidRDefault="00FF57E6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FF57E6">
        <w:rPr>
          <w:rFonts w:ascii="Times New Roman" w:hAnsi="Times New Roman" w:cs="Times New Roman"/>
          <w:sz w:val="24"/>
          <w:szCs w:val="24"/>
        </w:rPr>
        <w:t xml:space="preserve">e) 500,00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zł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każdy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stwierdzony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przypadek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braku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zapłaty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nieterminowej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zapłaty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należnego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podwykonawcy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tytułu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wysokości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której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mowa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w art. 439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FF57E6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Pr="00FF57E6">
        <w:rPr>
          <w:rFonts w:ascii="Times New Roman" w:hAnsi="Times New Roman" w:cs="Times New Roman"/>
          <w:sz w:val="24"/>
          <w:szCs w:val="24"/>
        </w:rPr>
        <w:t xml:space="preserve"> PZP.</w:t>
      </w:r>
    </w:p>
    <w:p w14:paraId="0E972A25" w14:textId="3F001B75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Łączna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maksymalna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wysokość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przekroczyć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20%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ofertowej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brutto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wskazanej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ofercie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Wykonawcy</w:t>
      </w:r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838911A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dochodzić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odszkodowania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uzupełniającego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przewyższającego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wysokość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zasadach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ogólnych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0D236D1D" w14:textId="03A6F4C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Potrącenie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kary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nastąpić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zachowaniem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wynikających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r w:rsidR="001142F7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231D9CC5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8. </w:t>
      </w:r>
      <w:proofErr w:type="spellStart"/>
      <w:r w:rsidRPr="00620D6C">
        <w:rPr>
          <w:rFonts w:ascii="Times New Roman" w:hAnsi="Times New Roman" w:cs="Times New Roman"/>
          <w:szCs w:val="24"/>
        </w:rPr>
        <w:t>Odstąpienie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rozwiązanie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umowy</w:t>
      </w:r>
      <w:proofErr w:type="spellEnd"/>
    </w:p>
    <w:p w14:paraId="421403FD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skorzystać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uprawnień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odstąpienia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wynikających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art. 456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4E9D342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Niezależnie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uprawnień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ustawowych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Zamawiający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rozwiązać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skutkiem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natychmiastowym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razie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istotnego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naruszenia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uprzednim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wezwaniu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usunięcia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naruszenia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odpowiednim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terminie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chyba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naruszenie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ma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charakter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nieusuwalny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695A565A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Za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istotne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naruszenie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uważa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szczególności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utratę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koncesji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powtarzającą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zawinioną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niemożność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zapewnienia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zastępczej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potwierdzoną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sprzedaż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niespełniającego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jakościowych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zaprzestanie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9AFB08F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Oświadczenie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odstąpieniu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albo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rozwiązaniu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pisemnej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uzasadnienia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74152D12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przysługuje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wynagrodzenie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wyłącznie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prawidłowo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zrealizowaną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część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6B6F048C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9. </w:t>
      </w:r>
      <w:proofErr w:type="spellStart"/>
      <w:r w:rsidRPr="00620D6C">
        <w:rPr>
          <w:rFonts w:ascii="Times New Roman" w:hAnsi="Times New Roman" w:cs="Times New Roman"/>
          <w:szCs w:val="24"/>
        </w:rPr>
        <w:t>Zmiany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umowy</w:t>
      </w:r>
      <w:proofErr w:type="spellEnd"/>
    </w:p>
    <w:p w14:paraId="1D0E5630" w14:textId="37092F8A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mogą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być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dokonywane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przypadkach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zasadach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art. 455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r w:rsidR="001142F7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przypadkach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przewidzianych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niniejszą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A0D357F" w14:textId="77777777" w:rsidR="005229A9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Dopuszcza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szczególności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danych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osób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kontaktowych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wykazu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osób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uprawnionych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inną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spełniającą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wszystkie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SWZ;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sposobu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fakturowania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wynikającego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stawki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VAT,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podatku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akcyzowego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innych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obowiązkowych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obciążeń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publicznoprawnych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–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zakresie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wynikającym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prawa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04FCF70C" w14:textId="51707DCB" w:rsidR="00FF57E6" w:rsidRPr="00FF57E6" w:rsidRDefault="00FF57E6" w:rsidP="00FF57E6">
      <w:pPr>
        <w:rPr>
          <w:sz w:val="24"/>
          <w:szCs w:val="24"/>
        </w:rPr>
      </w:pP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3. W </w:t>
      </w:r>
      <w:proofErr w:type="spellStart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przypadku</w:t>
      </w:r>
      <w:proofErr w:type="spellEnd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zmiany</w:t>
      </w:r>
      <w:proofErr w:type="spellEnd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br/>
      </w: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1) </w:t>
      </w:r>
      <w:proofErr w:type="spellStart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stawki</w:t>
      </w:r>
      <w:proofErr w:type="spellEnd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podatku</w:t>
      </w:r>
      <w:proofErr w:type="spellEnd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od</w:t>
      </w:r>
      <w:proofErr w:type="spellEnd"/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towarów i usług lub podatku akcyzowego,</w:t>
      </w:r>
      <w:r w:rsidRPr="00FF57E6">
        <w:rPr>
          <w:sz w:val="24"/>
          <w:szCs w:val="24"/>
        </w:rPr>
        <w:br/>
      </w: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2) wysokości minimalnego wynagrodzenia za pracę albo wysokości minimalnej stawki godzinowej,</w:t>
      </w:r>
      <w:r w:rsidRPr="00FF57E6">
        <w:rPr>
          <w:sz w:val="24"/>
          <w:szCs w:val="24"/>
        </w:rPr>
        <w:br/>
      </w: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3) zasad podlegania ubezpieczeniom społecznym lub ubezpieczeniu zdrowotnemu albo wysokości stawki składki na ubezpieczenia społeczne lub ubezpieczenie zdrowotne,</w:t>
      </w:r>
      <w:r w:rsidRPr="00FF57E6">
        <w:rPr>
          <w:sz w:val="24"/>
          <w:szCs w:val="24"/>
        </w:rPr>
        <w:br/>
      </w: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4) zasad gromadzenia i wysokości wpłat do pracowniczych planów kapitałowych</w:t>
      </w:r>
      <w:r w:rsidRPr="00FF57E6">
        <w:rPr>
          <w:sz w:val="24"/>
          <w:szCs w:val="24"/>
        </w:rPr>
        <w:br/>
      </w: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– wynagrodzenie Wykonawcy ulegnie odpowiedniej zmianie, jeżeli zmiany te będą miały wpływ na koszty wykonania zamówienia przez Wykonawcę.</w:t>
      </w:r>
    </w:p>
    <w:p w14:paraId="779E313E" w14:textId="77777777" w:rsidR="00FF57E6" w:rsidRPr="00FF57E6" w:rsidRDefault="00FF57E6" w:rsidP="00FF57E6">
      <w:pPr>
        <w:jc w:val="both"/>
        <w:rPr>
          <w:sz w:val="24"/>
          <w:szCs w:val="24"/>
        </w:rPr>
      </w:pPr>
      <w:r w:rsidRPr="00FF57E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4. Strona występująca o zmianę wynagrodzenia jest zobowiązana wykazać wpływ zmiany, o której mowa w ust. 3, na koszty wykonania zamówienia oraz przedstawić stosowne wyliczenia i dokumenty. Zmiana wynagrodzenia następuje wyłącznie w zakresie odpowiadającym wykazanemu wpływowi zmiany przepisów na koszty realizacji zamówienia.</w:t>
      </w:r>
    </w:p>
    <w:p w14:paraId="27FC20B1" w14:textId="77777777" w:rsidR="00FF57E6" w:rsidRPr="00FF57E6" w:rsidRDefault="00FF57E6" w:rsidP="00FF57E6">
      <w:pPr>
        <w:jc w:val="both"/>
        <w:rPr>
          <w:sz w:val="24"/>
          <w:szCs w:val="24"/>
        </w:rPr>
      </w:pPr>
    </w:p>
    <w:p w14:paraId="77CA1C9B" w14:textId="0122E3E0" w:rsidR="005229A9" w:rsidRPr="00620D6C" w:rsidRDefault="00FF57E6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000000"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Zmiana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wykazu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pojazdów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osób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uprawnionych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danych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kontaktowych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wymaga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aneksu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wpływa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maksymalny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zakres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wartość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FB84D7D" w14:textId="5E70D073" w:rsidR="005229A9" w:rsidRPr="00620D6C" w:rsidRDefault="00FF57E6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00000" w:rsidRPr="00620D6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Pozostałe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wymagają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pisemnego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aneksu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chyba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przepisy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prawa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dopuszczają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inną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000" w:rsidRPr="00620D6C">
        <w:rPr>
          <w:rFonts w:ascii="Times New Roman" w:hAnsi="Times New Roman" w:cs="Times New Roman"/>
          <w:sz w:val="24"/>
          <w:szCs w:val="24"/>
        </w:rPr>
        <w:t>formę</w:t>
      </w:r>
      <w:proofErr w:type="spellEnd"/>
      <w:r w:rsidR="00000000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7C816C87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10. </w:t>
      </w:r>
      <w:proofErr w:type="spellStart"/>
      <w:r w:rsidRPr="00620D6C">
        <w:rPr>
          <w:rFonts w:ascii="Times New Roman" w:hAnsi="Times New Roman" w:cs="Times New Roman"/>
          <w:szCs w:val="24"/>
        </w:rPr>
        <w:t>Waloryzacja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podstawie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art. 439 </w:t>
      </w:r>
      <w:proofErr w:type="spellStart"/>
      <w:r w:rsidRPr="00620D6C">
        <w:rPr>
          <w:rFonts w:ascii="Times New Roman" w:hAnsi="Times New Roman" w:cs="Times New Roman"/>
          <w:szCs w:val="24"/>
        </w:rPr>
        <w:t>Pzp</w:t>
      </w:r>
      <w:proofErr w:type="spellEnd"/>
    </w:p>
    <w:p w14:paraId="0C2D791F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potwierdzają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bieżąca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rynkowej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uwzględniana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bieżąco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mechanizm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detalicznej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§ 4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stanowi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sobie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podstawy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odrębnej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waloryzacji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478C5A53" w14:textId="7513DF25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odniesieniu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kosztów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innych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niż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rynkowa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samego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każda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Stron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żądać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upływie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miesięcy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zawarcia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jeżeli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wskaźnik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cen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towarów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usług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konsumpcyjnych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ogółem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publikowany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GUS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zmieni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o co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najmniej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względem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miesiąca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zawarcia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6E72079A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Waloryzacja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następować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częściej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niż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miesiące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działa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zarówno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wzrostu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jak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spadku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kosztów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279A9CE7" w14:textId="53106ADD" w:rsidR="005229A9" w:rsidRPr="00FF57E6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>4</w:t>
      </w:r>
      <w:r w:rsidRPr="00FF5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Zmiana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dotyczy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wyłącznie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świadczenia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pozostałej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wykonania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. Strona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wnioskująca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zobowiązana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wykazać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wpływ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kosztów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których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mowa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. 2,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koszt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pozostałej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zamówienia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przedstawić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szczegółowe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wyliczenie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dokumenty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uzasadniające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żądaną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zmianę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Zmiana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wysokości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nastąpić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wyłącznie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zakresie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odpowiadającym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wykazanemu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wpływowi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tych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kosztów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realizację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7E6" w:rsidRPr="00FF57E6">
        <w:rPr>
          <w:rFonts w:ascii="Times New Roman" w:hAnsi="Times New Roman" w:cs="Times New Roman"/>
          <w:sz w:val="24"/>
          <w:szCs w:val="24"/>
        </w:rPr>
        <w:t>zamówienia</w:t>
      </w:r>
      <w:proofErr w:type="spellEnd"/>
      <w:r w:rsidR="00FF57E6" w:rsidRPr="00FF57E6">
        <w:rPr>
          <w:rFonts w:ascii="Times New Roman" w:hAnsi="Times New Roman" w:cs="Times New Roman"/>
          <w:sz w:val="24"/>
          <w:szCs w:val="24"/>
        </w:rPr>
        <w:t>.</w:t>
      </w:r>
    </w:p>
    <w:p w14:paraId="71820A6E" w14:textId="2E58A20C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Łączna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wartość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zmian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dokonanych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niniejszego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paragrafu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przekroczyć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5%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ceny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ofertowej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netto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wynikającej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oferty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5677"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="00945677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24D706DD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którego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wynagrodzenie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zostało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zmienione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niniejszego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paragrafu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dokonuje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odpowiedniej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zmiany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wynagrodzenia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przypadkach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zasadach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art. 439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. 5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682F0B26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11. </w:t>
      </w:r>
      <w:proofErr w:type="spellStart"/>
      <w:r w:rsidRPr="00620D6C">
        <w:rPr>
          <w:rFonts w:ascii="Times New Roman" w:hAnsi="Times New Roman" w:cs="Times New Roman"/>
          <w:szCs w:val="24"/>
        </w:rPr>
        <w:t>Podwykonawstwo</w:t>
      </w:r>
      <w:proofErr w:type="spellEnd"/>
    </w:p>
    <w:p w14:paraId="6FCB99DA" w14:textId="16B42383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powierzyć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zamówienia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zasadach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="008F3F6F" w:rsidRPr="00620D6C">
        <w:rPr>
          <w:rFonts w:ascii="Times New Roman" w:hAnsi="Times New Roman" w:cs="Times New Roman"/>
          <w:sz w:val="24"/>
          <w:szCs w:val="24"/>
        </w:rPr>
        <w:br/>
      </w:r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SWZ.</w:t>
      </w:r>
    </w:p>
    <w:p w14:paraId="70DA335C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Powierzenie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zamówienia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podwykonawcy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zwalnia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odpowiedzialności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należyte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7DF1314D" w14:textId="77777777" w:rsidR="005229A9" w:rsidRPr="00620D6C" w:rsidRDefault="00000000" w:rsidP="00B70615">
      <w:pPr>
        <w:pStyle w:val="Nagwek1"/>
        <w:jc w:val="both"/>
        <w:rPr>
          <w:rFonts w:ascii="Times New Roman" w:hAnsi="Times New Roman" w:cs="Times New Roman"/>
          <w:szCs w:val="24"/>
        </w:rPr>
      </w:pPr>
      <w:r w:rsidRPr="00620D6C">
        <w:rPr>
          <w:rFonts w:ascii="Times New Roman" w:hAnsi="Times New Roman" w:cs="Times New Roman"/>
          <w:szCs w:val="24"/>
        </w:rPr>
        <w:t xml:space="preserve">§ 12. </w:t>
      </w:r>
      <w:proofErr w:type="spellStart"/>
      <w:r w:rsidRPr="00620D6C">
        <w:rPr>
          <w:rFonts w:ascii="Times New Roman" w:hAnsi="Times New Roman" w:cs="Times New Roman"/>
          <w:szCs w:val="24"/>
        </w:rPr>
        <w:t>Postanowienia</w:t>
      </w:r>
      <w:proofErr w:type="spellEnd"/>
      <w:r w:rsidRPr="00620D6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Cs w:val="24"/>
        </w:rPr>
        <w:t>końcowe</w:t>
      </w:r>
      <w:proofErr w:type="spellEnd"/>
    </w:p>
    <w:p w14:paraId="28FD51EF" w14:textId="77777777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Integralną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część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stanowią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: SWZ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załącznikami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Wykonawcy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241234234"/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stacji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paliw</w:t>
      </w:r>
      <w:bookmarkEnd w:id="0"/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pojazdów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wykaz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osób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uprawnionych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tankowania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246347BD" w14:textId="38D2D2A0" w:rsidR="003755A1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3755A1" w:rsidRPr="00620D6C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rozbieżności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pomiędzy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treścią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dokumentami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których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mowa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. 1,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pierwszeństwo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mają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postanowienia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niniejszej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uwzględnieniem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bezwzględnie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obowiązujących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przepisów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55A1" w:rsidRPr="00620D6C">
        <w:rPr>
          <w:rFonts w:ascii="Times New Roman" w:hAnsi="Times New Roman" w:cs="Times New Roman"/>
          <w:sz w:val="24"/>
          <w:szCs w:val="24"/>
        </w:rPr>
        <w:t>prawa</w:t>
      </w:r>
      <w:proofErr w:type="spellEnd"/>
      <w:r w:rsidR="003755A1" w:rsidRPr="00620D6C">
        <w:rPr>
          <w:rFonts w:ascii="Times New Roman" w:hAnsi="Times New Roman" w:cs="Times New Roman"/>
          <w:sz w:val="24"/>
          <w:szCs w:val="24"/>
        </w:rPr>
        <w:t>.</w:t>
      </w:r>
    </w:p>
    <w:p w14:paraId="193CF426" w14:textId="3CA1B0B9" w:rsidR="005229A9" w:rsidRPr="00620D6C" w:rsidRDefault="003755A1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3.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sprawach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nieuregulowanych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Kodeksu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cywilnego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526F23BB" w14:textId="4A7B1E45" w:rsidR="005229A9" w:rsidRPr="00620D6C" w:rsidRDefault="003755A1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4. Spory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wynikające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będą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rozstrzygane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sąd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właściwy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zgodnie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przepisami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powszechnie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obowiązującymi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0CBA932E" w14:textId="26054E86" w:rsidR="005229A9" w:rsidRPr="00620D6C" w:rsidRDefault="003755A1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Umowę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sporządzono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formie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…………………………………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jednobrzmiących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egzemplarzach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/ w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postaci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4"/>
          <w:szCs w:val="24"/>
        </w:rPr>
        <w:t>elektronicznej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>.</w:t>
      </w:r>
    </w:p>
    <w:p w14:paraId="6CAD01CF" w14:textId="6885614A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b/>
          <w:sz w:val="24"/>
          <w:szCs w:val="24"/>
        </w:rPr>
        <w:br/>
        <w:t xml:space="preserve">ZAMAWIAJĄCY                                                     </w:t>
      </w:r>
      <w:r w:rsidR="008F3F6F" w:rsidRPr="00620D6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Pr="00620D6C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442B4195" w14:textId="597F40E1" w:rsidR="005229A9" w:rsidRPr="00620D6C" w:rsidRDefault="00000000" w:rsidP="00B70615">
      <w:pPr>
        <w:jc w:val="both"/>
        <w:rPr>
          <w:rFonts w:ascii="Times New Roman" w:hAnsi="Times New Roman" w:cs="Times New Roman"/>
          <w:sz w:val="24"/>
          <w:szCs w:val="24"/>
        </w:rPr>
      </w:pPr>
      <w:r w:rsidRPr="00620D6C">
        <w:rPr>
          <w:rFonts w:ascii="Times New Roman" w:hAnsi="Times New Roman" w:cs="Times New Roman"/>
          <w:sz w:val="24"/>
          <w:szCs w:val="24"/>
        </w:rPr>
        <w:br/>
        <w:t xml:space="preserve">……………………………………                             </w:t>
      </w:r>
      <w:r w:rsidR="008F3F6F" w:rsidRPr="00620D6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20D6C">
        <w:rPr>
          <w:rFonts w:ascii="Times New Roman" w:hAnsi="Times New Roman" w:cs="Times New Roman"/>
          <w:sz w:val="24"/>
          <w:szCs w:val="24"/>
        </w:rPr>
        <w:t xml:space="preserve">       ……………………………………</w:t>
      </w:r>
    </w:p>
    <w:p w14:paraId="774567B9" w14:textId="77777777" w:rsidR="001142F7" w:rsidRPr="00620D6C" w:rsidRDefault="001142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2D3D31" w14:textId="77777777" w:rsidR="00426B71" w:rsidRPr="00620D6C" w:rsidRDefault="00426B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262B05" w14:textId="77777777" w:rsidR="00426B71" w:rsidRPr="00620D6C" w:rsidRDefault="00426B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F8E3F3" w14:textId="10916BAA" w:rsidR="00426B71" w:rsidRPr="00620D6C" w:rsidRDefault="00426B71" w:rsidP="00426B71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20D6C">
        <w:rPr>
          <w:rFonts w:ascii="Times New Roman" w:hAnsi="Times New Roman" w:cs="Times New Roman"/>
          <w:sz w:val="24"/>
          <w:szCs w:val="24"/>
        </w:rPr>
        <w:t>Załącznik</w:t>
      </w:r>
      <w:proofErr w:type="spellEnd"/>
      <w:r w:rsidRPr="00620D6C">
        <w:rPr>
          <w:rFonts w:ascii="Times New Roman" w:hAnsi="Times New Roman" w:cs="Times New Roman"/>
          <w:sz w:val="24"/>
          <w:szCs w:val="24"/>
        </w:rPr>
        <w:t xml:space="preserve"> nr 1</w:t>
      </w:r>
    </w:p>
    <w:p w14:paraId="53FF604A" w14:textId="77777777" w:rsidR="00426B71" w:rsidRPr="00620D6C" w:rsidRDefault="00426B71" w:rsidP="00426B7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F7DE821" w14:textId="77777777" w:rsidR="00426B71" w:rsidRPr="00620D6C" w:rsidRDefault="00426B71" w:rsidP="00426B7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008F13A" w14:textId="544371A1" w:rsidR="00426B71" w:rsidRPr="00620D6C" w:rsidRDefault="00426B71" w:rsidP="00426B7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20D6C">
        <w:rPr>
          <w:rFonts w:ascii="Times New Roman" w:hAnsi="Times New Roman" w:cs="Times New Roman"/>
          <w:b/>
          <w:bCs/>
          <w:sz w:val="32"/>
          <w:szCs w:val="32"/>
        </w:rPr>
        <w:t>WYKAZ STACJI PALIW</w:t>
      </w:r>
    </w:p>
    <w:p w14:paraId="1A1DB5DF" w14:textId="77777777" w:rsidR="00426B71" w:rsidRPr="00620D6C" w:rsidRDefault="00426B71" w:rsidP="00426B7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BC5D1F" w14:textId="2B70EA36" w:rsidR="00426B71" w:rsidRPr="00620D6C" w:rsidRDefault="00426B71" w:rsidP="00426B71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620D6C">
        <w:rPr>
          <w:rFonts w:ascii="Times New Roman" w:hAnsi="Times New Roman" w:cs="Times New Roman"/>
          <w:sz w:val="32"/>
          <w:szCs w:val="32"/>
        </w:rPr>
        <w:t>………………………………………………….</w:t>
      </w:r>
    </w:p>
    <w:p w14:paraId="4F4B4471" w14:textId="0DF956E2" w:rsidR="00426B71" w:rsidRPr="00620D6C" w:rsidRDefault="00426B71" w:rsidP="00426B71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620D6C">
        <w:rPr>
          <w:rFonts w:ascii="Times New Roman" w:hAnsi="Times New Roman" w:cs="Times New Roman"/>
          <w:sz w:val="32"/>
          <w:szCs w:val="32"/>
        </w:rPr>
        <w:t>…………………………………………………</w:t>
      </w:r>
    </w:p>
    <w:p w14:paraId="19D0C9B8" w14:textId="214F7FFC" w:rsidR="00426B71" w:rsidRPr="00620D6C" w:rsidRDefault="00426B71" w:rsidP="00426B71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 w:rsidRPr="00620D6C">
        <w:rPr>
          <w:rFonts w:ascii="Times New Roman" w:hAnsi="Times New Roman" w:cs="Times New Roman"/>
          <w:sz w:val="32"/>
          <w:szCs w:val="32"/>
        </w:rPr>
        <w:t>…………………………………………………</w:t>
      </w:r>
    </w:p>
    <w:p w14:paraId="593D02B7" w14:textId="77777777" w:rsidR="00426B71" w:rsidRPr="00620D6C" w:rsidRDefault="00426B71" w:rsidP="00426B71">
      <w:pPr>
        <w:rPr>
          <w:rFonts w:ascii="Times New Roman" w:hAnsi="Times New Roman" w:cs="Times New Roman"/>
          <w:sz w:val="32"/>
          <w:szCs w:val="32"/>
        </w:rPr>
      </w:pPr>
    </w:p>
    <w:p w14:paraId="5CEADD0F" w14:textId="2A21252C" w:rsidR="00426B71" w:rsidRPr="00620D6C" w:rsidRDefault="00426B71" w:rsidP="00426B71">
      <w:pPr>
        <w:tabs>
          <w:tab w:val="left" w:pos="8160"/>
        </w:tabs>
        <w:rPr>
          <w:rFonts w:ascii="Times New Roman" w:hAnsi="Times New Roman" w:cs="Times New Roman"/>
          <w:sz w:val="32"/>
          <w:szCs w:val="32"/>
        </w:rPr>
      </w:pPr>
      <w:r w:rsidRPr="00620D6C">
        <w:rPr>
          <w:rFonts w:ascii="Times New Roman" w:hAnsi="Times New Roman" w:cs="Times New Roman"/>
          <w:sz w:val="32"/>
          <w:szCs w:val="32"/>
        </w:rPr>
        <w:tab/>
      </w:r>
    </w:p>
    <w:p w14:paraId="78BBC874" w14:textId="77777777" w:rsidR="00426B71" w:rsidRPr="00620D6C" w:rsidRDefault="00426B71" w:rsidP="00426B71">
      <w:pPr>
        <w:tabs>
          <w:tab w:val="left" w:pos="8160"/>
        </w:tabs>
        <w:rPr>
          <w:rFonts w:ascii="Times New Roman" w:hAnsi="Times New Roman" w:cs="Times New Roman"/>
          <w:sz w:val="32"/>
          <w:szCs w:val="32"/>
        </w:rPr>
      </w:pPr>
    </w:p>
    <w:p w14:paraId="6A3C3E28" w14:textId="1B0F9732" w:rsidR="00426B71" w:rsidRPr="00620D6C" w:rsidRDefault="00426B71" w:rsidP="00426B71">
      <w:pPr>
        <w:pStyle w:val="Bezodstpw"/>
        <w:jc w:val="right"/>
        <w:rPr>
          <w:rFonts w:ascii="Times New Roman" w:hAnsi="Times New Roman" w:cs="Times New Roman"/>
        </w:rPr>
      </w:pPr>
      <w:r w:rsidRPr="00620D6C">
        <w:rPr>
          <w:rFonts w:ascii="Times New Roman" w:hAnsi="Times New Roman" w:cs="Times New Roman"/>
        </w:rPr>
        <w:t>………………………………………………</w:t>
      </w:r>
    </w:p>
    <w:p w14:paraId="600822AD" w14:textId="2FD8C598" w:rsidR="00426B71" w:rsidRPr="00620D6C" w:rsidRDefault="00426B71" w:rsidP="00426B71">
      <w:pPr>
        <w:pStyle w:val="Bezodstpw"/>
        <w:jc w:val="right"/>
        <w:rPr>
          <w:rFonts w:ascii="Times New Roman" w:hAnsi="Times New Roman" w:cs="Times New Roman"/>
        </w:rPr>
      </w:pPr>
      <w:r w:rsidRPr="00620D6C">
        <w:rPr>
          <w:rFonts w:ascii="Times New Roman" w:hAnsi="Times New Roman" w:cs="Times New Roman"/>
        </w:rPr>
        <w:t>(</w:t>
      </w:r>
      <w:proofErr w:type="spellStart"/>
      <w:r w:rsidRPr="00620D6C">
        <w:rPr>
          <w:rFonts w:ascii="Times New Roman" w:hAnsi="Times New Roman" w:cs="Times New Roman"/>
        </w:rPr>
        <w:t>podpis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i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pieczęć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Wykonawcy</w:t>
      </w:r>
      <w:proofErr w:type="spellEnd"/>
      <w:r w:rsidRPr="00620D6C">
        <w:rPr>
          <w:rFonts w:ascii="Times New Roman" w:hAnsi="Times New Roman" w:cs="Times New Roman"/>
        </w:rPr>
        <w:t>)</w:t>
      </w:r>
    </w:p>
    <w:p w14:paraId="5BC19E04" w14:textId="7501E9E9" w:rsidR="00426B71" w:rsidRPr="00620D6C" w:rsidRDefault="00426B71" w:rsidP="00426B71">
      <w:pPr>
        <w:jc w:val="right"/>
        <w:rPr>
          <w:rFonts w:ascii="Times New Roman" w:hAnsi="Times New Roman" w:cs="Times New Roman"/>
          <w:sz w:val="22"/>
        </w:rPr>
      </w:pPr>
      <w:r w:rsidRPr="00620D6C">
        <w:rPr>
          <w:rFonts w:ascii="Times New Roman" w:hAnsi="Times New Roman" w:cs="Times New Roman"/>
          <w:sz w:val="22"/>
        </w:rPr>
        <w:br w:type="page"/>
      </w:r>
    </w:p>
    <w:p w14:paraId="65778D99" w14:textId="5FEDE70C" w:rsidR="00426B71" w:rsidRPr="00620D6C" w:rsidRDefault="00426B71" w:rsidP="00426B71">
      <w:pPr>
        <w:jc w:val="right"/>
        <w:rPr>
          <w:rFonts w:ascii="Times New Roman" w:hAnsi="Times New Roman" w:cs="Times New Roman"/>
          <w:sz w:val="22"/>
        </w:rPr>
      </w:pPr>
      <w:proofErr w:type="spellStart"/>
      <w:proofErr w:type="gramStart"/>
      <w:r w:rsidRPr="00620D6C">
        <w:rPr>
          <w:rFonts w:ascii="Times New Roman" w:hAnsi="Times New Roman" w:cs="Times New Roman"/>
          <w:sz w:val="22"/>
        </w:rPr>
        <w:lastRenderedPageBreak/>
        <w:t>Załącznik</w:t>
      </w:r>
      <w:proofErr w:type="spellEnd"/>
      <w:r w:rsidRPr="00620D6C">
        <w:rPr>
          <w:rFonts w:ascii="Times New Roman" w:hAnsi="Times New Roman" w:cs="Times New Roman"/>
          <w:sz w:val="22"/>
        </w:rPr>
        <w:t xml:space="preserve">  nr</w:t>
      </w:r>
      <w:proofErr w:type="gramEnd"/>
      <w:r w:rsidRPr="00620D6C">
        <w:rPr>
          <w:rFonts w:ascii="Times New Roman" w:hAnsi="Times New Roman" w:cs="Times New Roman"/>
          <w:sz w:val="22"/>
        </w:rPr>
        <w:t xml:space="preserve"> 2</w:t>
      </w:r>
    </w:p>
    <w:p w14:paraId="1E4F1995" w14:textId="77777777" w:rsidR="00426B71" w:rsidRPr="00620D6C" w:rsidRDefault="00426B71" w:rsidP="00426B71">
      <w:pPr>
        <w:jc w:val="right"/>
        <w:rPr>
          <w:rFonts w:ascii="Times New Roman" w:hAnsi="Times New Roman" w:cs="Times New Roman"/>
          <w:sz w:val="22"/>
        </w:rPr>
      </w:pPr>
    </w:p>
    <w:p w14:paraId="05D2B151" w14:textId="575CFF14" w:rsidR="00426B71" w:rsidRPr="00620D6C" w:rsidRDefault="00426B71" w:rsidP="00426B7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20D6C">
        <w:rPr>
          <w:rFonts w:ascii="Times New Roman" w:hAnsi="Times New Roman" w:cs="Times New Roman"/>
          <w:b/>
          <w:bCs/>
          <w:sz w:val="32"/>
          <w:szCs w:val="32"/>
        </w:rPr>
        <w:t>WYKAZ POJAZDÓW</w:t>
      </w:r>
    </w:p>
    <w:p w14:paraId="58E63C7D" w14:textId="77777777" w:rsidR="00F92F04" w:rsidRPr="00620D6C" w:rsidRDefault="00F92F04" w:rsidP="00426B7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105"/>
        <w:gridCol w:w="2410"/>
        <w:gridCol w:w="3685"/>
      </w:tblGrid>
      <w:tr w:rsidR="00F92F04" w:rsidRPr="00620D6C" w14:paraId="198F2E6E" w14:textId="77777777" w:rsidTr="003E5786">
        <w:tc>
          <w:tcPr>
            <w:tcW w:w="867" w:type="dxa"/>
          </w:tcPr>
          <w:p w14:paraId="2525A78C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Lp</w:t>
            </w:r>
            <w:proofErr w:type="spellEnd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05" w:type="dxa"/>
          </w:tcPr>
          <w:p w14:paraId="3099786E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 </w:t>
            </w: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rejestracyjny</w:t>
            </w:r>
            <w:proofErr w:type="spellEnd"/>
          </w:p>
        </w:tc>
        <w:tc>
          <w:tcPr>
            <w:tcW w:w="2410" w:type="dxa"/>
          </w:tcPr>
          <w:p w14:paraId="0AADF43F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Marka </w:t>
            </w: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pojazdu</w:t>
            </w:r>
            <w:proofErr w:type="spellEnd"/>
          </w:p>
        </w:tc>
        <w:tc>
          <w:tcPr>
            <w:tcW w:w="3685" w:type="dxa"/>
          </w:tcPr>
          <w:p w14:paraId="4E7FD806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Przypisany</w:t>
            </w:r>
            <w:proofErr w:type="spellEnd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kierowca</w:t>
            </w:r>
            <w:proofErr w:type="spellEnd"/>
          </w:p>
        </w:tc>
      </w:tr>
      <w:tr w:rsidR="00F92F04" w:rsidRPr="00620D6C" w14:paraId="595B09AF" w14:textId="77777777" w:rsidTr="003E5786">
        <w:tc>
          <w:tcPr>
            <w:tcW w:w="867" w:type="dxa"/>
          </w:tcPr>
          <w:p w14:paraId="24F4FA0B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05" w:type="dxa"/>
          </w:tcPr>
          <w:p w14:paraId="652947CB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65877</w:t>
            </w:r>
          </w:p>
        </w:tc>
        <w:tc>
          <w:tcPr>
            <w:tcW w:w="2410" w:type="dxa"/>
          </w:tcPr>
          <w:p w14:paraId="7BB421BE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MERCEDES</w:t>
            </w:r>
          </w:p>
        </w:tc>
        <w:tc>
          <w:tcPr>
            <w:tcW w:w="3685" w:type="dxa"/>
          </w:tcPr>
          <w:p w14:paraId="487F5E8C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Zbigniew Derbin</w:t>
            </w:r>
          </w:p>
        </w:tc>
      </w:tr>
      <w:tr w:rsidR="00F92F04" w:rsidRPr="00620D6C" w14:paraId="4F3FC602" w14:textId="77777777" w:rsidTr="003E5786">
        <w:tc>
          <w:tcPr>
            <w:tcW w:w="867" w:type="dxa"/>
          </w:tcPr>
          <w:p w14:paraId="148F5CD6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05" w:type="dxa"/>
          </w:tcPr>
          <w:p w14:paraId="5AE9448C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85112</w:t>
            </w:r>
          </w:p>
        </w:tc>
        <w:tc>
          <w:tcPr>
            <w:tcW w:w="2410" w:type="dxa"/>
          </w:tcPr>
          <w:p w14:paraId="41F7A1A6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RENAULT</w:t>
            </w:r>
          </w:p>
        </w:tc>
        <w:tc>
          <w:tcPr>
            <w:tcW w:w="3685" w:type="dxa"/>
          </w:tcPr>
          <w:p w14:paraId="540141A2" w14:textId="31BD521B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Łukasz Derbin</w:t>
            </w:r>
          </w:p>
        </w:tc>
      </w:tr>
      <w:tr w:rsidR="00F92F04" w:rsidRPr="00620D6C" w14:paraId="4E51907B" w14:textId="77777777" w:rsidTr="003E5786">
        <w:tc>
          <w:tcPr>
            <w:tcW w:w="867" w:type="dxa"/>
          </w:tcPr>
          <w:p w14:paraId="5C9C129E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05" w:type="dxa"/>
          </w:tcPr>
          <w:p w14:paraId="6A8313B5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61702</w:t>
            </w:r>
          </w:p>
        </w:tc>
        <w:tc>
          <w:tcPr>
            <w:tcW w:w="2410" w:type="dxa"/>
          </w:tcPr>
          <w:p w14:paraId="4197FE91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RENAULT</w:t>
            </w:r>
          </w:p>
        </w:tc>
        <w:tc>
          <w:tcPr>
            <w:tcW w:w="3685" w:type="dxa"/>
          </w:tcPr>
          <w:p w14:paraId="7F0DC528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Mariusz Pniewski</w:t>
            </w:r>
          </w:p>
        </w:tc>
      </w:tr>
      <w:tr w:rsidR="00F92F04" w:rsidRPr="00620D6C" w14:paraId="0CD38AA3" w14:textId="77777777" w:rsidTr="003E5786">
        <w:tc>
          <w:tcPr>
            <w:tcW w:w="867" w:type="dxa"/>
          </w:tcPr>
          <w:p w14:paraId="2A20AFC1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05" w:type="dxa"/>
          </w:tcPr>
          <w:p w14:paraId="43033643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97996</w:t>
            </w:r>
          </w:p>
        </w:tc>
        <w:tc>
          <w:tcPr>
            <w:tcW w:w="2410" w:type="dxa"/>
          </w:tcPr>
          <w:p w14:paraId="6D457630" w14:textId="131CB6BF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MERCEDES</w:t>
            </w:r>
            <w:r w:rsidR="00F30B96" w:rsidRPr="00620D6C">
              <w:rPr>
                <w:rFonts w:ascii="Times New Roman" w:hAnsi="Times New Roman" w:cs="Times New Roman"/>
                <w:sz w:val="28"/>
                <w:szCs w:val="28"/>
              </w:rPr>
              <w:t xml:space="preserve"> SPRINTER</w:t>
            </w:r>
          </w:p>
        </w:tc>
        <w:tc>
          <w:tcPr>
            <w:tcW w:w="3685" w:type="dxa"/>
          </w:tcPr>
          <w:p w14:paraId="1CD40514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Tomasz Kozłowski</w:t>
            </w:r>
          </w:p>
        </w:tc>
      </w:tr>
    </w:tbl>
    <w:p w14:paraId="2A7A55CD" w14:textId="77777777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</w:p>
    <w:p w14:paraId="6B02D99D" w14:textId="7FC1197B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  <w:r w:rsidRPr="00620D6C">
        <w:rPr>
          <w:rFonts w:ascii="Times New Roman" w:hAnsi="Times New Roman" w:cs="Times New Roman"/>
          <w:sz w:val="28"/>
          <w:szCs w:val="28"/>
        </w:rPr>
        <w:t xml:space="preserve">Osoba </w:t>
      </w:r>
      <w:proofErr w:type="spellStart"/>
      <w:r w:rsidRPr="00620D6C">
        <w:rPr>
          <w:rFonts w:ascii="Times New Roman" w:hAnsi="Times New Roman" w:cs="Times New Roman"/>
          <w:sz w:val="28"/>
          <w:szCs w:val="28"/>
        </w:rPr>
        <w:t>odpowi</w:t>
      </w:r>
      <w:r w:rsidR="00EE22AF">
        <w:rPr>
          <w:rFonts w:ascii="Times New Roman" w:hAnsi="Times New Roman" w:cs="Times New Roman"/>
          <w:sz w:val="28"/>
          <w:szCs w:val="28"/>
        </w:rPr>
        <w:t>e</w:t>
      </w:r>
      <w:r w:rsidRPr="00620D6C">
        <w:rPr>
          <w:rFonts w:ascii="Times New Roman" w:hAnsi="Times New Roman" w:cs="Times New Roman"/>
          <w:sz w:val="28"/>
          <w:szCs w:val="28"/>
        </w:rPr>
        <w:t>dzialna</w:t>
      </w:r>
      <w:proofErr w:type="spellEnd"/>
      <w:r w:rsidRPr="00620D6C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620D6C">
        <w:rPr>
          <w:rFonts w:ascii="Times New Roman" w:hAnsi="Times New Roman" w:cs="Times New Roman"/>
          <w:sz w:val="28"/>
          <w:szCs w:val="28"/>
        </w:rPr>
        <w:t>odbioru</w:t>
      </w:r>
      <w:proofErr w:type="spellEnd"/>
      <w:r w:rsidRPr="00620D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D6C">
        <w:rPr>
          <w:rFonts w:ascii="Times New Roman" w:hAnsi="Times New Roman" w:cs="Times New Roman"/>
          <w:sz w:val="28"/>
          <w:szCs w:val="28"/>
        </w:rPr>
        <w:t>faktur</w:t>
      </w:r>
      <w:proofErr w:type="spellEnd"/>
      <w:r w:rsidRPr="00620D6C">
        <w:rPr>
          <w:rFonts w:ascii="Times New Roman" w:hAnsi="Times New Roman" w:cs="Times New Roman"/>
          <w:sz w:val="28"/>
          <w:szCs w:val="28"/>
        </w:rPr>
        <w:t>: Zbigniew Derbin</w:t>
      </w:r>
    </w:p>
    <w:p w14:paraId="2E06C678" w14:textId="77777777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</w:p>
    <w:p w14:paraId="4186581F" w14:textId="77777777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</w:p>
    <w:p w14:paraId="56EF93B3" w14:textId="77777777" w:rsidR="00F92F04" w:rsidRPr="00620D6C" w:rsidRDefault="00F92F04" w:rsidP="00F92F04">
      <w:pPr>
        <w:pStyle w:val="Bezodstpw"/>
        <w:jc w:val="right"/>
        <w:rPr>
          <w:rFonts w:ascii="Times New Roman" w:hAnsi="Times New Roman" w:cs="Times New Roman"/>
        </w:rPr>
      </w:pPr>
      <w:r w:rsidRPr="00620D6C">
        <w:rPr>
          <w:rFonts w:ascii="Times New Roman" w:hAnsi="Times New Roman" w:cs="Times New Roman"/>
        </w:rPr>
        <w:t>………………………………………………</w:t>
      </w:r>
    </w:p>
    <w:p w14:paraId="40022194" w14:textId="00F923A3" w:rsidR="00F92F04" w:rsidRPr="00620D6C" w:rsidRDefault="00F92F04" w:rsidP="00F92F04">
      <w:pPr>
        <w:pStyle w:val="Bezodstpw"/>
        <w:jc w:val="right"/>
        <w:rPr>
          <w:rFonts w:ascii="Times New Roman" w:hAnsi="Times New Roman" w:cs="Times New Roman"/>
        </w:rPr>
      </w:pPr>
      <w:r w:rsidRPr="00620D6C">
        <w:rPr>
          <w:rFonts w:ascii="Times New Roman" w:hAnsi="Times New Roman" w:cs="Times New Roman"/>
        </w:rPr>
        <w:t>(</w:t>
      </w:r>
      <w:proofErr w:type="spellStart"/>
      <w:r w:rsidRPr="00620D6C">
        <w:rPr>
          <w:rFonts w:ascii="Times New Roman" w:hAnsi="Times New Roman" w:cs="Times New Roman"/>
        </w:rPr>
        <w:t>podpis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i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pieczęć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Zamawiającego</w:t>
      </w:r>
      <w:proofErr w:type="spellEnd"/>
      <w:r w:rsidRPr="00620D6C">
        <w:rPr>
          <w:rFonts w:ascii="Times New Roman" w:hAnsi="Times New Roman" w:cs="Times New Roman"/>
        </w:rPr>
        <w:t>)</w:t>
      </w:r>
    </w:p>
    <w:p w14:paraId="54A19C21" w14:textId="77777777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</w:p>
    <w:p w14:paraId="691E6A2E" w14:textId="77777777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</w:p>
    <w:p w14:paraId="78A70DB4" w14:textId="77777777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</w:p>
    <w:p w14:paraId="323A50FF" w14:textId="4EDC68A3" w:rsidR="00F92F04" w:rsidRPr="00620D6C" w:rsidRDefault="00F92F04" w:rsidP="00F92F04">
      <w:pPr>
        <w:rPr>
          <w:rFonts w:ascii="Times New Roman" w:hAnsi="Times New Roman" w:cs="Times New Roman"/>
          <w:sz w:val="28"/>
          <w:szCs w:val="28"/>
        </w:rPr>
      </w:pPr>
      <w:r w:rsidRPr="00620D6C">
        <w:rPr>
          <w:rFonts w:ascii="Times New Roman" w:hAnsi="Times New Roman" w:cs="Times New Roman"/>
          <w:sz w:val="28"/>
          <w:szCs w:val="28"/>
        </w:rPr>
        <w:br w:type="page"/>
      </w:r>
    </w:p>
    <w:p w14:paraId="78A0CDCF" w14:textId="2B6E10FF" w:rsidR="00F92F04" w:rsidRPr="00620D6C" w:rsidRDefault="00F92F04" w:rsidP="00F92F0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20D6C">
        <w:rPr>
          <w:rFonts w:ascii="Times New Roman" w:hAnsi="Times New Roman" w:cs="Times New Roman"/>
          <w:sz w:val="28"/>
          <w:szCs w:val="28"/>
        </w:rPr>
        <w:lastRenderedPageBreak/>
        <w:t>Załącznik</w:t>
      </w:r>
      <w:proofErr w:type="spellEnd"/>
      <w:r w:rsidRPr="00620D6C">
        <w:rPr>
          <w:rFonts w:ascii="Times New Roman" w:hAnsi="Times New Roman" w:cs="Times New Roman"/>
          <w:sz w:val="28"/>
          <w:szCs w:val="28"/>
        </w:rPr>
        <w:t xml:space="preserve"> nr 3</w:t>
      </w:r>
    </w:p>
    <w:p w14:paraId="57C00E1C" w14:textId="77777777" w:rsidR="00F92F04" w:rsidRPr="00620D6C" w:rsidRDefault="00F92F04" w:rsidP="00F92F0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DEA2CB9" w14:textId="2BFA73EA" w:rsidR="00F92F04" w:rsidRDefault="00F92F04" w:rsidP="00F92F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0D6C">
        <w:rPr>
          <w:rFonts w:ascii="Times New Roman" w:hAnsi="Times New Roman" w:cs="Times New Roman"/>
          <w:b/>
          <w:bCs/>
          <w:sz w:val="28"/>
          <w:szCs w:val="28"/>
        </w:rPr>
        <w:t>WYKAZ OSÓB UPRAWNIONYCH DO TANKOWANIA</w:t>
      </w:r>
    </w:p>
    <w:p w14:paraId="2D45B79C" w14:textId="77777777" w:rsidR="00620D6C" w:rsidRPr="00620D6C" w:rsidRDefault="00620D6C" w:rsidP="00F92F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105"/>
        <w:gridCol w:w="2410"/>
        <w:gridCol w:w="3685"/>
      </w:tblGrid>
      <w:tr w:rsidR="00F92F04" w:rsidRPr="00620D6C" w14:paraId="4FED4990" w14:textId="77777777" w:rsidTr="003E5786">
        <w:tc>
          <w:tcPr>
            <w:tcW w:w="867" w:type="dxa"/>
          </w:tcPr>
          <w:p w14:paraId="7D7D5608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Lp</w:t>
            </w:r>
            <w:proofErr w:type="spellEnd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05" w:type="dxa"/>
          </w:tcPr>
          <w:p w14:paraId="4C5A5ED3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Nr </w:t>
            </w: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rejestracyjny</w:t>
            </w:r>
            <w:proofErr w:type="spellEnd"/>
          </w:p>
        </w:tc>
        <w:tc>
          <w:tcPr>
            <w:tcW w:w="2410" w:type="dxa"/>
          </w:tcPr>
          <w:p w14:paraId="41F4B079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Marka </w:t>
            </w: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pojazdu</w:t>
            </w:r>
            <w:proofErr w:type="spellEnd"/>
          </w:p>
        </w:tc>
        <w:tc>
          <w:tcPr>
            <w:tcW w:w="3685" w:type="dxa"/>
          </w:tcPr>
          <w:p w14:paraId="6322FA68" w14:textId="77777777" w:rsidR="00F92F04" w:rsidRPr="00620D6C" w:rsidRDefault="00F92F04" w:rsidP="003E57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Przypisany</w:t>
            </w:r>
            <w:proofErr w:type="spellEnd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2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kierowca</w:t>
            </w:r>
            <w:proofErr w:type="spellEnd"/>
          </w:p>
        </w:tc>
      </w:tr>
      <w:tr w:rsidR="00F92F04" w:rsidRPr="00620D6C" w14:paraId="0BA1ED08" w14:textId="77777777" w:rsidTr="003E5786">
        <w:tc>
          <w:tcPr>
            <w:tcW w:w="867" w:type="dxa"/>
          </w:tcPr>
          <w:p w14:paraId="5D2BF4B9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05" w:type="dxa"/>
          </w:tcPr>
          <w:p w14:paraId="7A584E1F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65877</w:t>
            </w:r>
          </w:p>
        </w:tc>
        <w:tc>
          <w:tcPr>
            <w:tcW w:w="2410" w:type="dxa"/>
          </w:tcPr>
          <w:p w14:paraId="28B9F133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MERCEDES</w:t>
            </w:r>
          </w:p>
        </w:tc>
        <w:tc>
          <w:tcPr>
            <w:tcW w:w="3685" w:type="dxa"/>
          </w:tcPr>
          <w:p w14:paraId="006707C6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Zbigniew Derbin</w:t>
            </w:r>
          </w:p>
        </w:tc>
      </w:tr>
      <w:tr w:rsidR="00F92F04" w:rsidRPr="00620D6C" w14:paraId="2A89BDB6" w14:textId="77777777" w:rsidTr="003E5786">
        <w:tc>
          <w:tcPr>
            <w:tcW w:w="867" w:type="dxa"/>
          </w:tcPr>
          <w:p w14:paraId="5E0F04ED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05" w:type="dxa"/>
          </w:tcPr>
          <w:p w14:paraId="013CE916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85112</w:t>
            </w:r>
          </w:p>
        </w:tc>
        <w:tc>
          <w:tcPr>
            <w:tcW w:w="2410" w:type="dxa"/>
          </w:tcPr>
          <w:p w14:paraId="18C691E3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RENAULT</w:t>
            </w:r>
          </w:p>
        </w:tc>
        <w:tc>
          <w:tcPr>
            <w:tcW w:w="3685" w:type="dxa"/>
          </w:tcPr>
          <w:p w14:paraId="14D78158" w14:textId="79AF4D42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Łukasz Derbin</w:t>
            </w:r>
          </w:p>
        </w:tc>
      </w:tr>
      <w:tr w:rsidR="00F92F04" w:rsidRPr="00620D6C" w14:paraId="56D75A9E" w14:textId="77777777" w:rsidTr="003E5786">
        <w:tc>
          <w:tcPr>
            <w:tcW w:w="867" w:type="dxa"/>
          </w:tcPr>
          <w:p w14:paraId="013FBBCF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05" w:type="dxa"/>
          </w:tcPr>
          <w:p w14:paraId="0514B760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61702</w:t>
            </w:r>
          </w:p>
        </w:tc>
        <w:tc>
          <w:tcPr>
            <w:tcW w:w="2410" w:type="dxa"/>
          </w:tcPr>
          <w:p w14:paraId="06CB9E6E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RENAULT</w:t>
            </w:r>
          </w:p>
        </w:tc>
        <w:tc>
          <w:tcPr>
            <w:tcW w:w="3685" w:type="dxa"/>
          </w:tcPr>
          <w:p w14:paraId="4C89A04C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Mariusz Pniewski</w:t>
            </w:r>
          </w:p>
        </w:tc>
      </w:tr>
      <w:tr w:rsidR="00F92F04" w:rsidRPr="00620D6C" w14:paraId="73CB58E8" w14:textId="77777777" w:rsidTr="003E5786">
        <w:tc>
          <w:tcPr>
            <w:tcW w:w="867" w:type="dxa"/>
          </w:tcPr>
          <w:p w14:paraId="1EBC5351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05" w:type="dxa"/>
          </w:tcPr>
          <w:p w14:paraId="39D4FDD4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WCI 97996</w:t>
            </w:r>
          </w:p>
        </w:tc>
        <w:tc>
          <w:tcPr>
            <w:tcW w:w="2410" w:type="dxa"/>
          </w:tcPr>
          <w:p w14:paraId="3B1A78B8" w14:textId="5E253223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MERCEDES</w:t>
            </w:r>
            <w:r w:rsidR="006E5DCA">
              <w:rPr>
                <w:rFonts w:ascii="Times New Roman" w:hAnsi="Times New Roman" w:cs="Times New Roman"/>
                <w:sz w:val="28"/>
                <w:szCs w:val="28"/>
              </w:rPr>
              <w:t xml:space="preserve"> SPRINTER</w:t>
            </w:r>
          </w:p>
        </w:tc>
        <w:tc>
          <w:tcPr>
            <w:tcW w:w="3685" w:type="dxa"/>
          </w:tcPr>
          <w:p w14:paraId="0196085C" w14:textId="77777777" w:rsidR="00F92F04" w:rsidRPr="00620D6C" w:rsidRDefault="00F92F04" w:rsidP="003E57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0D6C">
              <w:rPr>
                <w:rFonts w:ascii="Times New Roman" w:hAnsi="Times New Roman" w:cs="Times New Roman"/>
                <w:sz w:val="28"/>
                <w:szCs w:val="28"/>
              </w:rPr>
              <w:t>Tomasz Kozłowski</w:t>
            </w:r>
          </w:p>
        </w:tc>
      </w:tr>
    </w:tbl>
    <w:p w14:paraId="31F23816" w14:textId="77777777" w:rsidR="00F92F04" w:rsidRPr="00620D6C" w:rsidRDefault="00F92F04" w:rsidP="00426B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97DECC" w14:textId="77777777" w:rsidR="00F92F04" w:rsidRPr="00620D6C" w:rsidRDefault="00F92F04" w:rsidP="00426B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A45C7" w14:textId="77777777" w:rsidR="00F92F04" w:rsidRPr="00620D6C" w:rsidRDefault="00F92F04" w:rsidP="00426B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B8F73" w14:textId="77777777" w:rsidR="00F92F04" w:rsidRPr="00620D6C" w:rsidRDefault="00F92F04" w:rsidP="00F92F04">
      <w:pPr>
        <w:pStyle w:val="Bezodstpw"/>
        <w:jc w:val="right"/>
        <w:rPr>
          <w:rFonts w:ascii="Times New Roman" w:hAnsi="Times New Roman" w:cs="Times New Roman"/>
        </w:rPr>
      </w:pPr>
      <w:r w:rsidRPr="00620D6C">
        <w:rPr>
          <w:rFonts w:ascii="Times New Roman" w:hAnsi="Times New Roman" w:cs="Times New Roman"/>
        </w:rPr>
        <w:t>………………………………………………</w:t>
      </w:r>
    </w:p>
    <w:p w14:paraId="02DB1D87" w14:textId="66A1B3B6" w:rsidR="00F92F04" w:rsidRPr="00620D6C" w:rsidRDefault="00F92F04" w:rsidP="00F92F04">
      <w:pPr>
        <w:pStyle w:val="Bezodstpw"/>
        <w:jc w:val="right"/>
        <w:rPr>
          <w:rFonts w:ascii="Times New Roman" w:hAnsi="Times New Roman" w:cs="Times New Roman"/>
        </w:rPr>
      </w:pPr>
      <w:r w:rsidRPr="00620D6C">
        <w:rPr>
          <w:rFonts w:ascii="Times New Roman" w:hAnsi="Times New Roman" w:cs="Times New Roman"/>
        </w:rPr>
        <w:t>(</w:t>
      </w:r>
      <w:proofErr w:type="spellStart"/>
      <w:r w:rsidRPr="00620D6C">
        <w:rPr>
          <w:rFonts w:ascii="Times New Roman" w:hAnsi="Times New Roman" w:cs="Times New Roman"/>
        </w:rPr>
        <w:t>podpis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i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pieczęć</w:t>
      </w:r>
      <w:proofErr w:type="spellEnd"/>
      <w:r w:rsidRPr="00620D6C">
        <w:rPr>
          <w:rFonts w:ascii="Times New Roman" w:hAnsi="Times New Roman" w:cs="Times New Roman"/>
        </w:rPr>
        <w:t xml:space="preserve"> </w:t>
      </w:r>
      <w:proofErr w:type="spellStart"/>
      <w:r w:rsidRPr="00620D6C">
        <w:rPr>
          <w:rFonts w:ascii="Times New Roman" w:hAnsi="Times New Roman" w:cs="Times New Roman"/>
        </w:rPr>
        <w:t>Zamawiającego</w:t>
      </w:r>
      <w:proofErr w:type="spellEnd"/>
      <w:r w:rsidRPr="00620D6C">
        <w:rPr>
          <w:rFonts w:ascii="Times New Roman" w:hAnsi="Times New Roman" w:cs="Times New Roman"/>
        </w:rPr>
        <w:t>)</w:t>
      </w:r>
    </w:p>
    <w:p w14:paraId="3A08A480" w14:textId="77777777" w:rsidR="00F92F04" w:rsidRPr="00620D6C" w:rsidRDefault="00F92F04" w:rsidP="00426B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92F04" w:rsidRPr="00620D6C" w:rsidSect="00034616">
      <w:headerReference w:type="default" r:id="rId8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7D749" w14:textId="77777777" w:rsidR="00634C3F" w:rsidRDefault="00634C3F" w:rsidP="007E1C81">
      <w:pPr>
        <w:spacing w:after="0" w:line="240" w:lineRule="auto"/>
      </w:pPr>
      <w:r>
        <w:separator/>
      </w:r>
    </w:p>
  </w:endnote>
  <w:endnote w:type="continuationSeparator" w:id="0">
    <w:p w14:paraId="21BE16D0" w14:textId="77777777" w:rsidR="00634C3F" w:rsidRDefault="00634C3F" w:rsidP="007E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47739" w14:textId="77777777" w:rsidR="00634C3F" w:rsidRDefault="00634C3F" w:rsidP="007E1C81">
      <w:pPr>
        <w:spacing w:after="0" w:line="240" w:lineRule="auto"/>
      </w:pPr>
      <w:r>
        <w:separator/>
      </w:r>
    </w:p>
  </w:footnote>
  <w:footnote w:type="continuationSeparator" w:id="0">
    <w:p w14:paraId="061BBB0C" w14:textId="77777777" w:rsidR="00634C3F" w:rsidRDefault="00634C3F" w:rsidP="007E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9CF21" w14:textId="051779BD" w:rsidR="007E1C81" w:rsidRPr="007E1C81" w:rsidRDefault="007E1C81" w:rsidP="007E1C81">
    <w:pPr>
      <w:rPr>
        <w:rFonts w:ascii="Garamond" w:hAnsi="Garamond" w:cs="Times New Roman"/>
        <w:b/>
        <w:sz w:val="22"/>
      </w:rPr>
    </w:pPr>
    <w:r w:rsidRPr="007E1C81">
      <w:rPr>
        <w:rFonts w:ascii="Garamond" w:hAnsi="Garamond" w:cs="Times New Roman"/>
        <w:b/>
        <w:sz w:val="22"/>
      </w:rPr>
      <w:t xml:space="preserve">CUW.ZP.271.1.2026                                                                                                           </w:t>
    </w:r>
    <w:proofErr w:type="spellStart"/>
    <w:r w:rsidRPr="007E1C81">
      <w:rPr>
        <w:rFonts w:ascii="Garamond" w:hAnsi="Garamond" w:cs="Times New Roman"/>
        <w:b/>
        <w:sz w:val="22"/>
      </w:rPr>
      <w:t>Załącznik</w:t>
    </w:r>
    <w:proofErr w:type="spellEnd"/>
    <w:r w:rsidRPr="007E1C81">
      <w:rPr>
        <w:rFonts w:ascii="Garamond" w:hAnsi="Garamond" w:cs="Times New Roman"/>
        <w:b/>
        <w:sz w:val="22"/>
      </w:rPr>
      <w:t xml:space="preserve"> nr </w:t>
    </w:r>
    <w:r w:rsidR="000E6883">
      <w:rPr>
        <w:rFonts w:ascii="Garamond" w:hAnsi="Garamond" w:cs="Times New Roman"/>
        <w:b/>
        <w:sz w:val="22"/>
      </w:rPr>
      <w:t>7</w:t>
    </w:r>
    <w:r w:rsidRPr="007E1C81">
      <w:rPr>
        <w:rFonts w:ascii="Garamond" w:hAnsi="Garamond" w:cs="Times New Roman"/>
        <w:b/>
        <w:sz w:val="22"/>
      </w:rPr>
      <w:t xml:space="preserve"> do SWZ</w:t>
    </w:r>
  </w:p>
  <w:p w14:paraId="6C5BDD42" w14:textId="77777777" w:rsidR="007E1C81" w:rsidRPr="007E1C81" w:rsidRDefault="007E1C81" w:rsidP="007E1C81">
    <w:pPr>
      <w:jc w:val="right"/>
      <w:rPr>
        <w:rFonts w:ascii="Garamond" w:hAnsi="Garamond" w:cs="Times New Roman"/>
        <w:bCs/>
        <w:sz w:val="22"/>
      </w:rPr>
    </w:pPr>
    <w:r w:rsidRPr="007E1C81">
      <w:rPr>
        <w:rFonts w:ascii="Garamond" w:hAnsi="Garamond" w:cs="Times New Roman"/>
        <w:bCs/>
        <w:sz w:val="22"/>
      </w:rPr>
      <w:t>WZÓR UMOWY</w:t>
    </w:r>
  </w:p>
  <w:p w14:paraId="350B6B65" w14:textId="77777777" w:rsidR="007E1C81" w:rsidRDefault="007E1C81">
    <w:pPr>
      <w:pStyle w:val="Nagwek"/>
    </w:pPr>
  </w:p>
  <w:p w14:paraId="51666581" w14:textId="77777777" w:rsidR="007E1C81" w:rsidRDefault="007E1C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4B2C71"/>
    <w:multiLevelType w:val="hybridMultilevel"/>
    <w:tmpl w:val="60946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77F5F"/>
    <w:multiLevelType w:val="hybridMultilevel"/>
    <w:tmpl w:val="DE44689A"/>
    <w:lvl w:ilvl="0" w:tplc="991AFAA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EE6401"/>
    <w:multiLevelType w:val="hybridMultilevel"/>
    <w:tmpl w:val="C9E02412"/>
    <w:lvl w:ilvl="0" w:tplc="2C4240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0276728">
    <w:abstractNumId w:val="8"/>
  </w:num>
  <w:num w:numId="2" w16cid:durableId="1284533346">
    <w:abstractNumId w:val="6"/>
  </w:num>
  <w:num w:numId="3" w16cid:durableId="2117408243">
    <w:abstractNumId w:val="5"/>
  </w:num>
  <w:num w:numId="4" w16cid:durableId="1076633043">
    <w:abstractNumId w:val="4"/>
  </w:num>
  <w:num w:numId="5" w16cid:durableId="2071414999">
    <w:abstractNumId w:val="7"/>
  </w:num>
  <w:num w:numId="6" w16cid:durableId="1603488899">
    <w:abstractNumId w:val="3"/>
  </w:num>
  <w:num w:numId="7" w16cid:durableId="2085182088">
    <w:abstractNumId w:val="2"/>
  </w:num>
  <w:num w:numId="8" w16cid:durableId="247347624">
    <w:abstractNumId w:val="1"/>
  </w:num>
  <w:num w:numId="9" w16cid:durableId="2022126290">
    <w:abstractNumId w:val="0"/>
  </w:num>
  <w:num w:numId="10" w16cid:durableId="1296718503">
    <w:abstractNumId w:val="11"/>
  </w:num>
  <w:num w:numId="11" w16cid:durableId="539170318">
    <w:abstractNumId w:val="10"/>
  </w:num>
  <w:num w:numId="12" w16cid:durableId="16447717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491"/>
    <w:rsid w:val="0006063C"/>
    <w:rsid w:val="00072C6D"/>
    <w:rsid w:val="000A78C3"/>
    <w:rsid w:val="000E6883"/>
    <w:rsid w:val="000E73AE"/>
    <w:rsid w:val="001142F7"/>
    <w:rsid w:val="0015074B"/>
    <w:rsid w:val="0020193A"/>
    <w:rsid w:val="00261A42"/>
    <w:rsid w:val="0029639D"/>
    <w:rsid w:val="002969A6"/>
    <w:rsid w:val="002B0F5D"/>
    <w:rsid w:val="00326F90"/>
    <w:rsid w:val="003755A1"/>
    <w:rsid w:val="00414B7F"/>
    <w:rsid w:val="00426B71"/>
    <w:rsid w:val="004A44B2"/>
    <w:rsid w:val="004D6D61"/>
    <w:rsid w:val="005229A9"/>
    <w:rsid w:val="00524237"/>
    <w:rsid w:val="005F0053"/>
    <w:rsid w:val="00620D6C"/>
    <w:rsid w:val="0062472D"/>
    <w:rsid w:val="00632F38"/>
    <w:rsid w:val="00634C3F"/>
    <w:rsid w:val="006E5DCA"/>
    <w:rsid w:val="00771669"/>
    <w:rsid w:val="007A75C9"/>
    <w:rsid w:val="007E1C81"/>
    <w:rsid w:val="007F2F9E"/>
    <w:rsid w:val="008D516D"/>
    <w:rsid w:val="008F3F6F"/>
    <w:rsid w:val="00945677"/>
    <w:rsid w:val="009805A7"/>
    <w:rsid w:val="00A20E9E"/>
    <w:rsid w:val="00A2470E"/>
    <w:rsid w:val="00AA1D8D"/>
    <w:rsid w:val="00B47730"/>
    <w:rsid w:val="00B70615"/>
    <w:rsid w:val="00BF480F"/>
    <w:rsid w:val="00C746BA"/>
    <w:rsid w:val="00CA7FBA"/>
    <w:rsid w:val="00CB0664"/>
    <w:rsid w:val="00CD3FA2"/>
    <w:rsid w:val="00D43B6E"/>
    <w:rsid w:val="00D86BCB"/>
    <w:rsid w:val="00E1564D"/>
    <w:rsid w:val="00E16C24"/>
    <w:rsid w:val="00E93BE3"/>
    <w:rsid w:val="00EC2C81"/>
    <w:rsid w:val="00EE22AF"/>
    <w:rsid w:val="00F30B96"/>
    <w:rsid w:val="00F92F04"/>
    <w:rsid w:val="00FC693F"/>
    <w:rsid w:val="00FD4768"/>
    <w:rsid w:val="00F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D2EA60"/>
  <w14:defaultImageDpi w14:val="300"/>
  <w15:docId w15:val="{89388ADC-70D9-46BB-949F-55FD043D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FF5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9</Pages>
  <Words>2300</Words>
  <Characters>13801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Wernicka</cp:lastModifiedBy>
  <cp:revision>19</cp:revision>
  <cp:lastPrinted>2026-09-25T11:06:00Z</cp:lastPrinted>
  <dcterms:created xsi:type="dcterms:W3CDTF">2026-09-21T07:29:00Z</dcterms:created>
  <dcterms:modified xsi:type="dcterms:W3CDTF">2026-10-07T08:18:00Z</dcterms:modified>
  <cp:category/>
</cp:coreProperties>
</file>