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77105" w14:textId="03C2AAB0" w:rsidR="00AA3817" w:rsidRPr="005A4BED" w:rsidRDefault="00AA3817" w:rsidP="00ED6D38">
      <w:pPr>
        <w:pStyle w:val="Tytu"/>
        <w:spacing w:after="40"/>
        <w:rPr>
          <w:rFonts w:ascii="Cambria" w:hAnsi="Cambria"/>
          <w:sz w:val="22"/>
          <w:szCs w:val="22"/>
        </w:rPr>
      </w:pPr>
    </w:p>
    <w:p w14:paraId="46AFCE17" w14:textId="77777777" w:rsidR="00004A63" w:rsidRPr="00004A63" w:rsidRDefault="00004A63" w:rsidP="00004A63">
      <w:pPr>
        <w:spacing w:after="20" w:line="240" w:lineRule="auto"/>
        <w:jc w:val="center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FORMULARZ OFERTY</w:t>
      </w:r>
    </w:p>
    <w:p w14:paraId="61822CD5" w14:textId="77777777" w:rsidR="00004A63" w:rsidRPr="00004A63" w:rsidRDefault="00004A63" w:rsidP="00004A63">
      <w:pPr>
        <w:spacing w:after="20" w:line="240" w:lineRule="auto"/>
        <w:jc w:val="center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Postępowanie o udzielenie zamówienia publicznego</w:t>
      </w:r>
    </w:p>
    <w:p w14:paraId="59FED778" w14:textId="77777777" w:rsidR="00004A63" w:rsidRPr="00004A63" w:rsidRDefault="00004A63" w:rsidP="00004A63">
      <w:pPr>
        <w:spacing w:after="20" w:line="240" w:lineRule="auto"/>
        <w:jc w:val="center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pn. „Sukcesywny odbiór, transport i unieszkodliwianie odpadów medycznych z obiektów wchodzących w skład Powiatowego Centrum Zdrowia sp. z o.o. w Otwocku”</w:t>
      </w:r>
    </w:p>
    <w:p w14:paraId="209D0C9C" w14:textId="77777777" w:rsidR="00004A63" w:rsidRPr="00004A63" w:rsidRDefault="00004A63" w:rsidP="00004A63">
      <w:pPr>
        <w:spacing w:after="20" w:line="240" w:lineRule="auto"/>
        <w:jc w:val="center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znak sprawy 22/TP/2026/BK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538"/>
        <w:gridCol w:w="6090"/>
      </w:tblGrid>
      <w:tr w:rsidR="00004A63" w:rsidRPr="00004A63" w14:paraId="4CA77202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3F9735F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Zamawiający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3CBCDE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Powiatowe Centrum Zdrowia sp. z o.o.</w:t>
            </w:r>
            <w:r w:rsidRPr="00004A63">
              <w:rPr>
                <w:rFonts w:ascii="Cambria" w:eastAsia="Times New Roman" w:hAnsi="Cambria"/>
                <w:sz w:val="22"/>
              </w:rPr>
              <w:br/>
              <w:t>ul. Batorego 44, 05-400 Otwock</w:t>
            </w:r>
          </w:p>
        </w:tc>
      </w:tr>
      <w:tr w:rsidR="00004A63" w:rsidRPr="00004A63" w14:paraId="02A5ED2A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ECD951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Miejscowość i data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FDC549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</w:tbl>
    <w:p w14:paraId="32882299" w14:textId="1DBACF18" w:rsidR="00004A63" w:rsidRPr="00F50065" w:rsidRDefault="00004A63" w:rsidP="00F50065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F50065">
        <w:rPr>
          <w:rFonts w:ascii="Cambria" w:eastAsia="Times New Roman" w:hAnsi="Cambria"/>
          <w:b/>
          <w:bCs/>
          <w:sz w:val="22"/>
        </w:rPr>
        <w:t>Informacje o Wykonawcy</w:t>
      </w:r>
    </w:p>
    <w:p w14:paraId="2BA42638" w14:textId="14B56B2A" w:rsidR="00004A63" w:rsidRPr="00004A63" w:rsidRDefault="00004A63" w:rsidP="00004A63">
      <w:pPr>
        <w:spacing w:after="20" w:line="240" w:lineRule="auto"/>
        <w:jc w:val="center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 xml:space="preserve">Sposób złożenia oferty: </w:t>
      </w:r>
      <w:r w:rsidR="00F50065"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F50065" w:rsidRPr="005A4BED">
        <w:rPr>
          <w:rFonts w:ascii="Cambria" w:hAnsi="Cambria"/>
          <w:b/>
          <w:sz w:val="22"/>
        </w:rPr>
        <w:instrText xml:space="preserve"> FORMCHECKBOX </w:instrText>
      </w:r>
      <w:r w:rsidR="00F50065" w:rsidRPr="005A4BED">
        <w:rPr>
          <w:rFonts w:ascii="Cambria" w:hAnsi="Cambria"/>
          <w:b/>
          <w:sz w:val="22"/>
        </w:rPr>
      </w:r>
      <w:r w:rsidR="00F50065" w:rsidRPr="005A4BED">
        <w:rPr>
          <w:rFonts w:ascii="Cambria" w:hAnsi="Cambria"/>
          <w:b/>
          <w:sz w:val="22"/>
        </w:rPr>
        <w:fldChar w:fldCharType="separate"/>
      </w:r>
      <w:r w:rsidR="00F50065" w:rsidRPr="005A4BED">
        <w:rPr>
          <w:rFonts w:ascii="Cambria" w:hAnsi="Cambria"/>
          <w:b/>
          <w:sz w:val="22"/>
        </w:rPr>
        <w:fldChar w:fldCharType="end"/>
      </w:r>
      <w:r w:rsidRPr="00004A63">
        <w:rPr>
          <w:rFonts w:ascii="Cambria" w:eastAsia="Times New Roman" w:hAnsi="Cambria"/>
          <w:sz w:val="22"/>
        </w:rPr>
        <w:t xml:space="preserve"> samodzielnie </w:t>
      </w:r>
      <w:r w:rsidR="00F50065"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F50065" w:rsidRPr="005A4BED">
        <w:rPr>
          <w:rFonts w:ascii="Cambria" w:hAnsi="Cambria"/>
          <w:b/>
          <w:sz w:val="22"/>
        </w:rPr>
        <w:instrText xml:space="preserve"> FORMCHECKBOX </w:instrText>
      </w:r>
      <w:r w:rsidR="00F50065" w:rsidRPr="005A4BED">
        <w:rPr>
          <w:rFonts w:ascii="Cambria" w:hAnsi="Cambria"/>
          <w:b/>
          <w:sz w:val="22"/>
        </w:rPr>
      </w:r>
      <w:r w:rsidR="00F50065" w:rsidRPr="005A4BED">
        <w:rPr>
          <w:rFonts w:ascii="Cambria" w:hAnsi="Cambria"/>
          <w:b/>
          <w:sz w:val="22"/>
        </w:rPr>
        <w:fldChar w:fldCharType="separate"/>
      </w:r>
      <w:r w:rsidR="00F50065" w:rsidRPr="005A4BED">
        <w:rPr>
          <w:rFonts w:ascii="Cambria" w:hAnsi="Cambria"/>
          <w:b/>
          <w:sz w:val="22"/>
        </w:rPr>
        <w:fldChar w:fldCharType="end"/>
      </w:r>
      <w:r w:rsidRPr="00004A63">
        <w:rPr>
          <w:rFonts w:ascii="Cambria" w:eastAsia="Times New Roman" w:hAnsi="Cambria"/>
          <w:sz w:val="22"/>
        </w:rPr>
        <w:t xml:space="preserve"> wsp</w:t>
      </w:r>
      <w:r w:rsidRPr="00004A63">
        <w:rPr>
          <w:rFonts w:ascii="Cambria" w:eastAsia="Times New Roman" w:hAnsi="Cambria" w:cs="Cambria"/>
          <w:sz w:val="22"/>
        </w:rPr>
        <w:t>ó</w:t>
      </w:r>
      <w:r w:rsidRPr="00004A63">
        <w:rPr>
          <w:rFonts w:ascii="Cambria" w:eastAsia="Times New Roman" w:hAnsi="Cambria"/>
          <w:sz w:val="22"/>
        </w:rPr>
        <w:t>lnie przez Wykonawc</w:t>
      </w:r>
      <w:r w:rsidRPr="00004A63">
        <w:rPr>
          <w:rFonts w:ascii="Cambria" w:eastAsia="Times New Roman" w:hAnsi="Cambria" w:cs="Cambria"/>
          <w:sz w:val="22"/>
        </w:rPr>
        <w:t>ó</w:t>
      </w:r>
      <w:r w:rsidRPr="00004A63">
        <w:rPr>
          <w:rFonts w:ascii="Cambria" w:eastAsia="Times New Roman" w:hAnsi="Cambria"/>
          <w:sz w:val="22"/>
        </w:rPr>
        <w:t>w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553"/>
        <w:gridCol w:w="6075"/>
      </w:tblGrid>
      <w:tr w:rsidR="00004A63" w:rsidRPr="00004A63" w14:paraId="18074C1F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35B0CA2" w14:textId="77777777" w:rsidR="00004A63" w:rsidRPr="00004A63" w:rsidRDefault="00004A63" w:rsidP="00B87107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Lider konsorcjum / Wykonawca składający ofertę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70077F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4EF05208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B0011BB" w14:textId="77777777" w:rsidR="00004A63" w:rsidRPr="00004A63" w:rsidRDefault="00004A63" w:rsidP="00B87107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Siedziba albo miejsce zamieszkania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CB5364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1DAC32DE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487C9B4" w14:textId="77777777" w:rsidR="00004A63" w:rsidRPr="00004A63" w:rsidRDefault="00004A63" w:rsidP="00B87107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Adres do korespondencji, jeżeli jest inny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852059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40228E2F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228220C" w14:textId="77777777" w:rsidR="00004A63" w:rsidRPr="00004A63" w:rsidRDefault="00004A63" w:rsidP="00B87107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NIP / numer identyfikacji podatkowej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AF176E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123919EE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B575E6" w14:textId="77777777" w:rsidR="00004A63" w:rsidRPr="00004A63" w:rsidRDefault="00004A63" w:rsidP="00B87107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REGON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4789D5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35EB14E8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3A47496" w14:textId="77777777" w:rsidR="00004A63" w:rsidRPr="00004A63" w:rsidRDefault="00004A63" w:rsidP="00B87107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KRS / CEIDG / inny właściwy rejestr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7197004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38EC5D22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68DDEC0" w14:textId="77777777" w:rsidR="00004A63" w:rsidRPr="00004A63" w:rsidRDefault="00004A63" w:rsidP="00B87107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Telefon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BA736C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46DD4CEA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EBDC514" w14:textId="77777777" w:rsidR="00004A63" w:rsidRPr="00004A63" w:rsidRDefault="00004A63" w:rsidP="00B87107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Adres poczty elektronicznej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13E876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</w:tbl>
    <w:p w14:paraId="32DC8653" w14:textId="3D34A54D" w:rsidR="00004A63" w:rsidRPr="00004A63" w:rsidRDefault="00004A63" w:rsidP="00F50065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Wielkość przedsiębiorstwa</w:t>
      </w:r>
    </w:p>
    <w:p w14:paraId="5119E569" w14:textId="77777777" w:rsidR="00004A63" w:rsidRPr="00004A63" w:rsidRDefault="00004A63" w:rsidP="00F50065">
      <w:p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Na potrzeby ogłoszenia o wyniku postępowania zaznaczamy właściwą kategorię:</w:t>
      </w:r>
    </w:p>
    <w:p w14:paraId="6982BD04" w14:textId="7D537BBF" w:rsidR="00004A63" w:rsidRPr="00004A63" w:rsidRDefault="00493362" w:rsidP="00493362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>mikroprzedsi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biorstwo </w:t>
      </w: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 w:rsidR="00004A63" w:rsidRPr="00004A63">
        <w:rPr>
          <w:rFonts w:ascii="Cambria" w:eastAsia="Times New Roman" w:hAnsi="Cambria"/>
          <w:sz w:val="22"/>
        </w:rPr>
        <w:t xml:space="preserve"> ma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>e przedsi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biorstwo </w:t>
      </w: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 w:rsidR="00004A63" w:rsidRPr="00004A63">
        <w:rPr>
          <w:rFonts w:ascii="Cambria" w:eastAsia="Times New Roman" w:hAnsi="Cambria"/>
          <w:sz w:val="22"/>
        </w:rPr>
        <w:t xml:space="preserve"> </w:t>
      </w:r>
      <w:r w:rsidR="00004A63" w:rsidRPr="00004A63">
        <w:rPr>
          <w:rFonts w:ascii="Cambria" w:eastAsia="Times New Roman" w:hAnsi="Cambria" w:cs="Cambria"/>
          <w:sz w:val="22"/>
        </w:rPr>
        <w:t>ś</w:t>
      </w:r>
      <w:r w:rsidR="00004A63" w:rsidRPr="00004A63">
        <w:rPr>
          <w:rFonts w:ascii="Cambria" w:eastAsia="Times New Roman" w:hAnsi="Cambria"/>
          <w:sz w:val="22"/>
        </w:rPr>
        <w:t>rednie przedsi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biorstwo </w:t>
      </w: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 w:rsidR="00004A63" w:rsidRPr="00004A63">
        <w:rPr>
          <w:rFonts w:ascii="Cambria" w:eastAsia="Times New Roman" w:hAnsi="Cambria"/>
          <w:sz w:val="22"/>
        </w:rPr>
        <w:t xml:space="preserve"> pozosta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>e</w:t>
      </w:r>
    </w:p>
    <w:p w14:paraId="579A346B" w14:textId="2CAA8D40" w:rsidR="00004A63" w:rsidRPr="00004A63" w:rsidRDefault="00004A63" w:rsidP="00493362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Wykonawcy wspólnie ubiegający się o udzielenie zamówienia</w:t>
      </w:r>
    </w:p>
    <w:p w14:paraId="51D9D146" w14:textId="77777777" w:rsidR="00004A63" w:rsidRPr="00004A63" w:rsidRDefault="00004A63" w:rsidP="00493362">
      <w:p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Wypełnić wyłącznie w przypadku oferty wspólnej.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04"/>
        <w:gridCol w:w="2088"/>
        <w:gridCol w:w="2376"/>
        <w:gridCol w:w="1152"/>
        <w:gridCol w:w="1584"/>
        <w:gridCol w:w="1872"/>
      </w:tblGrid>
      <w:tr w:rsidR="00004A63" w:rsidRPr="00004A63" w14:paraId="210E32B3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C3E538E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Lp.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E18425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Nazwa Wykonawcy</w:t>
            </w: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3B679BF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Siedziba i adres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A696262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NIP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7F04D2D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KRS / CEIDG</w:t>
            </w: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8CD8FB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E-mail</w:t>
            </w:r>
          </w:p>
        </w:tc>
      </w:tr>
      <w:tr w:rsidR="00004A63" w:rsidRPr="00004A63" w14:paraId="5C41AB28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8BBB5C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4384D7C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F01538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0ED645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E2E32D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D6163E2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70C2A9A2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E4FFBC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2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D7B618E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15A510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0E2C46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6961F0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831276F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768A3E96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6F2A3A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3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57D755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90A860F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3C5BAED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3A0E8E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F13680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5B916E10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08FF83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4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E32AD1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92784B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C1BBBF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F060DB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649781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</w:tbl>
    <w:p w14:paraId="753835E0" w14:textId="77777777" w:rsidR="00004A63" w:rsidRPr="00004A63" w:rsidRDefault="00004A63" w:rsidP="00004A63">
      <w:pPr>
        <w:spacing w:after="20" w:line="240" w:lineRule="auto"/>
        <w:jc w:val="center"/>
        <w:rPr>
          <w:rFonts w:ascii="Cambria" w:eastAsia="Times New Roman" w:hAnsi="Cambria"/>
          <w:vanish/>
          <w:sz w:val="22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545"/>
        <w:gridCol w:w="6083"/>
      </w:tblGrid>
      <w:tr w:rsidR="00004A63" w:rsidRPr="00004A63" w14:paraId="20BD9058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77B8F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Pełnomocnik Wykonawców wspólnie ubiegających się o zamówienie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3FF35BD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358A0D63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3573D0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Adres poczty elektronicznej pełnomocnika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4CD5D8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3B7BC192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C3066C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Telefon pełnomocnika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7E3DC0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</w:tbl>
    <w:p w14:paraId="15BDC227" w14:textId="77777777" w:rsidR="00004A63" w:rsidRPr="00004A63" w:rsidRDefault="00004A63" w:rsidP="00004A63">
      <w:pPr>
        <w:spacing w:after="20" w:line="240" w:lineRule="auto"/>
        <w:jc w:val="center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strona 1 z 1</w:t>
      </w:r>
    </w:p>
    <w:p w14:paraId="44991B61" w14:textId="072F6491" w:rsidR="00004A63" w:rsidRPr="00004A63" w:rsidRDefault="00004A63" w:rsidP="00B87107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lastRenderedPageBreak/>
        <w:t>Oferta cenowa</w:t>
      </w:r>
    </w:p>
    <w:p w14:paraId="40BC4170" w14:textId="77777777" w:rsidR="00004A63" w:rsidRPr="00004A63" w:rsidRDefault="00004A63" w:rsidP="00B87107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Nawiązując do ogłoszenia o zamówieniu, składamy ofertę na wykonanie całego przedmiotu zamówienia zgodnie z SWZ, Opisem przedmiotu zamówienia stanowiącym Załącznik nr 2 do SWZ oraz Projektem umowy stanowiącym Załącznik nr 3 do SWZ.</w:t>
      </w:r>
    </w:p>
    <w:p w14:paraId="1127406E" w14:textId="64C4F4D0" w:rsidR="00004A63" w:rsidRPr="00004A63" w:rsidRDefault="00004A63" w:rsidP="00B87107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Cenę oferty obliczamy dla szacunkowej ilości 60 000 kg odpadów w okresie 24 miesięcy. Cena jednostkowa obejmuje odbiór, ważenie, załadunek, transport i unieszkodliwianie odpadów</w:t>
      </w:r>
      <w:r w:rsidR="00623E36">
        <w:rPr>
          <w:rFonts w:ascii="Cambria" w:eastAsia="Times New Roman" w:hAnsi="Cambria"/>
          <w:sz w:val="22"/>
        </w:rPr>
        <w:t>, pojemniki</w:t>
      </w:r>
      <w:r w:rsidR="00ED0729">
        <w:rPr>
          <w:rFonts w:ascii="Cambria" w:eastAsia="Times New Roman" w:hAnsi="Cambria"/>
          <w:sz w:val="22"/>
        </w:rPr>
        <w:t xml:space="preserve"> </w:t>
      </w:r>
      <w:r w:rsidRPr="00004A63">
        <w:rPr>
          <w:rFonts w:ascii="Cambria" w:eastAsia="Times New Roman" w:hAnsi="Cambria"/>
          <w:sz w:val="22"/>
        </w:rPr>
        <w:t>oraz pozostałe koszty wymagane w SWZ i OPZ.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565"/>
        <w:gridCol w:w="6063"/>
      </w:tblGrid>
      <w:tr w:rsidR="00004A63" w:rsidRPr="00004A63" w14:paraId="2D6BB3AC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9DF6E2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Cena jednostkowa netto za odbiór, transport i unieszkodliwienie 1 kg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B920F8E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 zł</w:t>
            </w:r>
          </w:p>
        </w:tc>
      </w:tr>
      <w:tr w:rsidR="00004A63" w:rsidRPr="00004A63" w14:paraId="1661EE49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7D8955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Stawka podatku VAT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AE60BDC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 xml:space="preserve">................ % </w:t>
            </w:r>
            <w:r w:rsidRPr="00004A63">
              <w:rPr>
                <w:rFonts w:ascii="Segoe UI Symbol" w:eastAsia="Times New Roman" w:hAnsi="Segoe UI Symbol" w:cs="Segoe UI Symbol"/>
                <w:sz w:val="22"/>
              </w:rPr>
              <w:t>☐</w:t>
            </w:r>
            <w:r w:rsidRPr="00004A63">
              <w:rPr>
                <w:rFonts w:ascii="Cambria" w:eastAsia="Times New Roman" w:hAnsi="Cambria"/>
                <w:sz w:val="22"/>
              </w:rPr>
              <w:t xml:space="preserve"> zw. (podstawa prawna: ...................................)</w:t>
            </w:r>
          </w:p>
        </w:tc>
      </w:tr>
      <w:tr w:rsidR="00004A63" w:rsidRPr="00004A63" w14:paraId="67A18130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5FF27A2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Łączna cena netto za 60 000 kg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8A045C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 zł</w:t>
            </w:r>
          </w:p>
        </w:tc>
      </w:tr>
      <w:tr w:rsidR="00004A63" w:rsidRPr="00004A63" w14:paraId="64A3DB0D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9E5FA7C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Kwota podatku VAT za 60 000 kg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6C73E0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 zł</w:t>
            </w:r>
          </w:p>
        </w:tc>
      </w:tr>
      <w:tr w:rsidR="00004A63" w:rsidRPr="00004A63" w14:paraId="6E1BA526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D175E4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Łączna cena brutto za 60 000 kg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487F05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 zł</w:t>
            </w:r>
          </w:p>
        </w:tc>
      </w:tr>
      <w:tr w:rsidR="00004A63" w:rsidRPr="00004A63" w14:paraId="54194218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59B8C74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Łączna cena brutto słownie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B681C7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  <w:r w:rsidRPr="00004A63">
              <w:rPr>
                <w:rFonts w:ascii="Cambria" w:eastAsia="Times New Roman" w:hAnsi="Cambria"/>
                <w:sz w:val="22"/>
              </w:rPr>
              <w:br/>
              <w:t>........................................................................................................</w:t>
            </w:r>
          </w:p>
        </w:tc>
      </w:tr>
    </w:tbl>
    <w:p w14:paraId="68098163" w14:textId="77777777" w:rsidR="00004A63" w:rsidRPr="00ED0729" w:rsidRDefault="00004A63" w:rsidP="00004A63">
      <w:pPr>
        <w:spacing w:after="20" w:line="240" w:lineRule="auto"/>
        <w:jc w:val="center"/>
        <w:rPr>
          <w:rFonts w:ascii="Cambria" w:eastAsia="Times New Roman" w:hAnsi="Cambria"/>
          <w:i/>
          <w:iCs/>
          <w:sz w:val="18"/>
          <w:szCs w:val="18"/>
        </w:rPr>
      </w:pPr>
      <w:r w:rsidRPr="00ED0729">
        <w:rPr>
          <w:rFonts w:ascii="Cambria" w:eastAsia="Times New Roman" w:hAnsi="Cambria"/>
          <w:i/>
          <w:iCs/>
          <w:sz w:val="18"/>
          <w:szCs w:val="18"/>
        </w:rPr>
        <w:t>Sposób obliczenia: cena jednostkowa netto × 60 000 kg = łączna cena netto; łączna cena netto + kwota VAT = łączna cena brutto. Wartości należy podać w złotych z dokładnością do dwóch miejsc po przecinku.</w:t>
      </w:r>
    </w:p>
    <w:p w14:paraId="4FB597AB" w14:textId="77777777" w:rsidR="00004A63" w:rsidRPr="00004A63" w:rsidRDefault="00004A63" w:rsidP="00ED0729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Łączna cena brutto za 60 000 kg stanowi cenę oferty ocenianą w kryterium „Cena” – 100%. Rozliczenie umowy nastąpi według rzeczywistej masy odebranych odpadów, zgodnie z SWZ, OPZ i umową.</w:t>
      </w:r>
    </w:p>
    <w:p w14:paraId="048859C2" w14:textId="57506B2C" w:rsidR="00004A63" w:rsidRPr="00004A63" w:rsidRDefault="00004A63" w:rsidP="00D83815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Obowiązek podatkowy po stronie Zamawiającego</w:t>
      </w:r>
    </w:p>
    <w:p w14:paraId="7DE82AC2" w14:textId="77777777" w:rsidR="00004A63" w:rsidRPr="00004A63" w:rsidRDefault="00004A63" w:rsidP="00D83815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Zaznaczyć właściwe:</w:t>
      </w:r>
    </w:p>
    <w:p w14:paraId="4EBD5906" w14:textId="61A18A8F" w:rsidR="00004A63" w:rsidRPr="00004A63" w:rsidRDefault="00D83815" w:rsidP="00D83815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Wyb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>r oferty nie b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>dzie prowadzi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 xml:space="preserve"> do powstania po stronie Zamawiaj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cego obowi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zku podatkowego.</w:t>
      </w:r>
    </w:p>
    <w:p w14:paraId="510D2175" w14:textId="2088EF70" w:rsidR="00004A63" w:rsidRPr="00004A63" w:rsidRDefault="00D83815" w:rsidP="00D83815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    </w:t>
      </w:r>
      <w:r w:rsidR="00004A63" w:rsidRPr="00004A63">
        <w:rPr>
          <w:rFonts w:ascii="Cambria" w:eastAsia="Times New Roman" w:hAnsi="Cambria"/>
          <w:sz w:val="22"/>
        </w:rPr>
        <w:t xml:space="preserve"> Wyb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>r oferty b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>dzie prowadzi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 xml:space="preserve"> do powstania po stronie Zamawiaj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cego obowi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zku podatkowego; poni</w:t>
      </w:r>
      <w:r w:rsidR="00004A63" w:rsidRPr="00004A63">
        <w:rPr>
          <w:rFonts w:ascii="Cambria" w:eastAsia="Times New Roman" w:hAnsi="Cambria" w:cs="Cambria"/>
          <w:sz w:val="22"/>
        </w:rPr>
        <w:t>ż</w:t>
      </w:r>
      <w:r w:rsidR="00004A63" w:rsidRPr="00004A63">
        <w:rPr>
          <w:rFonts w:ascii="Cambria" w:eastAsia="Times New Roman" w:hAnsi="Cambria"/>
          <w:sz w:val="22"/>
        </w:rPr>
        <w:t>ej podajemy wymagane informacje: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464"/>
        <w:gridCol w:w="2592"/>
        <w:gridCol w:w="2520"/>
      </w:tblGrid>
      <w:tr w:rsidR="00004A63" w:rsidRPr="00004A63" w14:paraId="76E601FA" w14:textId="77777777">
        <w:tc>
          <w:tcPr>
            <w:tcW w:w="44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FC95D04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Nazwa lub rodzaj usługi</w:t>
            </w:r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B0268A6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Wartość netto w PLN</w:t>
            </w:r>
          </w:p>
        </w:tc>
        <w:tc>
          <w:tcPr>
            <w:tcW w:w="252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6758E6E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Stawka VAT</w:t>
            </w:r>
          </w:p>
        </w:tc>
      </w:tr>
      <w:tr w:rsidR="00004A63" w:rsidRPr="00004A63" w14:paraId="529204EF" w14:textId="77777777" w:rsidTr="00D83815">
        <w:trPr>
          <w:trHeight w:val="298"/>
        </w:trPr>
        <w:tc>
          <w:tcPr>
            <w:tcW w:w="44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0E6C2DD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FCE799E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52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F1C7A7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6AD77FB8" w14:textId="77777777" w:rsidTr="00D83815">
        <w:trPr>
          <w:trHeight w:val="275"/>
        </w:trPr>
        <w:tc>
          <w:tcPr>
            <w:tcW w:w="44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6D43464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5EACBED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52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B9E16A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</w:tbl>
    <w:p w14:paraId="4EF41EE9" w14:textId="11B0A632" w:rsidR="00004A63" w:rsidRPr="00004A63" w:rsidRDefault="00004A63" w:rsidP="00D83815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Instalacje przewidziane do przetwarzania lub unieszkodliwiania odpadów</w:t>
      </w:r>
    </w:p>
    <w:p w14:paraId="0652B6ED" w14:textId="77777777" w:rsidR="00004A63" w:rsidRPr="00004A63" w:rsidRDefault="00004A63" w:rsidP="00D83815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Dla każdego kodu odpadu wskazujemy instalację przewidzianą do jego przetwarzania lub unieszkodliwiania oraz jej operatora. W razie potrzeby należy dodać wiersze. Dane muszą być zgodne z decyzją administracyjną dołączaną do oferty.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512"/>
        <w:gridCol w:w="5112"/>
        <w:gridCol w:w="2952"/>
      </w:tblGrid>
      <w:tr w:rsidR="00004A63" w:rsidRPr="00004A63" w14:paraId="06350957" w14:textId="77777777"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E40534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Kod odpadu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4C69E1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Nazwa i adres instalacji</w:t>
            </w:r>
          </w:p>
        </w:tc>
        <w:tc>
          <w:tcPr>
            <w:tcW w:w="29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2AB71AF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Nazwa operatora instalacji</w:t>
            </w:r>
          </w:p>
        </w:tc>
      </w:tr>
      <w:tr w:rsidR="00004A63" w:rsidRPr="00004A63" w14:paraId="7B2268D5" w14:textId="77777777"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BB3FC04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18 01 02*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2D7F2C6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1894B8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37C3A9C9" w14:textId="77777777"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21CA37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18 01 03*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FB8289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6FA9F7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7771EC11" w14:textId="77777777"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85567E6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18 01 04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F7FC144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32617F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2362B20B" w14:textId="77777777"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87A2EC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18 01 06*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2606F3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897674C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15F1C8D2" w14:textId="77777777"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C5504E6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18 01 08*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4A9A82D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BA577CC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1BF7B2E4" w14:textId="77777777"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7B1CF9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18 01 09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B74DF1D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DA05C0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7DDF91F8" w14:textId="77777777"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96A4B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18 01 10*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63958FF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117ECAE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</w:tbl>
    <w:p w14:paraId="04EFD13B" w14:textId="3E7B451D" w:rsidR="00004A63" w:rsidRPr="00004A63" w:rsidRDefault="00004A63" w:rsidP="00A67A04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 xml:space="preserve">Dołączamy do oferty kopię aktualnej decyzji administracyjnej dotyczącej wskazanych instalacji, obejmującą odpowiednie kody odpadów i procesy: </w:t>
      </w:r>
      <w:r w:rsidR="00A67A04"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A67A04" w:rsidRPr="005A4BED">
        <w:rPr>
          <w:rFonts w:ascii="Cambria" w:hAnsi="Cambria"/>
          <w:b/>
          <w:sz w:val="22"/>
        </w:rPr>
        <w:instrText xml:space="preserve"> FORMCHECKBOX </w:instrText>
      </w:r>
      <w:r w:rsidR="00A67A04" w:rsidRPr="005A4BED">
        <w:rPr>
          <w:rFonts w:ascii="Cambria" w:hAnsi="Cambria"/>
          <w:b/>
          <w:sz w:val="22"/>
        </w:rPr>
      </w:r>
      <w:r w:rsidR="00A67A04" w:rsidRPr="005A4BED">
        <w:rPr>
          <w:rFonts w:ascii="Cambria" w:hAnsi="Cambria"/>
          <w:b/>
          <w:sz w:val="22"/>
        </w:rPr>
        <w:fldChar w:fldCharType="separate"/>
      </w:r>
      <w:r w:rsidR="00A67A04" w:rsidRPr="005A4BED">
        <w:rPr>
          <w:rFonts w:ascii="Cambria" w:hAnsi="Cambria"/>
          <w:b/>
          <w:sz w:val="22"/>
        </w:rPr>
        <w:fldChar w:fldCharType="end"/>
      </w:r>
      <w:r w:rsidR="00A67A04">
        <w:rPr>
          <w:rFonts w:ascii="Cambria" w:hAnsi="Cambria"/>
          <w:b/>
          <w:sz w:val="22"/>
        </w:rPr>
        <w:t xml:space="preserve"> </w:t>
      </w:r>
      <w:r w:rsidRPr="00004A63">
        <w:rPr>
          <w:rFonts w:ascii="Cambria" w:eastAsia="Times New Roman" w:hAnsi="Cambria"/>
          <w:sz w:val="22"/>
        </w:rPr>
        <w:t xml:space="preserve"> TAK</w:t>
      </w:r>
    </w:p>
    <w:p w14:paraId="7F3A7AE7" w14:textId="3A8880DD" w:rsidR="00004A63" w:rsidRPr="00004A63" w:rsidRDefault="00004A63" w:rsidP="00A67A04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lastRenderedPageBreak/>
        <w:t>W przypadku zakaźnych odpadów medycznych decyzja obejmuje ich unieszkodliwianie w spalarni odpadów niebezpiecznych, zgodnie z wymaganiami SWZ.</w:t>
      </w:r>
      <w:r w:rsidR="00A67A04">
        <w:rPr>
          <w:rFonts w:ascii="Cambria" w:eastAsia="Times New Roman" w:hAnsi="Cambria"/>
          <w:sz w:val="22"/>
        </w:rPr>
        <w:t xml:space="preserve"> </w:t>
      </w:r>
    </w:p>
    <w:p w14:paraId="0189F226" w14:textId="3BBDFF2B" w:rsidR="00004A63" w:rsidRPr="00004A63" w:rsidRDefault="00004A63" w:rsidP="00A67A04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Informacje o podmiocie wykonującym transport odpadów</w:t>
      </w:r>
    </w:p>
    <w:p w14:paraId="241B4398" w14:textId="5773AA07" w:rsidR="00004A63" w:rsidRPr="00004A63" w:rsidRDefault="005640F6" w:rsidP="00A67A04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640F6">
        <w:rPr>
          <w:rFonts w:ascii="Cambria" w:eastAsia="Times New Roman" w:hAnsi="Cambria"/>
          <w:sz w:val="22"/>
        </w:rPr>
        <w:t>Wskazujemy podmioty, które będą wykonywały transport odpadów. W przypadku oferty wspólnej należy wskazać każdego członka konsorcjum wykonującego transport; w przypadku powierzenia transportu podwykonawcy należy wskazać tego podwykonawcę.</w:t>
      </w:r>
      <w:r>
        <w:rPr>
          <w:rFonts w:ascii="Cambria" w:eastAsia="Times New Roman" w:hAnsi="Cambria"/>
          <w:sz w:val="22"/>
        </w:rPr>
        <w:t xml:space="preserve"> 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04"/>
        <w:gridCol w:w="2376"/>
        <w:gridCol w:w="2376"/>
        <w:gridCol w:w="1512"/>
        <w:gridCol w:w="2808"/>
      </w:tblGrid>
      <w:tr w:rsidR="00004A63" w:rsidRPr="00004A63" w14:paraId="2DC27993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4FCE30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Lp.</w:t>
            </w: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49D78F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Nazwa podmiotu wykonującego transport</w:t>
            </w: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836649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Rola (Wykonawca / członek konsorcjum / podwykonawca)</w:t>
            </w: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9BCB111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Numer wpisu BDO</w:t>
            </w:r>
          </w:p>
        </w:tc>
        <w:tc>
          <w:tcPr>
            <w:tcW w:w="28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6E1C15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Kody transportowanych odpadów</w:t>
            </w:r>
          </w:p>
        </w:tc>
      </w:tr>
      <w:tr w:rsidR="00004A63" w:rsidRPr="00004A63" w14:paraId="3D8D9D5B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8BECFE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</w:t>
            </w: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B39853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8B760D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E0B399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8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FACA6F4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2869948C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CDA872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2</w:t>
            </w: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680780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98984AC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BB3BC6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8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94FE0A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2DB8F2F2" w14:textId="77777777"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57495B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3</w:t>
            </w: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49FE1E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3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4A90CF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46246B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28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9402AD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</w:tbl>
    <w:p w14:paraId="6CDACCCD" w14:textId="71339EDD" w:rsidR="00DA6F3A" w:rsidRPr="00DA6F3A" w:rsidRDefault="00DA6F3A" w:rsidP="00DA6F3A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DA6F3A">
        <w:rPr>
          <w:rFonts w:ascii="Cambria" w:eastAsia="Times New Roman" w:hAnsi="Cambria"/>
          <w:sz w:val="22"/>
        </w:rPr>
        <w:t>Numer wpisu BDO Wykonawcy albo członka konsorcjum spełniającego warunek udziału w postępowaniu należy podać w Załączniku nr 4 do SWZ. W poniższej tabeli należy wskazać numer wpisu BDO każdego podmiotu, który będzie faktycznie wykonywał transport odpadów, w tym podwykonawcy, jeżeli powierzono mu transport. Wpis podwykonawcy nie zastępuje wpisu wymaganego od Wykonawcy albo właściwego członka konsorcjum.</w:t>
      </w:r>
    </w:p>
    <w:p w14:paraId="356AD2E2" w14:textId="229410DC" w:rsidR="00004A63" w:rsidRPr="00004A63" w:rsidRDefault="00004A63" w:rsidP="00A67A04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Oświadczenia Wykonawcy</w:t>
      </w:r>
    </w:p>
    <w:p w14:paraId="0D995AF0" w14:textId="77777777" w:rsid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Zapoznaliśmy się z SWZ, jej załącznikami oraz udostępnionymi wyjaśnieniami i zmianami dokumentów zamówienia; zobowiązujemy się do ich przestrzegania</w:t>
      </w:r>
      <w:r w:rsidR="00F15A8C">
        <w:rPr>
          <w:rFonts w:ascii="Cambria" w:eastAsia="Times New Roman" w:hAnsi="Cambria"/>
          <w:sz w:val="22"/>
        </w:rPr>
        <w:t>.</w:t>
      </w:r>
    </w:p>
    <w:p w14:paraId="162FE95D" w14:textId="77777777" w:rsid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Oferujemy wykonanie całego zamówienia na warunkach określonych w SWZ, OPZ i Projekcie umowy.</w:t>
      </w:r>
    </w:p>
    <w:p w14:paraId="5CBBB177" w14:textId="77777777" w:rsid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Cena oferty obejmuje wszystkie koszty, opłaty, podatki i obciążenia związane z należytym wykonaniem zamówienia.</w:t>
      </w:r>
    </w:p>
    <w:p w14:paraId="44990C0F" w14:textId="77777777" w:rsid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Zobowiązujemy się realizować zamówienie przez 24 miesiące od dnia zawarcia umowy, zgodnie z SWZ, OPZ i Projektem umowy.</w:t>
      </w:r>
    </w:p>
    <w:p w14:paraId="61D903C1" w14:textId="77777777" w:rsid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Akceptujemy Projekt umowy stanowiący Załącznik nr 3 do SWZ i w przypadku wyboru naszej oferty zobowiązujemy się do zawarcia umowy w terminie i w sposób wskazany przez Zamawiającego.</w:t>
      </w:r>
    </w:p>
    <w:p w14:paraId="478214F7" w14:textId="77777777" w:rsid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Uważamy się za związanych ofertą przez okres wskazany w SWZ.</w:t>
      </w:r>
    </w:p>
    <w:p w14:paraId="08CCC6F1" w14:textId="77777777" w:rsid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Oświadczamy, że oferowany sposób realizacji zamówienia spełnia wymagania SWZ i OPZ, w tym dotyczące wpisu BDO podmiotów wykonujących transport oraz instalacji wskazanych w niniejszym Formularzu.</w:t>
      </w:r>
    </w:p>
    <w:p w14:paraId="4533C303" w14:textId="77777777" w:rsid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Osoby wykonujące czynności wskazane w SWZ będą zatrudnione na podstawie umowy o pracę, zgodnie z wymaganiami SWZ i Projektu umowy.</w:t>
      </w:r>
    </w:p>
    <w:p w14:paraId="105CD6EE" w14:textId="3F94A968" w:rsidR="00004A63" w:rsidRPr="00F15A8C" w:rsidRDefault="00004A63" w:rsidP="00A67A04">
      <w:pPr>
        <w:pStyle w:val="Akapitzlist"/>
        <w:numPr>
          <w:ilvl w:val="0"/>
          <w:numId w:val="15"/>
        </w:num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F15A8C">
        <w:rPr>
          <w:rFonts w:ascii="Cambria" w:eastAsia="Times New Roman" w:hAnsi="Cambria"/>
          <w:sz w:val="22"/>
        </w:rPr>
        <w:t>Oświadczamy, że wypełniliśmy obowiązki informacyjne wynikające z art. 13 lub art. 14 RODO wobec osób fizycznych, których dane osobowe pozyskaliśmy i przekazaliśmy Zamawiającemu w związku z udziałem w postępowaniu, o ile obowiązki te miały zastosowanie.</w:t>
      </w:r>
    </w:p>
    <w:p w14:paraId="54AE33D6" w14:textId="169576AA" w:rsidR="00004A63" w:rsidRPr="00004A63" w:rsidRDefault="00004A63" w:rsidP="00F15A8C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Podwykonawstwo</w:t>
      </w:r>
    </w:p>
    <w:p w14:paraId="3A078E9B" w14:textId="6A330458" w:rsidR="00004A63" w:rsidRPr="00004A63" w:rsidRDefault="00004A63" w:rsidP="00004A63">
      <w:pPr>
        <w:spacing w:after="20" w:line="240" w:lineRule="auto"/>
        <w:jc w:val="center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 xml:space="preserve">Zamówienie wykonamy:  </w:t>
      </w:r>
      <w:r w:rsidR="00AC4B09"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AC4B09" w:rsidRPr="005A4BED">
        <w:rPr>
          <w:rFonts w:ascii="Cambria" w:hAnsi="Cambria"/>
          <w:b/>
          <w:sz w:val="22"/>
        </w:rPr>
        <w:instrText xml:space="preserve"> FORMCHECKBOX </w:instrText>
      </w:r>
      <w:r w:rsidR="00AC4B09" w:rsidRPr="005A4BED">
        <w:rPr>
          <w:rFonts w:ascii="Cambria" w:hAnsi="Cambria"/>
          <w:b/>
          <w:sz w:val="22"/>
        </w:rPr>
      </w:r>
      <w:r w:rsidR="00AC4B09" w:rsidRPr="005A4BED">
        <w:rPr>
          <w:rFonts w:ascii="Cambria" w:hAnsi="Cambria"/>
          <w:b/>
          <w:sz w:val="22"/>
        </w:rPr>
        <w:fldChar w:fldCharType="separate"/>
      </w:r>
      <w:r w:rsidR="00AC4B09" w:rsidRPr="005A4BED">
        <w:rPr>
          <w:rFonts w:ascii="Cambria" w:hAnsi="Cambria"/>
          <w:b/>
          <w:sz w:val="22"/>
        </w:rPr>
        <w:fldChar w:fldCharType="end"/>
      </w:r>
      <w:r w:rsidR="00AC4B09">
        <w:rPr>
          <w:rFonts w:ascii="Cambria" w:hAnsi="Cambria"/>
          <w:b/>
          <w:sz w:val="22"/>
        </w:rPr>
        <w:t xml:space="preserve"> </w:t>
      </w:r>
      <w:r w:rsidR="00AC4B09" w:rsidRPr="00004A63">
        <w:rPr>
          <w:rFonts w:ascii="Cambria" w:eastAsia="Times New Roman" w:hAnsi="Cambria"/>
          <w:sz w:val="22"/>
        </w:rPr>
        <w:t xml:space="preserve"> </w:t>
      </w:r>
      <w:r w:rsidRPr="00004A63">
        <w:rPr>
          <w:rFonts w:ascii="Cambria" w:eastAsia="Times New Roman" w:hAnsi="Cambria"/>
          <w:sz w:val="22"/>
        </w:rPr>
        <w:t xml:space="preserve">samodzielnie </w:t>
      </w:r>
      <w:r w:rsidR="00AC4B09" w:rsidRPr="00004A63">
        <w:rPr>
          <w:rFonts w:ascii="Cambria" w:eastAsia="Times New Roman" w:hAnsi="Cambria"/>
          <w:sz w:val="22"/>
        </w:rPr>
        <w:t xml:space="preserve"> </w:t>
      </w:r>
      <w:r w:rsidR="00AC4B09"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AC4B09" w:rsidRPr="005A4BED">
        <w:rPr>
          <w:rFonts w:ascii="Cambria" w:hAnsi="Cambria"/>
          <w:b/>
          <w:sz w:val="22"/>
        </w:rPr>
        <w:instrText xml:space="preserve"> FORMCHECKBOX </w:instrText>
      </w:r>
      <w:r w:rsidR="00AC4B09" w:rsidRPr="005A4BED">
        <w:rPr>
          <w:rFonts w:ascii="Cambria" w:hAnsi="Cambria"/>
          <w:b/>
          <w:sz w:val="22"/>
        </w:rPr>
      </w:r>
      <w:r w:rsidR="00AC4B09" w:rsidRPr="005A4BED">
        <w:rPr>
          <w:rFonts w:ascii="Cambria" w:hAnsi="Cambria"/>
          <w:b/>
          <w:sz w:val="22"/>
        </w:rPr>
        <w:fldChar w:fldCharType="separate"/>
      </w:r>
      <w:r w:rsidR="00AC4B09" w:rsidRPr="005A4BED">
        <w:rPr>
          <w:rFonts w:ascii="Cambria" w:hAnsi="Cambria"/>
          <w:b/>
          <w:sz w:val="22"/>
        </w:rPr>
        <w:fldChar w:fldCharType="end"/>
      </w:r>
      <w:r w:rsidR="00AC4B09">
        <w:rPr>
          <w:rFonts w:ascii="Cambria" w:hAnsi="Cambria"/>
          <w:b/>
          <w:sz w:val="22"/>
        </w:rPr>
        <w:t xml:space="preserve"> </w:t>
      </w:r>
      <w:r w:rsidR="00AC4B09" w:rsidRPr="00004A63">
        <w:rPr>
          <w:rFonts w:ascii="Cambria" w:eastAsia="Times New Roman" w:hAnsi="Cambria"/>
          <w:sz w:val="22"/>
        </w:rPr>
        <w:t xml:space="preserve"> </w:t>
      </w:r>
      <w:r w:rsidRPr="00004A63">
        <w:rPr>
          <w:rFonts w:ascii="Cambria" w:eastAsia="Times New Roman" w:hAnsi="Cambria"/>
          <w:sz w:val="22"/>
        </w:rPr>
        <w:t xml:space="preserve"> przy udziale podwykonawcy lub podwykonawc</w:t>
      </w:r>
      <w:r w:rsidRPr="00004A63">
        <w:rPr>
          <w:rFonts w:ascii="Cambria" w:eastAsia="Times New Roman" w:hAnsi="Cambria" w:cs="Cambria"/>
          <w:sz w:val="22"/>
        </w:rPr>
        <w:t>ó</w:t>
      </w:r>
      <w:r w:rsidRPr="00004A63">
        <w:rPr>
          <w:rFonts w:ascii="Cambria" w:eastAsia="Times New Roman" w:hAnsi="Cambria"/>
          <w:sz w:val="22"/>
        </w:rPr>
        <w:t>w.</w:t>
      </w:r>
    </w:p>
    <w:p w14:paraId="4EF69F6F" w14:textId="77777777" w:rsidR="00004A63" w:rsidRPr="00004A63" w:rsidRDefault="00004A63" w:rsidP="00AC4B09">
      <w:p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W przypadku powierzenia części zamówienia podwykonawcom wskazujemy: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76"/>
        <w:gridCol w:w="5184"/>
        <w:gridCol w:w="3744"/>
      </w:tblGrid>
      <w:tr w:rsidR="00004A63" w:rsidRPr="00004A63" w14:paraId="0A1233F5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64F37F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Lp.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230C5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Część zamówienia powierzona podwykonawcy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39D715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Nazwa podwykonawcy, jeżeli jest znana</w:t>
            </w:r>
          </w:p>
        </w:tc>
      </w:tr>
      <w:tr w:rsidR="00004A63" w:rsidRPr="00004A63" w14:paraId="5C1338F9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760028F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94F2FDF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DEC44AC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1B9679C7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87D950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2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4CB0EF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D095F36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4D5E9090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6CA9524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3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4C87BB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A3EFC3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</w:tbl>
    <w:p w14:paraId="660F5628" w14:textId="77777777" w:rsidR="00AC4B09" w:rsidRPr="00AC4B09" w:rsidRDefault="00AC4B09" w:rsidP="00AC4B09">
      <w:pPr>
        <w:pStyle w:val="Akapitzlist"/>
        <w:spacing w:after="20" w:line="240" w:lineRule="auto"/>
        <w:rPr>
          <w:rFonts w:ascii="Cambria" w:eastAsia="Times New Roman" w:hAnsi="Cambria"/>
          <w:sz w:val="22"/>
        </w:rPr>
      </w:pPr>
    </w:p>
    <w:p w14:paraId="5D40F886" w14:textId="77777777" w:rsidR="00AC4B09" w:rsidRPr="00AC4B09" w:rsidRDefault="00AC4B09" w:rsidP="00AC4B09">
      <w:pPr>
        <w:pStyle w:val="Akapitzlist"/>
        <w:spacing w:after="20" w:line="240" w:lineRule="auto"/>
        <w:rPr>
          <w:rFonts w:ascii="Cambria" w:eastAsia="Times New Roman" w:hAnsi="Cambria"/>
          <w:sz w:val="22"/>
        </w:rPr>
      </w:pPr>
    </w:p>
    <w:p w14:paraId="3FDCC233" w14:textId="12F5C924" w:rsidR="00004A63" w:rsidRPr="00004A63" w:rsidRDefault="00004A63" w:rsidP="00AC4B09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lastRenderedPageBreak/>
        <w:t>Oświadczenie Wykonawców wspólnie ubiegających się o udzielenie zamówienia</w:t>
      </w:r>
    </w:p>
    <w:p w14:paraId="1312E8DC" w14:textId="77777777" w:rsidR="00004A63" w:rsidRPr="00004A63" w:rsidRDefault="00004A63" w:rsidP="00AC4B09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Na podstawie art. 117 ust. 4 ustawy Pzp wskazujemy podział usług pomiędzy Wykonawców wspólnie ubiegających się o zamówienie: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76"/>
        <w:gridCol w:w="3384"/>
        <w:gridCol w:w="5544"/>
      </w:tblGrid>
      <w:tr w:rsidR="00004A63" w:rsidRPr="00004A63" w14:paraId="0370C010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77BFA9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Lp.</w:t>
            </w:r>
          </w:p>
        </w:tc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A49555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Nazwa Wykonawcy</w:t>
            </w:r>
          </w:p>
        </w:tc>
        <w:tc>
          <w:tcPr>
            <w:tcW w:w="55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A5AAB76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Zakres usług wykonywanych przez Wykonawcę</w:t>
            </w:r>
          </w:p>
        </w:tc>
      </w:tr>
      <w:tr w:rsidR="00004A63" w:rsidRPr="00004A63" w14:paraId="76187763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784D266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</w:t>
            </w:r>
          </w:p>
        </w:tc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D88497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55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076BC0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3A881B71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3A9142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2</w:t>
            </w:r>
          </w:p>
        </w:tc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8776B32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55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583223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2122A02A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29196C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3</w:t>
            </w:r>
          </w:p>
        </w:tc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651B97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55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843EE8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6B178C00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8672D0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4</w:t>
            </w:r>
          </w:p>
        </w:tc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937EB4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55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1497B9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</w:tbl>
    <w:p w14:paraId="0162B9AA" w14:textId="77777777" w:rsidR="00004A63" w:rsidRPr="00004A63" w:rsidRDefault="00004A63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Wskazanie powinno określać w szczególności, który Wykonawca będzie wykonywał transport odpadów objęty wpisem do rejestru BDO.</w:t>
      </w:r>
    </w:p>
    <w:p w14:paraId="34207D5D" w14:textId="29672F66" w:rsidR="00004A63" w:rsidRPr="00004A63" w:rsidRDefault="00004A63" w:rsidP="00327E18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Dokumenty i informacje składane wraz z ofertą</w:t>
      </w:r>
    </w:p>
    <w:p w14:paraId="5D7616D3" w14:textId="77777777" w:rsidR="00004A63" w:rsidRPr="00004A63" w:rsidRDefault="00004A63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Zaznaczyć dokumenty dołączone do oferty:</w:t>
      </w:r>
    </w:p>
    <w:p w14:paraId="165685C8" w14:textId="6F39C2A0" w:rsidR="00004A63" w:rsidRPr="00004A63" w:rsidRDefault="00327E18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O</w:t>
      </w:r>
      <w:r w:rsidR="00004A63" w:rsidRPr="00004A63">
        <w:rPr>
          <w:rFonts w:ascii="Cambria" w:eastAsia="Times New Roman" w:hAnsi="Cambria" w:cs="Cambria"/>
          <w:sz w:val="22"/>
        </w:rPr>
        <w:t>ś</w:t>
      </w:r>
      <w:r w:rsidR="00004A63" w:rsidRPr="00004A63">
        <w:rPr>
          <w:rFonts w:ascii="Cambria" w:eastAsia="Times New Roman" w:hAnsi="Cambria"/>
          <w:sz w:val="22"/>
        </w:rPr>
        <w:t>wiadczenie, o kt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 xml:space="preserve">rym mowa w art. 125 ust. 1 ustawy Pzp </w:t>
      </w:r>
      <w:r w:rsidR="00004A63" w:rsidRPr="00004A63">
        <w:rPr>
          <w:rFonts w:ascii="Cambria" w:eastAsia="Times New Roman" w:hAnsi="Cambria" w:cs="Cambria"/>
          <w:sz w:val="22"/>
        </w:rPr>
        <w:t>–</w:t>
      </w:r>
      <w:r w:rsidR="00004A63" w:rsidRPr="00004A63">
        <w:rPr>
          <w:rFonts w:ascii="Cambria" w:eastAsia="Times New Roman" w:hAnsi="Cambria"/>
          <w:sz w:val="22"/>
        </w:rPr>
        <w:t xml:space="preserve"> Za</w:t>
      </w:r>
      <w:r w:rsidR="00004A63" w:rsidRPr="00004A63">
        <w:rPr>
          <w:rFonts w:ascii="Cambria" w:eastAsia="Times New Roman" w:hAnsi="Cambria" w:cs="Cambria"/>
          <w:sz w:val="22"/>
        </w:rPr>
        <w:t>łą</w:t>
      </w:r>
      <w:r w:rsidR="00004A63" w:rsidRPr="00004A63">
        <w:rPr>
          <w:rFonts w:ascii="Cambria" w:eastAsia="Times New Roman" w:hAnsi="Cambria"/>
          <w:sz w:val="22"/>
        </w:rPr>
        <w:t>cznik nr 4 do SWZ (sk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>ada ka</w:t>
      </w:r>
      <w:r w:rsidR="00004A63" w:rsidRPr="00004A63">
        <w:rPr>
          <w:rFonts w:ascii="Cambria" w:eastAsia="Times New Roman" w:hAnsi="Cambria" w:cs="Cambria"/>
          <w:sz w:val="22"/>
        </w:rPr>
        <w:t>ż</w:t>
      </w:r>
      <w:r w:rsidR="00004A63" w:rsidRPr="00004A63">
        <w:rPr>
          <w:rFonts w:ascii="Cambria" w:eastAsia="Times New Roman" w:hAnsi="Cambria"/>
          <w:sz w:val="22"/>
        </w:rPr>
        <w:t>dy Wykonawca wsp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>lnie ubiegaj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cy si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 o zam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>wienie).</w:t>
      </w:r>
    </w:p>
    <w:p w14:paraId="1056F711" w14:textId="6D34C787" w:rsidR="00004A63" w:rsidRPr="00004A63" w:rsidRDefault="00327E18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Kopia aktualnej decyzji administracyjnej dla wskazanych instalacji, obejmuj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ca odpowiednie kody odpad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>w i procesy, zgodnie z wymaganiami SWZ.</w:t>
      </w:r>
    </w:p>
    <w:p w14:paraId="7350FD7F" w14:textId="02D2FD68" w:rsidR="00004A63" w:rsidRPr="00004A63" w:rsidRDefault="00327E18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Pe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>nomocnictwo lub inny dokument potwierdzaj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cy umocowanie osoby podpisuj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cej ofert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 </w:t>
      </w:r>
      <w:r w:rsidR="00004A63" w:rsidRPr="00004A63">
        <w:rPr>
          <w:rFonts w:ascii="Cambria" w:eastAsia="Times New Roman" w:hAnsi="Cambria" w:cs="Cambria"/>
          <w:sz w:val="22"/>
        </w:rPr>
        <w:t>–</w:t>
      </w:r>
      <w:r w:rsidR="00004A63" w:rsidRPr="00004A63">
        <w:rPr>
          <w:rFonts w:ascii="Cambria" w:eastAsia="Times New Roman" w:hAnsi="Cambria"/>
          <w:sz w:val="22"/>
        </w:rPr>
        <w:t xml:space="preserve"> je</w:t>
      </w:r>
      <w:r w:rsidR="00004A63" w:rsidRPr="00004A63">
        <w:rPr>
          <w:rFonts w:ascii="Cambria" w:eastAsia="Times New Roman" w:hAnsi="Cambria" w:cs="Cambria"/>
          <w:sz w:val="22"/>
        </w:rPr>
        <w:t>ż</w:t>
      </w:r>
      <w:r w:rsidR="00004A63" w:rsidRPr="00004A63">
        <w:rPr>
          <w:rFonts w:ascii="Cambria" w:eastAsia="Times New Roman" w:hAnsi="Cambria"/>
          <w:sz w:val="22"/>
        </w:rPr>
        <w:t>eli dotyczy.</w:t>
      </w:r>
    </w:p>
    <w:p w14:paraId="0519E56E" w14:textId="2B61D69C" w:rsidR="00004A63" w:rsidRPr="00004A63" w:rsidRDefault="00327E18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Pe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>nomocnictwo do reprezentowania Wykonawc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>w wsp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>lnie ubiegaj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cych si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 o zam</w:t>
      </w:r>
      <w:r w:rsidR="00004A63" w:rsidRPr="00004A63">
        <w:rPr>
          <w:rFonts w:ascii="Cambria" w:eastAsia="Times New Roman" w:hAnsi="Cambria" w:cs="Cambria"/>
          <w:sz w:val="22"/>
        </w:rPr>
        <w:t>ó</w:t>
      </w:r>
      <w:r w:rsidR="00004A63" w:rsidRPr="00004A63">
        <w:rPr>
          <w:rFonts w:ascii="Cambria" w:eastAsia="Times New Roman" w:hAnsi="Cambria"/>
          <w:sz w:val="22"/>
        </w:rPr>
        <w:t xml:space="preserve">wienie </w:t>
      </w:r>
      <w:r w:rsidR="00004A63" w:rsidRPr="00004A63">
        <w:rPr>
          <w:rFonts w:ascii="Cambria" w:eastAsia="Times New Roman" w:hAnsi="Cambria" w:cs="Cambria"/>
          <w:sz w:val="22"/>
        </w:rPr>
        <w:t>–</w:t>
      </w:r>
      <w:r w:rsidR="00004A63" w:rsidRPr="00004A63">
        <w:rPr>
          <w:rFonts w:ascii="Cambria" w:eastAsia="Times New Roman" w:hAnsi="Cambria"/>
          <w:sz w:val="22"/>
        </w:rPr>
        <w:t xml:space="preserve"> je</w:t>
      </w:r>
      <w:r w:rsidR="00004A63" w:rsidRPr="00004A63">
        <w:rPr>
          <w:rFonts w:ascii="Cambria" w:eastAsia="Times New Roman" w:hAnsi="Cambria" w:cs="Cambria"/>
          <w:sz w:val="22"/>
        </w:rPr>
        <w:t>ż</w:t>
      </w:r>
      <w:r w:rsidR="00004A63" w:rsidRPr="00004A63">
        <w:rPr>
          <w:rFonts w:ascii="Cambria" w:eastAsia="Times New Roman" w:hAnsi="Cambria"/>
          <w:sz w:val="22"/>
        </w:rPr>
        <w:t>eli dotyczy.</w:t>
      </w:r>
    </w:p>
    <w:p w14:paraId="4D835CD7" w14:textId="6B16EF44" w:rsidR="00004A63" w:rsidRPr="00004A63" w:rsidRDefault="00327E18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Zastrze</w:t>
      </w:r>
      <w:r w:rsidR="00004A63" w:rsidRPr="00004A63">
        <w:rPr>
          <w:rFonts w:ascii="Cambria" w:eastAsia="Times New Roman" w:hAnsi="Cambria" w:cs="Cambria"/>
          <w:sz w:val="22"/>
        </w:rPr>
        <w:t>ż</w:t>
      </w:r>
      <w:r w:rsidR="00004A63" w:rsidRPr="00004A63">
        <w:rPr>
          <w:rFonts w:ascii="Cambria" w:eastAsia="Times New Roman" w:hAnsi="Cambria"/>
          <w:sz w:val="22"/>
        </w:rPr>
        <w:t>enie informacji stanowi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cych tajemnic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 przedsi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biorstwa wraz z uzasadnieniem </w:t>
      </w:r>
      <w:r w:rsidR="00004A63" w:rsidRPr="00004A63">
        <w:rPr>
          <w:rFonts w:ascii="Cambria" w:eastAsia="Times New Roman" w:hAnsi="Cambria" w:cs="Cambria"/>
          <w:sz w:val="22"/>
        </w:rPr>
        <w:t>–</w:t>
      </w:r>
      <w:r w:rsidR="00004A63" w:rsidRPr="00004A63">
        <w:rPr>
          <w:rFonts w:ascii="Cambria" w:eastAsia="Times New Roman" w:hAnsi="Cambria"/>
          <w:sz w:val="22"/>
        </w:rPr>
        <w:t xml:space="preserve"> je</w:t>
      </w:r>
      <w:r w:rsidR="00004A63" w:rsidRPr="00004A63">
        <w:rPr>
          <w:rFonts w:ascii="Cambria" w:eastAsia="Times New Roman" w:hAnsi="Cambria" w:cs="Cambria"/>
          <w:sz w:val="22"/>
        </w:rPr>
        <w:t>ż</w:t>
      </w:r>
      <w:r w:rsidR="00004A63" w:rsidRPr="00004A63">
        <w:rPr>
          <w:rFonts w:ascii="Cambria" w:eastAsia="Times New Roman" w:hAnsi="Cambria"/>
          <w:sz w:val="22"/>
        </w:rPr>
        <w:t>eli dotyczy.</w:t>
      </w:r>
    </w:p>
    <w:p w14:paraId="438D8091" w14:textId="5E9A105E" w:rsidR="00004A63" w:rsidRPr="00004A63" w:rsidRDefault="00327E18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Inne dokumenty wymagane zgodnie z SWZ: ............................................................................................</w:t>
      </w:r>
    </w:p>
    <w:p w14:paraId="268A1A10" w14:textId="1F77E2EF" w:rsidR="00004A63" w:rsidRPr="00004A63" w:rsidRDefault="00004A63" w:rsidP="00327E18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Tajemnica przedsiębiorstwa</w:t>
      </w:r>
    </w:p>
    <w:p w14:paraId="1B16940F" w14:textId="0738FFE5" w:rsidR="00004A63" w:rsidRPr="00004A63" w:rsidRDefault="00327E18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Oferta i dokumenty sk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>adane wraz z ofert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 xml:space="preserve"> nie zawieraj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 xml:space="preserve"> informacji stanowi</w:t>
      </w:r>
      <w:r w:rsidR="00004A63" w:rsidRPr="00004A63">
        <w:rPr>
          <w:rFonts w:ascii="Cambria" w:eastAsia="Times New Roman" w:hAnsi="Cambria" w:cs="Cambria"/>
          <w:sz w:val="22"/>
        </w:rPr>
        <w:t>ą</w:t>
      </w:r>
      <w:r w:rsidR="00004A63" w:rsidRPr="00004A63">
        <w:rPr>
          <w:rFonts w:ascii="Cambria" w:eastAsia="Times New Roman" w:hAnsi="Cambria"/>
          <w:sz w:val="22"/>
        </w:rPr>
        <w:t>cych tajemnic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 przedsi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>biorstwa.</w:t>
      </w:r>
    </w:p>
    <w:p w14:paraId="4C3AB86C" w14:textId="6E0064DC" w:rsidR="00004A63" w:rsidRPr="00004A63" w:rsidRDefault="00327E18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004A63" w:rsidRPr="00004A63">
        <w:rPr>
          <w:rFonts w:ascii="Cambria" w:eastAsia="Times New Roman" w:hAnsi="Cambria"/>
          <w:sz w:val="22"/>
        </w:rPr>
        <w:t xml:space="preserve"> Zastrzegamy informacje wskazane poni</w:t>
      </w:r>
      <w:r w:rsidR="00004A63" w:rsidRPr="00004A63">
        <w:rPr>
          <w:rFonts w:ascii="Cambria" w:eastAsia="Times New Roman" w:hAnsi="Cambria" w:cs="Cambria"/>
          <w:sz w:val="22"/>
        </w:rPr>
        <w:t>ż</w:t>
      </w:r>
      <w:r w:rsidR="00004A63" w:rsidRPr="00004A63">
        <w:rPr>
          <w:rFonts w:ascii="Cambria" w:eastAsia="Times New Roman" w:hAnsi="Cambria"/>
          <w:sz w:val="22"/>
        </w:rPr>
        <w:t>ej jako tajemnic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 xml:space="preserve"> przedsi</w:t>
      </w:r>
      <w:r w:rsidR="00004A63" w:rsidRPr="00004A63">
        <w:rPr>
          <w:rFonts w:ascii="Cambria" w:eastAsia="Times New Roman" w:hAnsi="Cambria" w:cs="Cambria"/>
          <w:sz w:val="22"/>
        </w:rPr>
        <w:t>ę</w:t>
      </w:r>
      <w:r w:rsidR="00004A63" w:rsidRPr="00004A63">
        <w:rPr>
          <w:rFonts w:ascii="Cambria" w:eastAsia="Times New Roman" w:hAnsi="Cambria"/>
          <w:sz w:val="22"/>
        </w:rPr>
        <w:t>biorstwa i sk</w:t>
      </w:r>
      <w:r w:rsidR="00004A63" w:rsidRPr="00004A63">
        <w:rPr>
          <w:rFonts w:ascii="Cambria" w:eastAsia="Times New Roman" w:hAnsi="Cambria" w:cs="Cambria"/>
          <w:sz w:val="22"/>
        </w:rPr>
        <w:t>ł</w:t>
      </w:r>
      <w:r w:rsidR="00004A63" w:rsidRPr="00004A63">
        <w:rPr>
          <w:rFonts w:ascii="Cambria" w:eastAsia="Times New Roman" w:hAnsi="Cambria"/>
          <w:sz w:val="22"/>
        </w:rPr>
        <w:t>adamy uzasadnienie zastrze</w:t>
      </w:r>
      <w:r w:rsidR="00004A63" w:rsidRPr="00004A63">
        <w:rPr>
          <w:rFonts w:ascii="Cambria" w:eastAsia="Times New Roman" w:hAnsi="Cambria" w:cs="Cambria"/>
          <w:sz w:val="22"/>
        </w:rPr>
        <w:t>ż</w:t>
      </w:r>
      <w:r w:rsidR="00004A63" w:rsidRPr="00004A63">
        <w:rPr>
          <w:rFonts w:ascii="Cambria" w:eastAsia="Times New Roman" w:hAnsi="Cambria"/>
          <w:sz w:val="22"/>
        </w:rPr>
        <w:t>enia: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76"/>
        <w:gridCol w:w="5184"/>
        <w:gridCol w:w="3744"/>
      </w:tblGrid>
      <w:tr w:rsidR="00004A63" w:rsidRPr="00004A63" w14:paraId="0C8DD492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3C1F13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Lp.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24E6BC5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Rodzaj zastrzeżonej informacji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5F2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5893A4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Nazwa pliku</w:t>
            </w:r>
          </w:p>
        </w:tc>
      </w:tr>
      <w:tr w:rsidR="00004A63" w:rsidRPr="00004A63" w14:paraId="1BF6BB6F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820948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1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4EF787A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1EDD45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  <w:tr w:rsidR="00004A63" w:rsidRPr="00004A63" w14:paraId="1DDF9BD2" w14:textId="77777777">
        <w:tc>
          <w:tcPr>
            <w:tcW w:w="57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38157E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2</w:t>
            </w:r>
          </w:p>
        </w:tc>
        <w:tc>
          <w:tcPr>
            <w:tcW w:w="51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416542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7A7DD40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</w:p>
        </w:tc>
      </w:tr>
    </w:tbl>
    <w:p w14:paraId="26698A47" w14:textId="77777777" w:rsidR="00004A63" w:rsidRPr="00004A63" w:rsidRDefault="00004A63" w:rsidP="00327E1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Samo oznaczenie pliku jako zawierającego tajemnicę przedsiębiorstwa nie zastępuje obowiązku zastrzeżenia informacji i wykazania, że spełniają przesłanki określone w art. 18 ust. 3 ustawy Pzp.</w:t>
      </w:r>
    </w:p>
    <w:p w14:paraId="39EA881B" w14:textId="57AD935E" w:rsidR="00004A63" w:rsidRPr="00004A63" w:rsidRDefault="00004A63" w:rsidP="00ED6D38">
      <w:pPr>
        <w:pStyle w:val="Akapitzlist"/>
        <w:numPr>
          <w:ilvl w:val="0"/>
          <w:numId w:val="14"/>
        </w:numPr>
        <w:spacing w:after="20" w:line="240" w:lineRule="auto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b/>
          <w:bCs/>
          <w:sz w:val="22"/>
        </w:rPr>
        <w:t>Dane niezbędne do przygotowania i zawarcia umowy</w:t>
      </w:r>
    </w:p>
    <w:p w14:paraId="75744421" w14:textId="77777777" w:rsidR="00004A63" w:rsidRPr="00004A63" w:rsidRDefault="00004A63" w:rsidP="00ED6D38">
      <w:pPr>
        <w:spacing w:after="20" w:line="240" w:lineRule="auto"/>
        <w:jc w:val="both"/>
        <w:rPr>
          <w:rFonts w:ascii="Cambria" w:eastAsia="Times New Roman" w:hAnsi="Cambria"/>
          <w:sz w:val="22"/>
        </w:rPr>
      </w:pPr>
      <w:r w:rsidRPr="00004A63">
        <w:rPr>
          <w:rFonts w:ascii="Cambria" w:eastAsia="Times New Roman" w:hAnsi="Cambria"/>
          <w:sz w:val="22"/>
        </w:rPr>
        <w:t>Sekcję wypełnić na potrzeby przygotowania umowy w przypadku wyboru oferty Wykonawcy.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545"/>
        <w:gridCol w:w="6083"/>
      </w:tblGrid>
      <w:tr w:rsidR="00004A63" w:rsidRPr="00004A63" w14:paraId="231585F7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669B68" w14:textId="77777777" w:rsidR="00004A63" w:rsidRPr="00004A63" w:rsidRDefault="00004A63" w:rsidP="00ED6D38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Imię i nazwisko osoby / osób podpisujących umowę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3648A2B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39D90136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BC10F41" w14:textId="77777777" w:rsidR="00004A63" w:rsidRPr="00004A63" w:rsidRDefault="00004A63" w:rsidP="00ED6D38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Stanowisko / funkcja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72DEC6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1FAA0B47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5103FB2" w14:textId="77777777" w:rsidR="00004A63" w:rsidRPr="00004A63" w:rsidRDefault="00004A63" w:rsidP="00ED6D38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Podstawa umocowania do podpisania umowy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B6869A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68E706C0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97F73F0" w14:textId="77777777" w:rsidR="00004A63" w:rsidRPr="00004A63" w:rsidRDefault="00004A63" w:rsidP="00ED6D38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Osoba do kontaktu w sprawie realizacji umowy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98FB387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61AEFDD6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1FAE33F" w14:textId="77777777" w:rsidR="00004A63" w:rsidRPr="00004A63" w:rsidRDefault="00004A63" w:rsidP="00ED6D38">
            <w:pPr>
              <w:spacing w:after="20" w:line="240" w:lineRule="auto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t>Numer telefonu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0ECA62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  <w:tr w:rsidR="00004A63" w:rsidRPr="00004A63" w14:paraId="6F0BB231" w14:textId="77777777"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0F2F4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14CD928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b/>
                <w:bCs/>
                <w:sz w:val="22"/>
              </w:rPr>
              <w:lastRenderedPageBreak/>
              <w:t>Adres poczty elektronicznej</w:t>
            </w:r>
          </w:p>
        </w:tc>
        <w:tc>
          <w:tcPr>
            <w:tcW w:w="62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C3381E9" w14:textId="77777777" w:rsidR="00004A63" w:rsidRPr="00004A63" w:rsidRDefault="00004A63" w:rsidP="00004A63">
            <w:pPr>
              <w:spacing w:after="20" w:line="240" w:lineRule="auto"/>
              <w:jc w:val="center"/>
              <w:rPr>
                <w:rFonts w:ascii="Cambria" w:eastAsia="Times New Roman" w:hAnsi="Cambria"/>
                <w:sz w:val="22"/>
              </w:rPr>
            </w:pPr>
            <w:r w:rsidRPr="00004A63">
              <w:rPr>
                <w:rFonts w:ascii="Cambria" w:eastAsia="Times New Roman" w:hAnsi="Cambria"/>
                <w:sz w:val="22"/>
              </w:rPr>
              <w:t>........................................................................................................</w:t>
            </w:r>
          </w:p>
        </w:tc>
      </w:tr>
    </w:tbl>
    <w:p w14:paraId="1C538473" w14:textId="77777777" w:rsidR="00ED6D38" w:rsidRDefault="00ED6D38" w:rsidP="00004A63">
      <w:pPr>
        <w:spacing w:after="20" w:line="240" w:lineRule="auto"/>
        <w:jc w:val="center"/>
        <w:rPr>
          <w:rFonts w:ascii="Cambria" w:eastAsia="Times New Roman" w:hAnsi="Cambria"/>
          <w:b/>
          <w:bCs/>
          <w:sz w:val="22"/>
        </w:rPr>
      </w:pPr>
    </w:p>
    <w:p w14:paraId="2EBFE6E1" w14:textId="38FB50B2" w:rsidR="00004A63" w:rsidRPr="00ED6D38" w:rsidRDefault="00004A63" w:rsidP="00004A63">
      <w:pPr>
        <w:spacing w:after="20" w:line="240" w:lineRule="auto"/>
        <w:jc w:val="center"/>
        <w:rPr>
          <w:rFonts w:ascii="Cambria" w:eastAsia="Times New Roman" w:hAnsi="Cambria"/>
          <w:i/>
          <w:iCs/>
          <w:sz w:val="18"/>
          <w:szCs w:val="18"/>
        </w:rPr>
      </w:pPr>
      <w:r w:rsidRPr="00ED6D38">
        <w:rPr>
          <w:rFonts w:ascii="Cambria" w:eastAsia="Times New Roman" w:hAnsi="Cambria"/>
          <w:b/>
          <w:bCs/>
          <w:i/>
          <w:iCs/>
          <w:sz w:val="18"/>
          <w:szCs w:val="18"/>
        </w:rPr>
        <w:t>Formularz należy opatrzyć kwalifikowanym podpisem elektronicznym, podpisem zaufanym albo podpisem osobistym przez osobę lub osoby uprawnione do reprezentowania Wykonawcy.</w:t>
      </w:r>
    </w:p>
    <w:p w14:paraId="35CB628D" w14:textId="7B0D37D3" w:rsidR="00AA3817" w:rsidRPr="00ED6D38" w:rsidRDefault="00AA3817" w:rsidP="00004A63">
      <w:pPr>
        <w:spacing w:after="20" w:line="240" w:lineRule="auto"/>
        <w:jc w:val="center"/>
        <w:rPr>
          <w:rFonts w:ascii="Cambria" w:hAnsi="Cambria"/>
          <w:i/>
          <w:iCs/>
          <w:sz w:val="18"/>
          <w:szCs w:val="18"/>
        </w:rPr>
      </w:pPr>
    </w:p>
    <w:sectPr w:rsidR="00AA3817" w:rsidRPr="00ED6D38" w:rsidSect="00034616">
      <w:headerReference w:type="default" r:id="rId8"/>
      <w:footerReference w:type="default" r:id="rId9"/>
      <w:pgSz w:w="11906" w:h="16838"/>
      <w:pgMar w:top="964" w:right="1134" w:bottom="964" w:left="1134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59C0" w14:textId="77777777" w:rsidR="002B7018" w:rsidRPr="006263A6" w:rsidRDefault="002B7018">
      <w:pPr>
        <w:spacing w:after="0" w:line="240" w:lineRule="auto"/>
      </w:pPr>
      <w:r w:rsidRPr="006263A6">
        <w:separator/>
      </w:r>
    </w:p>
  </w:endnote>
  <w:endnote w:type="continuationSeparator" w:id="0">
    <w:p w14:paraId="664741FB" w14:textId="77777777" w:rsidR="002B7018" w:rsidRPr="006263A6" w:rsidRDefault="002B7018">
      <w:pPr>
        <w:spacing w:after="0" w:line="240" w:lineRule="auto"/>
      </w:pPr>
      <w:r w:rsidRPr="006263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F74A1" w14:textId="77777777" w:rsidR="00016E65" w:rsidRPr="006263A6" w:rsidRDefault="00000000">
    <w:pPr>
      <w:pStyle w:val="Stopka"/>
      <w:jc w:val="center"/>
    </w:pPr>
    <w:r w:rsidRPr="006263A6">
      <w:rPr>
        <w:color w:val="666666"/>
        <w:sz w:val="17"/>
      </w:rPr>
      <w:t xml:space="preserve">strona </w:t>
    </w:r>
    <w:r w:rsidRPr="006263A6">
      <w:rPr>
        <w:sz w:val="17"/>
      </w:rPr>
      <w:fldChar w:fldCharType="begin"/>
    </w:r>
    <w:r w:rsidRPr="006263A6">
      <w:rPr>
        <w:sz w:val="17"/>
      </w:rPr>
      <w:instrText xml:space="preserve"> PAGE </w:instrText>
    </w:r>
    <w:r w:rsidRPr="006263A6">
      <w:rPr>
        <w:sz w:val="17"/>
      </w:rPr>
      <w:fldChar w:fldCharType="separate"/>
    </w:r>
    <w:r w:rsidRPr="006263A6">
      <w:rPr>
        <w:sz w:val="17"/>
      </w:rPr>
      <w:t>1</w:t>
    </w:r>
    <w:r w:rsidRPr="006263A6">
      <w:rPr>
        <w:sz w:val="17"/>
      </w:rPr>
      <w:fldChar w:fldCharType="end"/>
    </w:r>
    <w:r w:rsidRPr="006263A6">
      <w:rPr>
        <w:color w:val="666666"/>
        <w:sz w:val="17"/>
      </w:rPr>
      <w:t xml:space="preserve"> z </w:t>
    </w:r>
    <w:r w:rsidRPr="006263A6">
      <w:rPr>
        <w:sz w:val="17"/>
      </w:rPr>
      <w:fldChar w:fldCharType="begin"/>
    </w:r>
    <w:r w:rsidRPr="006263A6">
      <w:rPr>
        <w:sz w:val="17"/>
      </w:rPr>
      <w:instrText xml:space="preserve"> NUMPAGES </w:instrText>
    </w:r>
    <w:r w:rsidRPr="006263A6">
      <w:rPr>
        <w:sz w:val="17"/>
      </w:rPr>
      <w:fldChar w:fldCharType="separate"/>
    </w:r>
    <w:r w:rsidRPr="006263A6">
      <w:rPr>
        <w:sz w:val="17"/>
      </w:rPr>
      <w:t>1</w:t>
    </w:r>
    <w:r w:rsidRPr="006263A6"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DC00B" w14:textId="77777777" w:rsidR="002B7018" w:rsidRPr="006263A6" w:rsidRDefault="002B7018">
      <w:pPr>
        <w:spacing w:after="0" w:line="240" w:lineRule="auto"/>
      </w:pPr>
      <w:r w:rsidRPr="006263A6">
        <w:separator/>
      </w:r>
    </w:p>
  </w:footnote>
  <w:footnote w:type="continuationSeparator" w:id="0">
    <w:p w14:paraId="1A455148" w14:textId="77777777" w:rsidR="002B7018" w:rsidRPr="006263A6" w:rsidRDefault="002B7018">
      <w:pPr>
        <w:spacing w:after="0" w:line="240" w:lineRule="auto"/>
      </w:pPr>
      <w:r w:rsidRPr="006263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5BB71" w14:textId="77777777" w:rsidR="00016E65" w:rsidRPr="006263A6" w:rsidRDefault="00016E65">
    <w:pPr>
      <w:pStyle w:val="Nagwek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134"/>
      <w:gridCol w:w="8504"/>
    </w:tblGrid>
    <w:tr w:rsidR="00016E65" w:rsidRPr="006263A6" w14:paraId="275708BB" w14:textId="77777777">
      <w:trPr>
        <w:jc w:val="center"/>
      </w:trPr>
      <w:tc>
        <w:tcPr>
          <w:tcW w:w="1134" w:type="dxa"/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0A34B126" w14:textId="77777777" w:rsidR="00016E65" w:rsidRPr="006263A6" w:rsidRDefault="00000000">
          <w:pPr>
            <w:rPr>
              <w:rFonts w:asciiTheme="minorHAnsi" w:hAnsiTheme="minorHAnsi"/>
              <w:sz w:val="22"/>
            </w:rPr>
          </w:pPr>
          <w:r w:rsidRPr="006263A6">
            <w:rPr>
              <w:rFonts w:asciiTheme="minorHAnsi" w:hAnsiTheme="minorHAnsi"/>
              <w:noProof/>
              <w:sz w:val="22"/>
            </w:rPr>
            <w:drawing>
              <wp:inline distT="0" distB="0" distL="0" distR="0" wp14:anchorId="0F9D21BE" wp14:editId="1D97AE6E">
                <wp:extent cx="615315" cy="679450"/>
                <wp:effectExtent l="0" t="0" r="0" b="635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045" cy="7122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4" w:type="dxa"/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227CC324" w14:textId="77777777" w:rsidR="00016E65" w:rsidRPr="006263A6" w:rsidRDefault="00000000">
          <w:pPr>
            <w:spacing w:after="0"/>
            <w:jc w:val="right"/>
            <w:rPr>
              <w:rFonts w:asciiTheme="minorHAnsi" w:hAnsiTheme="minorHAnsi"/>
              <w:sz w:val="22"/>
            </w:rPr>
          </w:pPr>
          <w:r w:rsidRPr="006263A6">
            <w:rPr>
              <w:rFonts w:asciiTheme="minorHAnsi" w:hAnsiTheme="minorHAnsi"/>
              <w:b/>
              <w:sz w:val="22"/>
            </w:rPr>
            <w:t>POWIATOWE CENTRUM ZDROWIA Sp. z o.o.</w:t>
          </w:r>
          <w:r w:rsidRPr="006263A6">
            <w:rPr>
              <w:rFonts w:asciiTheme="minorHAnsi" w:hAnsiTheme="minorHAnsi"/>
              <w:b/>
              <w:sz w:val="22"/>
            </w:rPr>
            <w:br/>
          </w:r>
          <w:r w:rsidRPr="006263A6">
            <w:rPr>
              <w:rFonts w:asciiTheme="minorHAnsi" w:hAnsiTheme="minorHAnsi"/>
              <w:sz w:val="22"/>
            </w:rPr>
            <w:t>Załącznik nr 1 do SWZ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2E00B8"/>
    <w:multiLevelType w:val="hybridMultilevel"/>
    <w:tmpl w:val="61EC2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AF3929"/>
    <w:multiLevelType w:val="hybridMultilevel"/>
    <w:tmpl w:val="57943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BE1D77"/>
    <w:multiLevelType w:val="hybridMultilevel"/>
    <w:tmpl w:val="29C01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21D6A"/>
    <w:multiLevelType w:val="hybridMultilevel"/>
    <w:tmpl w:val="4B50A48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DC267D"/>
    <w:multiLevelType w:val="hybridMultilevel"/>
    <w:tmpl w:val="5FAA8650"/>
    <w:lvl w:ilvl="0" w:tplc="4B3224C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D001F"/>
    <w:multiLevelType w:val="hybridMultilevel"/>
    <w:tmpl w:val="B25612E6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410587498">
    <w:abstractNumId w:val="8"/>
  </w:num>
  <w:num w:numId="2" w16cid:durableId="974330444">
    <w:abstractNumId w:val="6"/>
  </w:num>
  <w:num w:numId="3" w16cid:durableId="1912620929">
    <w:abstractNumId w:val="5"/>
  </w:num>
  <w:num w:numId="4" w16cid:durableId="282079310">
    <w:abstractNumId w:val="4"/>
  </w:num>
  <w:num w:numId="5" w16cid:durableId="1526401499">
    <w:abstractNumId w:val="7"/>
  </w:num>
  <w:num w:numId="6" w16cid:durableId="751585074">
    <w:abstractNumId w:val="3"/>
  </w:num>
  <w:num w:numId="7" w16cid:durableId="808209369">
    <w:abstractNumId w:val="2"/>
  </w:num>
  <w:num w:numId="8" w16cid:durableId="687633227">
    <w:abstractNumId w:val="1"/>
  </w:num>
  <w:num w:numId="9" w16cid:durableId="240918797">
    <w:abstractNumId w:val="0"/>
  </w:num>
  <w:num w:numId="10" w16cid:durableId="433748366">
    <w:abstractNumId w:val="11"/>
  </w:num>
  <w:num w:numId="11" w16cid:durableId="135032993">
    <w:abstractNumId w:val="12"/>
  </w:num>
  <w:num w:numId="12" w16cid:durableId="19354719">
    <w:abstractNumId w:val="9"/>
  </w:num>
  <w:num w:numId="13" w16cid:durableId="2056276454">
    <w:abstractNumId w:val="14"/>
  </w:num>
  <w:num w:numId="14" w16cid:durableId="1975603539">
    <w:abstractNumId w:val="13"/>
  </w:num>
  <w:num w:numId="15" w16cid:durableId="5823745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A63"/>
    <w:rsid w:val="00016E65"/>
    <w:rsid w:val="00034616"/>
    <w:rsid w:val="0006063C"/>
    <w:rsid w:val="00072905"/>
    <w:rsid w:val="000833C1"/>
    <w:rsid w:val="000D1C97"/>
    <w:rsid w:val="00103D94"/>
    <w:rsid w:val="00140854"/>
    <w:rsid w:val="0015074B"/>
    <w:rsid w:val="00154DCB"/>
    <w:rsid w:val="001C3510"/>
    <w:rsid w:val="001C56A8"/>
    <w:rsid w:val="002636C1"/>
    <w:rsid w:val="0029639D"/>
    <w:rsid w:val="002B7018"/>
    <w:rsid w:val="002B7803"/>
    <w:rsid w:val="0032089B"/>
    <w:rsid w:val="00326F90"/>
    <w:rsid w:val="00327E18"/>
    <w:rsid w:val="00420D49"/>
    <w:rsid w:val="00422D92"/>
    <w:rsid w:val="00455162"/>
    <w:rsid w:val="00493362"/>
    <w:rsid w:val="004D402B"/>
    <w:rsid w:val="004D4197"/>
    <w:rsid w:val="005244F0"/>
    <w:rsid w:val="005640F6"/>
    <w:rsid w:val="00594D59"/>
    <w:rsid w:val="005A4BED"/>
    <w:rsid w:val="00605800"/>
    <w:rsid w:val="00623E36"/>
    <w:rsid w:val="006263A6"/>
    <w:rsid w:val="006E13A6"/>
    <w:rsid w:val="006E33DF"/>
    <w:rsid w:val="007B4A87"/>
    <w:rsid w:val="007C0DB0"/>
    <w:rsid w:val="007C70F8"/>
    <w:rsid w:val="00803723"/>
    <w:rsid w:val="00862C75"/>
    <w:rsid w:val="00883172"/>
    <w:rsid w:val="00950BA5"/>
    <w:rsid w:val="00A157EC"/>
    <w:rsid w:val="00A17670"/>
    <w:rsid w:val="00A23767"/>
    <w:rsid w:val="00A67A04"/>
    <w:rsid w:val="00AA1D8D"/>
    <w:rsid w:val="00AA3817"/>
    <w:rsid w:val="00AB7D8D"/>
    <w:rsid w:val="00AC4B09"/>
    <w:rsid w:val="00B47730"/>
    <w:rsid w:val="00B87107"/>
    <w:rsid w:val="00B96313"/>
    <w:rsid w:val="00BE099A"/>
    <w:rsid w:val="00BE6A68"/>
    <w:rsid w:val="00BF5DE0"/>
    <w:rsid w:val="00C82EF3"/>
    <w:rsid w:val="00CB0664"/>
    <w:rsid w:val="00CD6857"/>
    <w:rsid w:val="00D131B6"/>
    <w:rsid w:val="00D26A9D"/>
    <w:rsid w:val="00D66B6A"/>
    <w:rsid w:val="00D679BC"/>
    <w:rsid w:val="00D83815"/>
    <w:rsid w:val="00DA6F3A"/>
    <w:rsid w:val="00ED0729"/>
    <w:rsid w:val="00ED6D38"/>
    <w:rsid w:val="00F15A8C"/>
    <w:rsid w:val="00F20822"/>
    <w:rsid w:val="00F35A15"/>
    <w:rsid w:val="00F50065"/>
    <w:rsid w:val="00F77F25"/>
    <w:rsid w:val="00F90009"/>
    <w:rsid w:val="00F93B9C"/>
    <w:rsid w:val="00FC693F"/>
    <w:rsid w:val="00F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B592E4"/>
  <w14:defaultImageDpi w14:val="300"/>
  <w15:docId w15:val="{3435F6FC-E8FC-41C0-BF1F-8F85266E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1550</Words>
  <Characters>9305</Characters>
  <Application>Microsoft Office Word</Application>
  <DocSecurity>0</DocSecurity>
  <Lines>77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Bogumiła Kalinowska</dc:creator>
  <cp:lastModifiedBy>Bogumila Kalinowska</cp:lastModifiedBy>
  <cp:revision>10</cp:revision>
  <dcterms:created xsi:type="dcterms:W3CDTF">2026-09-20T19:54:00Z</dcterms:created>
  <dcterms:modified xsi:type="dcterms:W3CDTF">2026-10-28T12:40:00Z</dcterms:modified>
  <cp:category/>
</cp:coreProperties>
</file>