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D6621" w14:textId="77777777" w:rsidR="00E57CFD" w:rsidRPr="00E57CFD" w:rsidRDefault="00E57CFD" w:rsidP="00164428">
      <w:pPr>
        <w:jc w:val="right"/>
        <w:rPr>
          <w:rFonts w:ascii="Cambria" w:hAnsi="Cambria"/>
          <w:b/>
          <w:sz w:val="22"/>
        </w:rPr>
      </w:pPr>
      <w:r w:rsidRPr="00E57CFD">
        <w:rPr>
          <w:rFonts w:ascii="Cambria" w:hAnsi="Cambria"/>
          <w:b/>
          <w:bCs/>
          <w:sz w:val="22"/>
        </w:rPr>
        <w:t>Załącznik nr 4 do SWZ</w:t>
      </w:r>
    </w:p>
    <w:p w14:paraId="3BE3A527" w14:textId="2B37DC62" w:rsidR="00E57CFD" w:rsidRPr="00E57CFD" w:rsidRDefault="00E57CFD" w:rsidP="00164428">
      <w:pPr>
        <w:jc w:val="center"/>
        <w:rPr>
          <w:rFonts w:ascii="Cambria" w:hAnsi="Cambria"/>
          <w:b/>
          <w:sz w:val="22"/>
        </w:rPr>
      </w:pPr>
      <w:r w:rsidRPr="00E57CFD">
        <w:rPr>
          <w:rFonts w:ascii="Cambria" w:hAnsi="Cambria"/>
          <w:b/>
          <w:bCs/>
          <w:sz w:val="22"/>
        </w:rPr>
        <w:t>OŚWIADCZENIE WYKONAWCY</w:t>
      </w:r>
      <w:r w:rsidR="00164428">
        <w:rPr>
          <w:rFonts w:ascii="Cambria" w:hAnsi="Cambria"/>
          <w:b/>
          <w:bCs/>
          <w:sz w:val="22"/>
        </w:rPr>
        <w:t xml:space="preserve"> </w:t>
      </w:r>
    </w:p>
    <w:p w14:paraId="2743A69B" w14:textId="77777777" w:rsidR="00E57CFD" w:rsidRDefault="00E57CFD" w:rsidP="00164428">
      <w:pPr>
        <w:jc w:val="center"/>
        <w:rPr>
          <w:rFonts w:ascii="Cambria" w:hAnsi="Cambria"/>
          <w:b/>
          <w:bCs/>
          <w:sz w:val="22"/>
        </w:rPr>
      </w:pPr>
      <w:r w:rsidRPr="00E57CFD">
        <w:rPr>
          <w:rFonts w:ascii="Cambria" w:hAnsi="Cambria"/>
          <w:b/>
          <w:bCs/>
          <w:sz w:val="22"/>
        </w:rPr>
        <w:t>składane na podstawie art. 125 ust. 1 ustawy Prawo zamówień publicznych</w:t>
      </w:r>
    </w:p>
    <w:p w14:paraId="4466A18D" w14:textId="77777777" w:rsidR="00164428" w:rsidRPr="00E57CFD" w:rsidRDefault="00164428" w:rsidP="00164428">
      <w:pPr>
        <w:jc w:val="center"/>
        <w:rPr>
          <w:rFonts w:ascii="Cambria" w:hAnsi="Cambria"/>
          <w:b/>
          <w:sz w:val="22"/>
        </w:rPr>
      </w:pPr>
    </w:p>
    <w:tbl>
      <w:tblPr>
        <w:tblW w:w="9363" w:type="dxa"/>
        <w:tblInd w:w="14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36"/>
        <w:gridCol w:w="3353"/>
        <w:gridCol w:w="5774"/>
      </w:tblGrid>
      <w:tr w:rsidR="00E57CFD" w:rsidRPr="00E57CFD" w14:paraId="348A930B" w14:textId="77777777" w:rsidTr="00534B26">
        <w:trPr>
          <w:trHeight w:val="4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95B4F30" w14:textId="77777777" w:rsidR="00E57CFD" w:rsidRPr="00E57CFD" w:rsidRDefault="00E57CFD" w:rsidP="00164428">
            <w:pPr>
              <w:ind w:left="-534"/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6EF9DE32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bCs/>
                <w:sz w:val="22"/>
              </w:rPr>
              <w:t>Zamawiający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02CE0460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bCs/>
                <w:sz w:val="22"/>
              </w:rPr>
              <w:t>Powiatowe Centrum Zdrowia Spółka z ograniczoną odpowiedzialnością</w:t>
            </w:r>
          </w:p>
        </w:tc>
      </w:tr>
      <w:tr w:rsidR="00E57CFD" w:rsidRPr="00E57CFD" w14:paraId="5B2D0F2D" w14:textId="77777777" w:rsidTr="00534B26">
        <w:trPr>
          <w:gridBefore w:val="1"/>
          <w:wBefore w:w="236" w:type="dxa"/>
          <w:trHeight w:val="1676"/>
        </w:trPr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4337E15E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bCs/>
                <w:sz w:val="22"/>
              </w:rPr>
              <w:t>Nazwa postępowania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51CDB1DB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sz w:val="22"/>
              </w:rPr>
              <w:t>Sukcesywny odbiór, transport i unieszkodliwianie odpadów medycznych z obiektów wchodzących w skład Powiatowego Centrum Zdrowia sp. z o.o. w Otwocku</w:t>
            </w:r>
          </w:p>
        </w:tc>
      </w:tr>
      <w:tr w:rsidR="00E57CFD" w:rsidRPr="00E57CFD" w14:paraId="56BBE425" w14:textId="77777777" w:rsidTr="00534B26">
        <w:trPr>
          <w:trHeight w:val="2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6AAC0B69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</w:p>
        </w:tc>
        <w:tc>
          <w:tcPr>
            <w:tcW w:w="3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653EA1B8" w14:textId="77777777" w:rsidR="00E57CFD" w:rsidRPr="00E57CFD" w:rsidRDefault="00E57CFD" w:rsidP="00164428">
            <w:pPr>
              <w:ind w:left="-358" w:firstLine="425"/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sz w:val="22"/>
              </w:rPr>
              <w:t>Znak sprawy</w:t>
            </w:r>
          </w:p>
        </w:tc>
        <w:tc>
          <w:tcPr>
            <w:tcW w:w="5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2ECF033C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sz w:val="22"/>
              </w:rPr>
              <w:t>22/TP/2026/BK</w:t>
            </w:r>
          </w:p>
        </w:tc>
      </w:tr>
    </w:tbl>
    <w:p w14:paraId="73C28EEE" w14:textId="77777777" w:rsidR="00260484" w:rsidRDefault="00260484" w:rsidP="00E57CFD">
      <w:pPr>
        <w:rPr>
          <w:rFonts w:ascii="Cambria" w:hAnsi="Cambria"/>
          <w:b/>
          <w:bCs/>
          <w:sz w:val="22"/>
        </w:rPr>
      </w:pPr>
    </w:p>
    <w:p w14:paraId="012C46FF" w14:textId="22E2D999" w:rsidR="00E57CFD" w:rsidRPr="0043519A" w:rsidRDefault="00E57CFD" w:rsidP="0043519A">
      <w:pPr>
        <w:pStyle w:val="Akapitzlist"/>
        <w:numPr>
          <w:ilvl w:val="0"/>
          <w:numId w:val="12"/>
        </w:numPr>
        <w:rPr>
          <w:rFonts w:ascii="Cambria" w:hAnsi="Cambria"/>
          <w:b/>
          <w:sz w:val="22"/>
        </w:rPr>
      </w:pPr>
      <w:r w:rsidRPr="0043519A">
        <w:rPr>
          <w:rFonts w:ascii="Cambria" w:hAnsi="Cambria"/>
          <w:b/>
          <w:bCs/>
          <w:sz w:val="22"/>
        </w:rPr>
        <w:t>DANE WYKONAWCY SKŁADAJĄCEGO OŚWIADCZENIE</w:t>
      </w:r>
    </w:p>
    <w:tbl>
      <w:tblPr>
        <w:tblW w:w="966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833"/>
        <w:gridCol w:w="4833"/>
      </w:tblGrid>
      <w:tr w:rsidR="00E57CFD" w:rsidRPr="00E57CFD" w14:paraId="5AAFFA9D" w14:textId="77777777" w:rsidTr="00534B26">
        <w:trPr>
          <w:trHeight w:val="208"/>
        </w:trPr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1AAC592A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bCs/>
                <w:sz w:val="22"/>
              </w:rPr>
              <w:t>Nazwa / firma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60E56065" w14:textId="77777777" w:rsidR="00E57CFD" w:rsidRPr="00534B26" w:rsidRDefault="00E57CFD" w:rsidP="00E57CFD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34B26">
              <w:rPr>
                <w:rFonts w:ascii="Cambria" w:hAnsi="Cambria"/>
                <w:bCs/>
                <w:i/>
                <w:iCs/>
                <w:sz w:val="20"/>
                <w:szCs w:val="20"/>
              </w:rPr>
              <w:t>[wpisać]</w:t>
            </w:r>
          </w:p>
        </w:tc>
      </w:tr>
      <w:tr w:rsidR="00E57CFD" w:rsidRPr="00E57CFD" w14:paraId="4751C89D" w14:textId="77777777" w:rsidTr="00534B26">
        <w:trPr>
          <w:trHeight w:val="412"/>
        </w:trPr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2C2E3B31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bCs/>
                <w:sz w:val="22"/>
              </w:rPr>
              <w:t>Adres siedziby / zamieszkania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04A19EB2" w14:textId="77777777" w:rsidR="00E57CFD" w:rsidRPr="00534B26" w:rsidRDefault="00E57CFD" w:rsidP="00E57CFD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34B26">
              <w:rPr>
                <w:rFonts w:ascii="Cambria" w:hAnsi="Cambria"/>
                <w:bCs/>
                <w:i/>
                <w:iCs/>
                <w:sz w:val="20"/>
                <w:szCs w:val="20"/>
              </w:rPr>
              <w:t>[wpisać]</w:t>
            </w:r>
          </w:p>
        </w:tc>
      </w:tr>
      <w:tr w:rsidR="00E57CFD" w:rsidRPr="00E57CFD" w14:paraId="0A149100" w14:textId="77777777" w:rsidTr="00534B26">
        <w:trPr>
          <w:trHeight w:val="420"/>
        </w:trPr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278A007C" w14:textId="77777777" w:rsidR="00E57CFD" w:rsidRPr="00E57CFD" w:rsidRDefault="00E57CFD" w:rsidP="00E57CFD">
            <w:pPr>
              <w:rPr>
                <w:rFonts w:ascii="Cambria" w:hAnsi="Cambria"/>
                <w:b/>
                <w:sz w:val="22"/>
              </w:rPr>
            </w:pPr>
            <w:r w:rsidRPr="00E57CFD">
              <w:rPr>
                <w:rFonts w:ascii="Cambria" w:hAnsi="Cambria"/>
                <w:b/>
                <w:bCs/>
                <w:sz w:val="22"/>
              </w:rPr>
              <w:t>NIP / REGON / KRS albo inny rejestr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74415987" w14:textId="77777777" w:rsidR="00E57CFD" w:rsidRPr="00534B26" w:rsidRDefault="00E57CFD" w:rsidP="00E57CFD">
            <w:pPr>
              <w:rPr>
                <w:rFonts w:ascii="Cambria" w:hAnsi="Cambria"/>
                <w:bCs/>
                <w:sz w:val="20"/>
                <w:szCs w:val="20"/>
              </w:rPr>
            </w:pPr>
            <w:r w:rsidRPr="00534B26">
              <w:rPr>
                <w:rFonts w:ascii="Cambria" w:hAnsi="Cambria"/>
                <w:bCs/>
                <w:i/>
                <w:iCs/>
                <w:sz w:val="20"/>
                <w:szCs w:val="20"/>
              </w:rPr>
              <w:t>[wpisać]</w:t>
            </w:r>
          </w:p>
        </w:tc>
      </w:tr>
    </w:tbl>
    <w:p w14:paraId="520B5157" w14:textId="77777777" w:rsidR="00E57CFD" w:rsidRPr="00260484" w:rsidRDefault="00E57CFD" w:rsidP="00E57CFD">
      <w:pPr>
        <w:rPr>
          <w:rFonts w:ascii="Cambria" w:hAnsi="Cambria"/>
          <w:sz w:val="22"/>
        </w:rPr>
      </w:pPr>
      <w:r w:rsidRPr="00260484">
        <w:rPr>
          <w:rFonts w:ascii="Cambria" w:hAnsi="Cambria"/>
          <w:sz w:val="22"/>
        </w:rPr>
        <w:t>Wykonawca składa oświadczenie jako (zaznaczyć właściwe):</w:t>
      </w:r>
    </w:p>
    <w:p w14:paraId="173C541E" w14:textId="52E059C0" w:rsidR="00E57CFD" w:rsidRPr="00260484" w:rsidRDefault="00260484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Wykonawca składający ofertę samodzielnie</w:t>
      </w:r>
    </w:p>
    <w:p w14:paraId="0073D0C1" w14:textId="1E0B6A6D" w:rsidR="00E57CFD" w:rsidRPr="00260484" w:rsidRDefault="00260484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Wykonawca wspólnie ubiegający się o udzielenie zamówienia (członek konsorcjum / wspólnik spółki cywilnej)</w:t>
      </w:r>
    </w:p>
    <w:p w14:paraId="761C2505" w14:textId="77777777" w:rsidR="00E57CFD" w:rsidRPr="00045814" w:rsidRDefault="00E57CFD" w:rsidP="0043519A">
      <w:pPr>
        <w:pStyle w:val="Akapitzlist"/>
        <w:numPr>
          <w:ilvl w:val="0"/>
          <w:numId w:val="12"/>
        </w:numPr>
        <w:rPr>
          <w:rFonts w:ascii="Cambria" w:hAnsi="Cambria"/>
          <w:b/>
          <w:bCs/>
          <w:sz w:val="22"/>
        </w:rPr>
      </w:pPr>
      <w:r w:rsidRPr="00045814">
        <w:rPr>
          <w:rFonts w:ascii="Cambria" w:hAnsi="Cambria"/>
          <w:b/>
          <w:bCs/>
          <w:sz w:val="22"/>
        </w:rPr>
        <w:t>OŚWIADCZENIE DOTYCZĄCE PODSTAW WYKLUCZENIA</w:t>
      </w:r>
    </w:p>
    <w:p w14:paraId="30C537C4" w14:textId="77777777" w:rsidR="00E57CFD" w:rsidRPr="00260484" w:rsidRDefault="00E57CFD" w:rsidP="00E57CFD">
      <w:pPr>
        <w:rPr>
          <w:rFonts w:ascii="Cambria" w:hAnsi="Cambria"/>
          <w:sz w:val="22"/>
        </w:rPr>
      </w:pPr>
      <w:r w:rsidRPr="00260484">
        <w:rPr>
          <w:rFonts w:ascii="Cambria" w:hAnsi="Cambria"/>
          <w:sz w:val="22"/>
        </w:rPr>
        <w:t>Oświadczam, że wobec Wykonawcy wskazanego w pkt 1:</w:t>
      </w:r>
    </w:p>
    <w:p w14:paraId="18F91E77" w14:textId="31E2BC82" w:rsidR="00E57CFD" w:rsidRPr="00260484" w:rsidRDefault="0043519A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nie zachodzą podstawy wykluczenia określone w art. 108 ust. 1 ustawy z dnia 11 września 2019 r. – Prawo zamówień publicznych (ustawa Pzp);</w:t>
      </w:r>
    </w:p>
    <w:p w14:paraId="281280EA" w14:textId="13E61779" w:rsidR="00E57CFD" w:rsidRPr="00260484" w:rsidRDefault="0043519A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nie zachodzą podstawy wykluczenia określone w art. 7 ust. 1 ustawy z dnia 13 kwietnia 2022 r. o szczególnych rozwiązaniach w zakresie przeciwdziałania wspieraniu agresji na Ukrainę oraz służących ochronie bezpieczeństwa narodowego.</w:t>
      </w:r>
    </w:p>
    <w:p w14:paraId="68E867FF" w14:textId="77777777" w:rsidR="00E57CFD" w:rsidRPr="0043519A" w:rsidRDefault="00E57CFD" w:rsidP="0043519A">
      <w:pPr>
        <w:pStyle w:val="Akapitzlist"/>
        <w:numPr>
          <w:ilvl w:val="0"/>
          <w:numId w:val="12"/>
        </w:numPr>
        <w:rPr>
          <w:rFonts w:ascii="Cambria" w:hAnsi="Cambria"/>
          <w:b/>
          <w:bCs/>
          <w:sz w:val="22"/>
        </w:rPr>
      </w:pPr>
      <w:r w:rsidRPr="0043519A">
        <w:rPr>
          <w:rFonts w:ascii="Cambria" w:hAnsi="Cambria"/>
          <w:b/>
          <w:bCs/>
          <w:sz w:val="22"/>
        </w:rPr>
        <w:t>SAMOOCZYSZCZENIE – JEŻELI DOTYCZY</w:t>
      </w:r>
    </w:p>
    <w:p w14:paraId="36EA9D6B" w14:textId="21280233" w:rsidR="00E57CFD" w:rsidRPr="00260484" w:rsidRDefault="0043519A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nie dotyczy – wobec Wykonawcy nie zachodzą okoliczności wymagające wykazania rzetelności na podstawie art. 110 ust. 2 ustawy Pzp;</w:t>
      </w:r>
    </w:p>
    <w:p w14:paraId="61A5EE68" w14:textId="670BA1BC" w:rsidR="00E57CFD" w:rsidRPr="00260484" w:rsidRDefault="0043519A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dotyczy – wobec Wykonawcy zachodzi podstawa wykluczenia wskazana poniżej, jednak Wykonawca podjął środki naprawcze i zapobiegawcze oraz przedstawia dowody potwierdzające swoją rzetelność.</w:t>
      </w:r>
    </w:p>
    <w:tbl>
      <w:tblPr>
        <w:tblW w:w="88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49"/>
        <w:gridCol w:w="4449"/>
      </w:tblGrid>
      <w:tr w:rsidR="00E57CFD" w:rsidRPr="00260484" w14:paraId="244E4D75" w14:textId="77777777" w:rsidTr="007F047D">
        <w:trPr>
          <w:trHeight w:val="576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35B7F222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t>Podstawa wykluczenia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6CD0E0D5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i/>
                <w:iCs/>
                <w:sz w:val="22"/>
              </w:rPr>
              <w:t>[wskazać przepis i opisać okoliczność]</w:t>
            </w:r>
          </w:p>
        </w:tc>
      </w:tr>
      <w:tr w:rsidR="00E57CFD" w:rsidRPr="00260484" w14:paraId="5103F2BB" w14:textId="77777777" w:rsidTr="007F047D">
        <w:trPr>
          <w:trHeight w:val="860"/>
        </w:trPr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6AFE4191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lastRenderedPageBreak/>
              <w:t>Podjęte środki i dowody</w:t>
            </w:r>
          </w:p>
        </w:tc>
        <w:tc>
          <w:tcPr>
            <w:tcW w:w="4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37263D21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i/>
                <w:iCs/>
                <w:sz w:val="22"/>
              </w:rPr>
              <w:t>[opisać albo wskazać nazwę załączonego dokumentu]</w:t>
            </w:r>
          </w:p>
        </w:tc>
      </w:tr>
    </w:tbl>
    <w:p w14:paraId="1F83BE50" w14:textId="77777777" w:rsidR="00E57CFD" w:rsidRPr="00260484" w:rsidRDefault="00E57CFD" w:rsidP="00E57CFD">
      <w:pPr>
        <w:rPr>
          <w:rFonts w:ascii="Cambria" w:hAnsi="Cambria"/>
          <w:sz w:val="22"/>
        </w:rPr>
      </w:pPr>
      <w:r w:rsidRPr="00260484">
        <w:rPr>
          <w:rFonts w:ascii="Cambria" w:hAnsi="Cambria"/>
          <w:i/>
          <w:iCs/>
          <w:sz w:val="22"/>
        </w:rPr>
        <w:t>Samooczyszczenie nie ma zastosowania do podstaw wykluczenia określonych w art. 7 ust. 1 ustawy sankcyjnej.</w:t>
      </w:r>
    </w:p>
    <w:p w14:paraId="1C28B664" w14:textId="77777777" w:rsidR="00E57CFD" w:rsidRPr="007F047D" w:rsidRDefault="00E57CFD" w:rsidP="007F047D">
      <w:pPr>
        <w:pStyle w:val="Akapitzlist"/>
        <w:numPr>
          <w:ilvl w:val="0"/>
          <w:numId w:val="12"/>
        </w:numPr>
        <w:rPr>
          <w:rFonts w:ascii="Cambria" w:hAnsi="Cambria"/>
          <w:b/>
          <w:bCs/>
          <w:sz w:val="22"/>
        </w:rPr>
      </w:pPr>
      <w:r w:rsidRPr="007F047D">
        <w:rPr>
          <w:rFonts w:ascii="Cambria" w:hAnsi="Cambria"/>
          <w:b/>
          <w:bCs/>
          <w:sz w:val="22"/>
        </w:rPr>
        <w:t>OŚWIADCZENIE DOTYCZĄCE WARUNKÓW UDZIAŁU W POSTĘPOWANIU</w:t>
      </w:r>
    </w:p>
    <w:p w14:paraId="60E9DE10" w14:textId="77777777" w:rsidR="00E57CFD" w:rsidRPr="00260484" w:rsidRDefault="00E57CFD" w:rsidP="00E57CFD">
      <w:pPr>
        <w:rPr>
          <w:rFonts w:ascii="Cambria" w:hAnsi="Cambria"/>
          <w:sz w:val="22"/>
        </w:rPr>
      </w:pPr>
      <w:r w:rsidRPr="00260484">
        <w:rPr>
          <w:rFonts w:ascii="Cambria" w:hAnsi="Cambria"/>
          <w:sz w:val="22"/>
        </w:rPr>
        <w:t>Zaznaczyć właściwe:</w:t>
      </w:r>
    </w:p>
    <w:p w14:paraId="0BF5284D" w14:textId="77777777" w:rsidR="00DF5DA9" w:rsidRDefault="00123D40" w:rsidP="00123D40">
      <w:pPr>
        <w:jc w:val="both"/>
        <w:rPr>
          <w:rFonts w:ascii="Cambria" w:hAnsi="Cambria"/>
          <w:bCs/>
          <w:sz w:val="22"/>
        </w:rPr>
      </w:pPr>
      <w:r w:rsidRPr="00123D40">
        <w:rPr>
          <w:rFonts w:ascii="Cambria" w:hAnsi="Cambria"/>
          <w:bCs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23D40">
        <w:rPr>
          <w:rFonts w:ascii="Cambria" w:hAnsi="Cambria"/>
          <w:bCs/>
          <w:sz w:val="22"/>
        </w:rPr>
        <w:instrText xml:space="preserve"> FORMCHECKBOX </w:instrText>
      </w:r>
      <w:r w:rsidRPr="00123D40">
        <w:rPr>
          <w:rFonts w:ascii="Cambria" w:hAnsi="Cambria"/>
          <w:bCs/>
          <w:sz w:val="22"/>
        </w:rPr>
      </w:r>
      <w:r w:rsidRPr="00123D40">
        <w:rPr>
          <w:rFonts w:ascii="Cambria" w:hAnsi="Cambria"/>
          <w:bCs/>
          <w:sz w:val="22"/>
        </w:rPr>
        <w:fldChar w:fldCharType="separate"/>
      </w:r>
      <w:r w:rsidRPr="00123D40">
        <w:rPr>
          <w:rFonts w:ascii="Cambria" w:hAnsi="Cambria"/>
          <w:bCs/>
          <w:sz w:val="22"/>
        </w:rPr>
        <w:fldChar w:fldCharType="end"/>
      </w:r>
      <w:r w:rsidRPr="00123D40">
        <w:rPr>
          <w:rFonts w:ascii="Cambria" w:hAnsi="Cambria"/>
          <w:bCs/>
          <w:sz w:val="22"/>
        </w:rPr>
        <w:t xml:space="preserve"> </w:t>
      </w:r>
      <w:r w:rsidRPr="00123D40">
        <w:rPr>
          <w:rFonts w:ascii="Cambria" w:hAnsi="Cambria"/>
          <w:bCs/>
          <w:sz w:val="22"/>
        </w:rPr>
        <w:t>Wykonawca składający ofertę samodzielnie spełnia warunek udziału dotyczący posiadania aktualnego wpisu do rejestru BDO w zakresie transportu odpadów obejmującego kody wskazane w Opisie przedmiotu zamówienia.</w:t>
      </w:r>
    </w:p>
    <w:p w14:paraId="16B9FBE5" w14:textId="52226122" w:rsidR="00E57CFD" w:rsidRPr="00123D40" w:rsidRDefault="00123D40" w:rsidP="00123D40">
      <w:pPr>
        <w:jc w:val="both"/>
        <w:rPr>
          <w:rFonts w:ascii="Cambria" w:hAnsi="Cambria"/>
          <w:bCs/>
          <w:sz w:val="22"/>
        </w:rPr>
      </w:pPr>
      <w:r w:rsidRPr="00123D40">
        <w:rPr>
          <w:rFonts w:ascii="Cambria" w:hAnsi="Cambria"/>
          <w:bCs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123D40">
        <w:rPr>
          <w:rFonts w:ascii="Cambria" w:hAnsi="Cambria"/>
          <w:bCs/>
          <w:sz w:val="22"/>
        </w:rPr>
        <w:instrText xml:space="preserve"> FORMCHECKBOX </w:instrText>
      </w:r>
      <w:r w:rsidRPr="00123D40">
        <w:rPr>
          <w:rFonts w:ascii="Cambria" w:hAnsi="Cambria"/>
          <w:bCs/>
          <w:sz w:val="22"/>
        </w:rPr>
      </w:r>
      <w:r w:rsidRPr="00123D40">
        <w:rPr>
          <w:rFonts w:ascii="Cambria" w:hAnsi="Cambria"/>
          <w:bCs/>
          <w:sz w:val="22"/>
        </w:rPr>
        <w:fldChar w:fldCharType="separate"/>
      </w:r>
      <w:r w:rsidRPr="00123D40">
        <w:rPr>
          <w:rFonts w:ascii="Cambria" w:hAnsi="Cambria"/>
          <w:bCs/>
          <w:sz w:val="22"/>
        </w:rPr>
        <w:fldChar w:fldCharType="end"/>
      </w:r>
      <w:r w:rsidRPr="00123D40">
        <w:rPr>
          <w:rFonts w:ascii="Cambria" w:hAnsi="Cambria"/>
          <w:bCs/>
          <w:sz w:val="22"/>
        </w:rPr>
        <w:t xml:space="preserve"> W przypadku Wykonawc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w wsp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lnie ubiegaj</w:t>
      </w:r>
      <w:r w:rsidRPr="00123D40">
        <w:rPr>
          <w:rFonts w:ascii="Cambria" w:hAnsi="Cambria" w:cs="Cambria"/>
          <w:bCs/>
          <w:sz w:val="22"/>
        </w:rPr>
        <w:t>ą</w:t>
      </w:r>
      <w:r w:rsidRPr="00123D40">
        <w:rPr>
          <w:rFonts w:ascii="Cambria" w:hAnsi="Cambria"/>
          <w:bCs/>
          <w:sz w:val="22"/>
        </w:rPr>
        <w:t>cych si</w:t>
      </w:r>
      <w:r w:rsidRPr="00123D40">
        <w:rPr>
          <w:rFonts w:ascii="Cambria" w:hAnsi="Cambria" w:cs="Cambria"/>
          <w:bCs/>
          <w:sz w:val="22"/>
        </w:rPr>
        <w:t>ę</w:t>
      </w:r>
      <w:r w:rsidRPr="00123D40">
        <w:rPr>
          <w:rFonts w:ascii="Cambria" w:hAnsi="Cambria"/>
          <w:bCs/>
          <w:sz w:val="22"/>
        </w:rPr>
        <w:t xml:space="preserve"> o udzielenie zam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wienia warunek spe</w:t>
      </w:r>
      <w:r w:rsidRPr="00123D40">
        <w:rPr>
          <w:rFonts w:ascii="Cambria" w:hAnsi="Cambria" w:cs="Cambria"/>
          <w:bCs/>
          <w:sz w:val="22"/>
        </w:rPr>
        <w:t>ł</w:t>
      </w:r>
      <w:r w:rsidRPr="00123D40">
        <w:rPr>
          <w:rFonts w:ascii="Cambria" w:hAnsi="Cambria"/>
          <w:bCs/>
          <w:sz w:val="22"/>
        </w:rPr>
        <w:t>nia Wykonawca wsp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lnie ubiegaj</w:t>
      </w:r>
      <w:r w:rsidRPr="00123D40">
        <w:rPr>
          <w:rFonts w:ascii="Cambria" w:hAnsi="Cambria" w:cs="Cambria"/>
          <w:bCs/>
          <w:sz w:val="22"/>
        </w:rPr>
        <w:t>ą</w:t>
      </w:r>
      <w:r w:rsidRPr="00123D40">
        <w:rPr>
          <w:rFonts w:ascii="Cambria" w:hAnsi="Cambria"/>
          <w:bCs/>
          <w:sz w:val="22"/>
        </w:rPr>
        <w:t>cy si</w:t>
      </w:r>
      <w:r w:rsidRPr="00123D40">
        <w:rPr>
          <w:rFonts w:ascii="Cambria" w:hAnsi="Cambria" w:cs="Cambria"/>
          <w:bCs/>
          <w:sz w:val="22"/>
        </w:rPr>
        <w:t>ę</w:t>
      </w:r>
      <w:r w:rsidRPr="00123D40">
        <w:rPr>
          <w:rFonts w:ascii="Cambria" w:hAnsi="Cambria"/>
          <w:bCs/>
          <w:sz w:val="22"/>
        </w:rPr>
        <w:t xml:space="preserve"> o udzielenie zam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wienia, kt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ry b</w:t>
      </w:r>
      <w:r w:rsidRPr="00123D40">
        <w:rPr>
          <w:rFonts w:ascii="Cambria" w:hAnsi="Cambria" w:cs="Cambria"/>
          <w:bCs/>
          <w:sz w:val="22"/>
        </w:rPr>
        <w:t>ę</w:t>
      </w:r>
      <w:r w:rsidRPr="00123D40">
        <w:rPr>
          <w:rFonts w:ascii="Cambria" w:hAnsi="Cambria"/>
          <w:bCs/>
          <w:sz w:val="22"/>
        </w:rPr>
        <w:t>dzie wykonywa</w:t>
      </w:r>
      <w:r w:rsidRPr="00123D40">
        <w:rPr>
          <w:rFonts w:ascii="Cambria" w:hAnsi="Cambria" w:cs="Cambria"/>
          <w:bCs/>
          <w:sz w:val="22"/>
        </w:rPr>
        <w:t>ł</w:t>
      </w:r>
      <w:r w:rsidRPr="00123D40">
        <w:rPr>
          <w:rFonts w:ascii="Cambria" w:hAnsi="Cambria"/>
          <w:bCs/>
          <w:sz w:val="22"/>
        </w:rPr>
        <w:t xml:space="preserve"> transport odpad</w:t>
      </w:r>
      <w:r w:rsidRPr="00123D40">
        <w:rPr>
          <w:rFonts w:ascii="Cambria" w:hAnsi="Cambria" w:cs="Cambria"/>
          <w:bCs/>
          <w:sz w:val="22"/>
        </w:rPr>
        <w:t>ó</w:t>
      </w:r>
      <w:r w:rsidRPr="00123D40">
        <w:rPr>
          <w:rFonts w:ascii="Cambria" w:hAnsi="Cambria"/>
          <w:bCs/>
          <w:sz w:val="22"/>
        </w:rPr>
        <w:t>w. Dane tego Wykonawcy wskazano w tabeli poni</w:t>
      </w:r>
      <w:r w:rsidRPr="00123D40">
        <w:rPr>
          <w:rFonts w:ascii="Cambria" w:hAnsi="Cambria" w:cs="Cambria"/>
          <w:bCs/>
          <w:sz w:val="22"/>
        </w:rPr>
        <w:t>ż</w:t>
      </w:r>
      <w:r w:rsidRPr="00123D40">
        <w:rPr>
          <w:rFonts w:ascii="Cambria" w:hAnsi="Cambria"/>
          <w:bCs/>
          <w:sz w:val="22"/>
        </w:rPr>
        <w:t>ej.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002"/>
        <w:gridCol w:w="3568"/>
        <w:gridCol w:w="2492"/>
      </w:tblGrid>
      <w:tr w:rsidR="00E57CFD" w:rsidRPr="00260484" w14:paraId="027C62E2" w14:textId="77777777">
        <w:trPr>
          <w:trHeight w:val="811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78012C9F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t>Numer rejestrowy BDO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6019C4F3" w14:textId="5C5F0C1B" w:rsidR="00E57CFD" w:rsidRPr="00260484" w:rsidRDefault="00DF5DA9" w:rsidP="00E57CFD">
            <w:pPr>
              <w:rPr>
                <w:rFonts w:ascii="Cambria" w:hAnsi="Cambria"/>
                <w:sz w:val="22"/>
              </w:rPr>
            </w:pPr>
            <w:r w:rsidRPr="00DF5DA9">
              <w:rPr>
                <w:rFonts w:ascii="Cambria" w:hAnsi="Cambria"/>
                <w:sz w:val="22"/>
              </w:rPr>
              <w:t>Nazwa Wykonawcy albo członka konsorcjum spełniającego warunek udziału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F7"/>
            <w:vAlign w:val="center"/>
            <w:hideMark/>
          </w:tcPr>
          <w:p w14:paraId="57A57B69" w14:textId="1383C3FF" w:rsidR="00E57CFD" w:rsidRPr="00260484" w:rsidRDefault="00DF5DA9" w:rsidP="00E57CFD">
            <w:pPr>
              <w:rPr>
                <w:rFonts w:ascii="Cambria" w:hAnsi="Cambria"/>
                <w:sz w:val="22"/>
              </w:rPr>
            </w:pPr>
            <w:r w:rsidRPr="00DF5DA9">
              <w:rPr>
                <w:rFonts w:ascii="Cambria" w:hAnsi="Cambria"/>
                <w:sz w:val="22"/>
              </w:rPr>
              <w:t>Kody odpadów objęte wpisem</w:t>
            </w:r>
          </w:p>
        </w:tc>
      </w:tr>
      <w:tr w:rsidR="00E57CFD" w:rsidRPr="003D7E4F" w14:paraId="3D2F08D4" w14:textId="77777777">
        <w:trPr>
          <w:trHeight w:val="547"/>
        </w:trPr>
        <w:tc>
          <w:tcPr>
            <w:tcW w:w="3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78EA359D" w14:textId="77777777" w:rsidR="00E57CFD" w:rsidRPr="003D7E4F" w:rsidRDefault="00E57CFD" w:rsidP="00E57CFD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D7E4F">
              <w:rPr>
                <w:rFonts w:ascii="Cambria" w:hAnsi="Cambria"/>
                <w:i/>
                <w:iCs/>
                <w:sz w:val="18"/>
                <w:szCs w:val="18"/>
              </w:rPr>
              <w:t>[wpisać]</w:t>
            </w:r>
          </w:p>
        </w:tc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4C17CD1C" w14:textId="77777777" w:rsidR="00E57CFD" w:rsidRPr="003D7E4F" w:rsidRDefault="00E57CFD" w:rsidP="00E57CFD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D7E4F">
              <w:rPr>
                <w:rFonts w:ascii="Cambria" w:hAnsi="Cambria"/>
                <w:i/>
                <w:iCs/>
                <w:sz w:val="18"/>
                <w:szCs w:val="18"/>
              </w:rPr>
              <w:t>[wpisać]</w:t>
            </w:r>
          </w:p>
        </w:tc>
        <w:tc>
          <w:tcPr>
            <w:tcW w:w="2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48248C81" w14:textId="77777777" w:rsidR="00E57CFD" w:rsidRPr="003D7E4F" w:rsidRDefault="00E57CFD" w:rsidP="00E57CFD">
            <w:pPr>
              <w:rPr>
                <w:rFonts w:ascii="Cambria" w:hAnsi="Cambria"/>
                <w:i/>
                <w:iCs/>
                <w:sz w:val="18"/>
                <w:szCs w:val="18"/>
              </w:rPr>
            </w:pPr>
            <w:r w:rsidRPr="003D7E4F">
              <w:rPr>
                <w:rFonts w:ascii="Cambria" w:hAnsi="Cambria"/>
                <w:i/>
                <w:iCs/>
                <w:sz w:val="18"/>
                <w:szCs w:val="18"/>
              </w:rPr>
              <w:t>[wpisać]</w:t>
            </w:r>
          </w:p>
        </w:tc>
      </w:tr>
    </w:tbl>
    <w:p w14:paraId="026D8437" w14:textId="77777777" w:rsidR="003D7E4F" w:rsidRDefault="003D7E4F" w:rsidP="003D7E4F">
      <w:pPr>
        <w:pStyle w:val="Akapitzlist"/>
        <w:rPr>
          <w:rFonts w:ascii="Cambria" w:hAnsi="Cambria"/>
          <w:sz w:val="22"/>
        </w:rPr>
      </w:pPr>
    </w:p>
    <w:p w14:paraId="5072904C" w14:textId="077A85D9" w:rsidR="00E57CFD" w:rsidRPr="003D7E4F" w:rsidRDefault="00E57CFD" w:rsidP="003D7E4F">
      <w:pPr>
        <w:pStyle w:val="Akapitzlist"/>
        <w:numPr>
          <w:ilvl w:val="0"/>
          <w:numId w:val="12"/>
        </w:numPr>
        <w:rPr>
          <w:rFonts w:ascii="Cambria" w:hAnsi="Cambria"/>
          <w:b/>
          <w:bCs/>
          <w:sz w:val="22"/>
        </w:rPr>
      </w:pPr>
      <w:r w:rsidRPr="003D7E4F">
        <w:rPr>
          <w:rFonts w:ascii="Cambria" w:hAnsi="Cambria"/>
          <w:b/>
          <w:bCs/>
          <w:sz w:val="22"/>
        </w:rPr>
        <w:t>INFORMACJA O CERTYFIKACIE WYKONAWCY</w:t>
      </w:r>
    </w:p>
    <w:p w14:paraId="561680EF" w14:textId="77777777" w:rsidR="00E57CFD" w:rsidRPr="00260484" w:rsidRDefault="00E57CFD" w:rsidP="00E57CFD">
      <w:pPr>
        <w:rPr>
          <w:rFonts w:ascii="Cambria" w:hAnsi="Cambria"/>
          <w:sz w:val="22"/>
        </w:rPr>
      </w:pPr>
      <w:r w:rsidRPr="00260484">
        <w:rPr>
          <w:rFonts w:ascii="Cambria" w:hAnsi="Cambria"/>
          <w:sz w:val="22"/>
        </w:rPr>
        <w:t>Zaznaczyć jedno pole:</w:t>
      </w:r>
    </w:p>
    <w:p w14:paraId="385D3C0C" w14:textId="7FFABF0E" w:rsidR="00E57CFD" w:rsidRPr="00260484" w:rsidRDefault="003D7E4F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nie będę posługiwać się certyfikatem wykonawcy;</w:t>
      </w:r>
    </w:p>
    <w:p w14:paraId="6BD56F6C" w14:textId="4C5B82DA" w:rsidR="00E57CFD" w:rsidRPr="00260484" w:rsidRDefault="003D7E4F" w:rsidP="00E57CFD">
      <w:pPr>
        <w:rPr>
          <w:rFonts w:ascii="Cambria" w:hAnsi="Cambria"/>
          <w:sz w:val="22"/>
        </w:rPr>
      </w:pPr>
      <w:r w:rsidRPr="005A4BED">
        <w:rPr>
          <w:rFonts w:ascii="Cambria" w:hAnsi="Cambria"/>
          <w:b/>
          <w:sz w:val="22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</w:checkBox>
          </w:ffData>
        </w:fldChar>
      </w:r>
      <w:r w:rsidRPr="005A4BED">
        <w:rPr>
          <w:rFonts w:ascii="Cambria" w:hAnsi="Cambria"/>
          <w:b/>
          <w:sz w:val="22"/>
        </w:rPr>
        <w:instrText xml:space="preserve"> FORMCHECKBOX </w:instrText>
      </w:r>
      <w:r w:rsidRPr="005A4BED">
        <w:rPr>
          <w:rFonts w:ascii="Cambria" w:hAnsi="Cambria"/>
          <w:b/>
          <w:sz w:val="22"/>
        </w:rPr>
      </w:r>
      <w:r w:rsidRPr="005A4BED">
        <w:rPr>
          <w:rFonts w:ascii="Cambria" w:hAnsi="Cambria"/>
          <w:b/>
          <w:sz w:val="22"/>
        </w:rPr>
        <w:fldChar w:fldCharType="separate"/>
      </w:r>
      <w:r w:rsidRPr="005A4BED">
        <w:rPr>
          <w:rFonts w:ascii="Cambria" w:hAnsi="Cambria"/>
          <w:b/>
          <w:sz w:val="22"/>
        </w:rPr>
        <w:fldChar w:fldCharType="end"/>
      </w:r>
      <w:r>
        <w:rPr>
          <w:rFonts w:ascii="Cambria" w:hAnsi="Cambria"/>
          <w:b/>
          <w:sz w:val="22"/>
        </w:rPr>
        <w:t xml:space="preserve"> </w:t>
      </w:r>
      <w:r w:rsidR="00E57CFD" w:rsidRPr="00260484">
        <w:rPr>
          <w:rFonts w:ascii="Cambria" w:hAnsi="Cambria"/>
          <w:sz w:val="22"/>
        </w:rPr>
        <w:t>będę posługiwać się certyfikatem wykonawcy, o którym mowa w art. 124 ust. 2 ustawy Pzp – dane certyfikatu wskazuję poniżej.</w:t>
      </w:r>
    </w:p>
    <w:tbl>
      <w:tblPr>
        <w:tblW w:w="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434"/>
        <w:gridCol w:w="4434"/>
      </w:tblGrid>
      <w:tr w:rsidR="00E57CFD" w:rsidRPr="00260484" w14:paraId="3C94970A" w14:textId="77777777">
        <w:trPr>
          <w:trHeight w:val="541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762084FB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t>Numer lub oznaczenie certyfikatu</w:t>
            </w:r>
          </w:p>
        </w:tc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589A9009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i/>
                <w:iCs/>
                <w:sz w:val="22"/>
              </w:rPr>
              <w:t>[wpisać]</w:t>
            </w:r>
          </w:p>
        </w:tc>
      </w:tr>
      <w:tr w:rsidR="00E57CFD" w:rsidRPr="00260484" w14:paraId="58E10115" w14:textId="77777777">
        <w:trPr>
          <w:trHeight w:val="531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2B733872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t>Nazwa podmiotu certyfikującego</w:t>
            </w:r>
          </w:p>
        </w:tc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7E4930C5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i/>
                <w:iCs/>
                <w:sz w:val="22"/>
              </w:rPr>
              <w:t>[wpisać]</w:t>
            </w:r>
          </w:p>
        </w:tc>
      </w:tr>
      <w:tr w:rsidR="00E57CFD" w:rsidRPr="00260484" w14:paraId="6E8312D8" w14:textId="77777777">
        <w:trPr>
          <w:trHeight w:val="270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4AF364DC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t>Okres ważności certyfikacji</w:t>
            </w:r>
          </w:p>
        </w:tc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76712AC7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i/>
                <w:iCs/>
                <w:sz w:val="22"/>
              </w:rPr>
              <w:t>[wpisać]</w:t>
            </w:r>
          </w:p>
        </w:tc>
      </w:tr>
      <w:tr w:rsidR="00E57CFD" w:rsidRPr="00260484" w14:paraId="65273F61" w14:textId="77777777">
        <w:trPr>
          <w:trHeight w:val="1073"/>
        </w:trPr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AED"/>
            <w:vAlign w:val="center"/>
            <w:hideMark/>
          </w:tcPr>
          <w:p w14:paraId="3576E0BB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sz w:val="22"/>
              </w:rPr>
              <w:t>Zakres wykorzystania certyfikatu</w:t>
            </w:r>
          </w:p>
        </w:tc>
        <w:tc>
          <w:tcPr>
            <w:tcW w:w="4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8E4"/>
            <w:vAlign w:val="center"/>
            <w:hideMark/>
          </w:tcPr>
          <w:p w14:paraId="2C982DF1" w14:textId="77777777" w:rsidR="00E57CFD" w:rsidRPr="00260484" w:rsidRDefault="00E57CFD" w:rsidP="00E57CFD">
            <w:pPr>
              <w:rPr>
                <w:rFonts w:ascii="Cambria" w:hAnsi="Cambria"/>
                <w:sz w:val="22"/>
              </w:rPr>
            </w:pPr>
            <w:r w:rsidRPr="00260484">
              <w:rPr>
                <w:rFonts w:ascii="Cambria" w:hAnsi="Cambria"/>
                <w:i/>
                <w:iCs/>
                <w:sz w:val="22"/>
              </w:rPr>
              <w:t>[wskazać podstawy wykluczenia lub warunki udziału potwierdzane certyfikatem]</w:t>
            </w:r>
          </w:p>
        </w:tc>
      </w:tr>
    </w:tbl>
    <w:p w14:paraId="70DFFEAF" w14:textId="77777777" w:rsidR="003D7E4F" w:rsidRPr="003D7E4F" w:rsidRDefault="003D7E4F" w:rsidP="003D7E4F">
      <w:pPr>
        <w:pStyle w:val="Akapitzlist"/>
        <w:rPr>
          <w:rFonts w:ascii="Cambria" w:hAnsi="Cambria"/>
          <w:sz w:val="22"/>
        </w:rPr>
      </w:pPr>
    </w:p>
    <w:p w14:paraId="2DB75B5C" w14:textId="4AC4899C" w:rsidR="00E57CFD" w:rsidRPr="003307A0" w:rsidRDefault="00E57CFD" w:rsidP="003D7E4F">
      <w:pPr>
        <w:pStyle w:val="Akapitzlist"/>
        <w:numPr>
          <w:ilvl w:val="0"/>
          <w:numId w:val="12"/>
        </w:numPr>
        <w:rPr>
          <w:rFonts w:ascii="Cambria" w:hAnsi="Cambria"/>
          <w:b/>
          <w:bCs/>
          <w:sz w:val="22"/>
        </w:rPr>
      </w:pPr>
      <w:r w:rsidRPr="003307A0">
        <w:rPr>
          <w:rFonts w:ascii="Cambria" w:hAnsi="Cambria"/>
          <w:b/>
          <w:bCs/>
          <w:sz w:val="22"/>
        </w:rPr>
        <w:t>OŚWIADCZENIE KOŃCOWE</w:t>
      </w:r>
    </w:p>
    <w:p w14:paraId="6E389A35" w14:textId="77777777" w:rsidR="00E57CFD" w:rsidRPr="00260484" w:rsidRDefault="00E57CFD" w:rsidP="00E57CFD">
      <w:pPr>
        <w:rPr>
          <w:rFonts w:ascii="Cambria" w:hAnsi="Cambria"/>
          <w:sz w:val="22"/>
        </w:rPr>
      </w:pPr>
      <w:r w:rsidRPr="00260484">
        <w:rPr>
          <w:rFonts w:ascii="Cambria" w:hAnsi="Cambria"/>
          <w:sz w:val="22"/>
        </w:rPr>
        <w:t>Oświadczam, że informacje podane w niniejszym oświadczeniu są aktualne i zgodne z prawdą oraz zostały przedstawione z uwzględnieniem konsekwencji wprowadzenia Zamawiającego w błąd. Zobowiązuję się niezwłocznie poinformować Zamawiającego o zmianie okoliczności mających wpływ na treść oświadczenia.</w:t>
      </w:r>
    </w:p>
    <w:p w14:paraId="0C80CF87" w14:textId="77777777" w:rsidR="00E57CFD" w:rsidRPr="003307A0" w:rsidRDefault="00E57CFD" w:rsidP="00E57CFD">
      <w:pPr>
        <w:rPr>
          <w:rFonts w:ascii="Cambria" w:hAnsi="Cambria"/>
          <w:sz w:val="20"/>
          <w:szCs w:val="20"/>
        </w:rPr>
      </w:pPr>
      <w:r w:rsidRPr="003307A0">
        <w:rPr>
          <w:rFonts w:ascii="Cambria" w:hAnsi="Cambria"/>
          <w:i/>
          <w:iCs/>
          <w:sz w:val="20"/>
          <w:szCs w:val="20"/>
        </w:rPr>
        <w:t>Dokument należy opatrzyć kwalifikowanym podpisem elektronicznym, podpisem zaufanym albo podpisem osobistym.</w:t>
      </w:r>
    </w:p>
    <w:p w14:paraId="2C56FAA7" w14:textId="26AB1A51" w:rsidR="00A06416" w:rsidRPr="00260484" w:rsidRDefault="00A06416" w:rsidP="00E57CFD"/>
    <w:sectPr w:rsidR="00A06416" w:rsidRPr="00260484" w:rsidSect="00534B26">
      <w:headerReference w:type="default" r:id="rId8"/>
      <w:footerReference w:type="default" r:id="rId9"/>
      <w:pgSz w:w="11906" w:h="16838"/>
      <w:pgMar w:top="1417" w:right="1417" w:bottom="1417" w:left="1417" w:header="312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1BBFE" w14:textId="77777777" w:rsidR="00B602FC" w:rsidRPr="00BD1DCF" w:rsidRDefault="00B602FC">
      <w:pPr>
        <w:spacing w:after="0" w:line="240" w:lineRule="auto"/>
      </w:pPr>
      <w:r w:rsidRPr="00BD1DCF">
        <w:separator/>
      </w:r>
    </w:p>
  </w:endnote>
  <w:endnote w:type="continuationSeparator" w:id="0">
    <w:p w14:paraId="605AFD58" w14:textId="77777777" w:rsidR="00B602FC" w:rsidRPr="00BD1DCF" w:rsidRDefault="00B602FC">
      <w:pPr>
        <w:spacing w:after="0" w:line="240" w:lineRule="auto"/>
      </w:pPr>
      <w:r w:rsidRPr="00BD1D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3D45A" w14:textId="77777777" w:rsidR="00032104" w:rsidRPr="00BD1DCF" w:rsidRDefault="00845E45">
    <w:pPr>
      <w:pStyle w:val="Stopka"/>
      <w:jc w:val="right"/>
    </w:pPr>
    <w:r w:rsidRPr="00BD1DCF">
      <w:rPr>
        <w:sz w:val="16"/>
      </w:rPr>
      <w:t xml:space="preserve">Strona </w:t>
    </w:r>
    <w:r w:rsidRPr="00BD1DCF">
      <w:rPr>
        <w:sz w:val="16"/>
      </w:rPr>
      <w:fldChar w:fldCharType="begin"/>
    </w:r>
    <w:r w:rsidRPr="00BD1DCF">
      <w:rPr>
        <w:sz w:val="16"/>
      </w:rPr>
      <w:instrText xml:space="preserve"> PAGE </w:instrText>
    </w:r>
    <w:r w:rsidRPr="00BD1DCF">
      <w:rPr>
        <w:sz w:val="16"/>
      </w:rPr>
      <w:fldChar w:fldCharType="separate"/>
    </w:r>
    <w:r w:rsidR="00182060" w:rsidRPr="00BD1DCF">
      <w:rPr>
        <w:sz w:val="16"/>
      </w:rPr>
      <w:t>1</w:t>
    </w:r>
    <w:r w:rsidRPr="00BD1DCF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18385" w14:textId="77777777" w:rsidR="00B602FC" w:rsidRPr="00BD1DCF" w:rsidRDefault="00B602FC">
      <w:pPr>
        <w:spacing w:after="0" w:line="240" w:lineRule="auto"/>
      </w:pPr>
      <w:r w:rsidRPr="00BD1DCF">
        <w:separator/>
      </w:r>
    </w:p>
  </w:footnote>
  <w:footnote w:type="continuationSeparator" w:id="0">
    <w:p w14:paraId="1A13E83D" w14:textId="77777777" w:rsidR="00B602FC" w:rsidRPr="00BD1DCF" w:rsidRDefault="00B602FC">
      <w:pPr>
        <w:spacing w:after="0" w:line="240" w:lineRule="auto"/>
      </w:pPr>
      <w:r w:rsidRPr="00BD1DC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E0459" w14:textId="77777777" w:rsidR="00032104" w:rsidRPr="00BD1DCF" w:rsidRDefault="00845E45">
    <w:pPr>
      <w:pStyle w:val="Nagwek"/>
    </w:pPr>
    <w:r w:rsidRPr="00BD1DCF">
      <w:rPr>
        <w:noProof/>
      </w:rPr>
      <w:drawing>
        <wp:inline distT="0" distB="0" distL="0" distR="0" wp14:anchorId="262413FF" wp14:editId="0F400117">
          <wp:extent cx="1238250" cy="113665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cz_logo_annex4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38533" cy="113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5F6FEF"/>
    <w:multiLevelType w:val="hybridMultilevel"/>
    <w:tmpl w:val="DC7030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9B7124"/>
    <w:multiLevelType w:val="hybridMultilevel"/>
    <w:tmpl w:val="6D527080"/>
    <w:lvl w:ilvl="0" w:tplc="6706A99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554F4B"/>
    <w:multiLevelType w:val="hybridMultilevel"/>
    <w:tmpl w:val="807CA56A"/>
    <w:lvl w:ilvl="0" w:tplc="749E3BB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035154">
    <w:abstractNumId w:val="8"/>
  </w:num>
  <w:num w:numId="2" w16cid:durableId="1585148033">
    <w:abstractNumId w:val="6"/>
  </w:num>
  <w:num w:numId="3" w16cid:durableId="1634016694">
    <w:abstractNumId w:val="5"/>
  </w:num>
  <w:num w:numId="4" w16cid:durableId="1435053183">
    <w:abstractNumId w:val="4"/>
  </w:num>
  <w:num w:numId="5" w16cid:durableId="1776629823">
    <w:abstractNumId w:val="7"/>
  </w:num>
  <w:num w:numId="6" w16cid:durableId="1218782827">
    <w:abstractNumId w:val="3"/>
  </w:num>
  <w:num w:numId="7" w16cid:durableId="983389424">
    <w:abstractNumId w:val="2"/>
  </w:num>
  <w:num w:numId="8" w16cid:durableId="31658150">
    <w:abstractNumId w:val="1"/>
  </w:num>
  <w:num w:numId="9" w16cid:durableId="1375737278">
    <w:abstractNumId w:val="0"/>
  </w:num>
  <w:num w:numId="10" w16cid:durableId="208881410">
    <w:abstractNumId w:val="10"/>
  </w:num>
  <w:num w:numId="11" w16cid:durableId="1682660613">
    <w:abstractNumId w:val="11"/>
  </w:num>
  <w:num w:numId="12" w16cid:durableId="18918424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2104"/>
    <w:rsid w:val="00034616"/>
    <w:rsid w:val="00045814"/>
    <w:rsid w:val="0006063C"/>
    <w:rsid w:val="000B4652"/>
    <w:rsid w:val="001019D2"/>
    <w:rsid w:val="00123D40"/>
    <w:rsid w:val="0015074B"/>
    <w:rsid w:val="00164428"/>
    <w:rsid w:val="0016656F"/>
    <w:rsid w:val="00182060"/>
    <w:rsid w:val="001E20DB"/>
    <w:rsid w:val="00260484"/>
    <w:rsid w:val="0029639D"/>
    <w:rsid w:val="002B348D"/>
    <w:rsid w:val="00305D3A"/>
    <w:rsid w:val="00316088"/>
    <w:rsid w:val="00326F90"/>
    <w:rsid w:val="003307A0"/>
    <w:rsid w:val="00372EDB"/>
    <w:rsid w:val="003D7E4F"/>
    <w:rsid w:val="0043519A"/>
    <w:rsid w:val="004548FB"/>
    <w:rsid w:val="00533877"/>
    <w:rsid w:val="00534B26"/>
    <w:rsid w:val="00682032"/>
    <w:rsid w:val="00696820"/>
    <w:rsid w:val="00705FF2"/>
    <w:rsid w:val="00707538"/>
    <w:rsid w:val="007409B9"/>
    <w:rsid w:val="007C70F8"/>
    <w:rsid w:val="007F047D"/>
    <w:rsid w:val="007F0B99"/>
    <w:rsid w:val="00845E45"/>
    <w:rsid w:val="00867938"/>
    <w:rsid w:val="00883172"/>
    <w:rsid w:val="00884F7B"/>
    <w:rsid w:val="008C63B3"/>
    <w:rsid w:val="00963BAB"/>
    <w:rsid w:val="009D56E8"/>
    <w:rsid w:val="00A06416"/>
    <w:rsid w:val="00A666FC"/>
    <w:rsid w:val="00AA1D8D"/>
    <w:rsid w:val="00AB0893"/>
    <w:rsid w:val="00B47730"/>
    <w:rsid w:val="00B602FC"/>
    <w:rsid w:val="00B946C1"/>
    <w:rsid w:val="00BD1DCF"/>
    <w:rsid w:val="00BF5DE0"/>
    <w:rsid w:val="00CB0664"/>
    <w:rsid w:val="00CC1C93"/>
    <w:rsid w:val="00D23444"/>
    <w:rsid w:val="00D26232"/>
    <w:rsid w:val="00DB7BB4"/>
    <w:rsid w:val="00DF5DA9"/>
    <w:rsid w:val="00E048CE"/>
    <w:rsid w:val="00E57CFD"/>
    <w:rsid w:val="00EE4ADA"/>
    <w:rsid w:val="00F17CBE"/>
    <w:rsid w:val="00F40161"/>
    <w:rsid w:val="00FB7C5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140070"/>
  <w14:defaultImageDpi w14:val="300"/>
  <w15:docId w15:val="{3435F6FC-E8FC-41C0-BF1F-8F85266EE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/>
    </w:pPr>
    <w:rPr>
      <w:rFonts w:ascii="Arial" w:hAnsi="Arial"/>
      <w:sz w:val="21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nyWeb">
    <w:name w:val="Normal (Web)"/>
    <w:basedOn w:val="Normalny"/>
    <w:uiPriority w:val="99"/>
    <w:rsid w:val="00BD1DCF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508</Words>
  <Characters>3053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Załącznik nr 4 – Oświadczenie z art. 125 ust. 1 ustawy Pzp</vt:lpstr>
      <vt:lpstr/>
    </vt:vector>
  </TitlesOfParts>
  <Manager/>
  <Company/>
  <LinksUpToDate>false</LinksUpToDate>
  <CharactersWithSpaces>3554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– Oświadczenie z art. 125 ust. 1 ustawy Pzp</dc:title>
  <dc:subject>Uniwersalny wzór dla postępowań krajowych</dc:subject>
  <dc:creator>Powiatowe Centrum Zdrowia Sp. z o.o.</dc:creator>
  <cp:keywords/>
  <dc:description>generated by python-docx</dc:description>
  <cp:lastModifiedBy>Bogumila Kalinowska</cp:lastModifiedBy>
  <cp:revision>8</cp:revision>
  <dcterms:created xsi:type="dcterms:W3CDTF">2026-09-20T20:17:00Z</dcterms:created>
  <dcterms:modified xsi:type="dcterms:W3CDTF">2026-10-28T11:17:00Z</dcterms:modified>
  <cp:category/>
</cp:coreProperties>
</file>