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C116" w14:textId="77777777" w:rsidR="008A684F" w:rsidRDefault="00F024DA">
      <w:pPr>
        <w:jc w:val="right"/>
      </w:pPr>
      <w:r>
        <w:t>Załącznik nr 6 do SWZ</w:t>
      </w:r>
    </w:p>
    <w:p w14:paraId="113915BA" w14:textId="77777777" w:rsidR="008A684F" w:rsidRDefault="00F024DA">
      <w:pPr>
        <w:jc w:val="center"/>
      </w:pPr>
      <w:r>
        <w:rPr>
          <w:b/>
          <w:sz w:val="28"/>
        </w:rPr>
        <w:t>FORMULARZ KALKULACYJNY</w:t>
      </w:r>
    </w:p>
    <w:p w14:paraId="560344E7" w14:textId="77777777" w:rsidR="008A684F" w:rsidRDefault="00F024DA">
      <w:pPr>
        <w:jc w:val="center"/>
      </w:pPr>
      <w:r>
        <w:t>Zestawienie asortymentowo-cenowe</w:t>
      </w:r>
    </w:p>
    <w:p w14:paraId="567744EF" w14:textId="77777777" w:rsidR="008A684F" w:rsidRDefault="00F024DA">
      <w:r>
        <w:t>Postępowanie ZP/35/2026 – Dostawa dodatkowego sprzętu odnowy biologicznej i rehabilitacji z podziałem na 2 części</w:t>
      </w:r>
    </w:p>
    <w:p w14:paraId="389C57B2" w14:textId="77777777" w:rsidR="008A684F" w:rsidRDefault="00F024DA">
      <w:r>
        <w:t>Nazwa (firma) Wykonawcy: ........................................................................................................</w:t>
      </w:r>
    </w:p>
    <w:p w14:paraId="60DD1D75" w14:textId="77777777" w:rsidR="008A684F" w:rsidRPr="00E949CC" w:rsidRDefault="00F024DA">
      <w:pPr>
        <w:pStyle w:val="Nagwek2"/>
        <w:rPr>
          <w:color w:val="auto"/>
        </w:rPr>
      </w:pPr>
      <w:r w:rsidRPr="00E949CC">
        <w:rPr>
          <w:color w:val="auto"/>
        </w:rPr>
        <w:t>CZĘŚĆ 1 – Dostawa wanna do hydromasażu wirowego</w:t>
      </w:r>
    </w:p>
    <w:p w14:paraId="1DBFEA85" w14:textId="77777777" w:rsidR="008A684F" w:rsidRDefault="00F024DA">
      <w:r>
        <w:t>Wypełnić wyłącznie w przypadku składania oferty na tę część zamówienia.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5"/>
        <w:gridCol w:w="1871"/>
        <w:gridCol w:w="2268"/>
        <w:gridCol w:w="624"/>
        <w:gridCol w:w="1191"/>
        <w:gridCol w:w="1134"/>
        <w:gridCol w:w="680"/>
        <w:gridCol w:w="1191"/>
      </w:tblGrid>
      <w:tr w:rsidR="008A684F" w14:paraId="1D4CF853" w14:textId="77777777">
        <w:trPr>
          <w:jc w:val="center"/>
        </w:trPr>
        <w:tc>
          <w:tcPr>
            <w:tcW w:w="397" w:type="dxa"/>
          </w:tcPr>
          <w:p w14:paraId="6694C210" w14:textId="77777777" w:rsidR="008A684F" w:rsidRDefault="00F024DA">
            <w:r>
              <w:rPr>
                <w:sz w:val="15"/>
              </w:rPr>
              <w:t>Lp.</w:t>
            </w:r>
          </w:p>
        </w:tc>
        <w:tc>
          <w:tcPr>
            <w:tcW w:w="1871" w:type="dxa"/>
          </w:tcPr>
          <w:p w14:paraId="73E5C02B" w14:textId="77777777" w:rsidR="008A684F" w:rsidRDefault="00F024DA">
            <w:r>
              <w:rPr>
                <w:sz w:val="15"/>
              </w:rPr>
              <w:t>Nazwa urządzenia</w:t>
            </w:r>
          </w:p>
        </w:tc>
        <w:tc>
          <w:tcPr>
            <w:tcW w:w="2268" w:type="dxa"/>
          </w:tcPr>
          <w:p w14:paraId="500A2216" w14:textId="77777777" w:rsidR="008A684F" w:rsidRDefault="00F024DA">
            <w:r>
              <w:rPr>
                <w:sz w:val="15"/>
              </w:rPr>
              <w:t>Producent / nazwa handlowa / model / nr katalogowy (jeżeli dotyczy)</w:t>
            </w:r>
          </w:p>
        </w:tc>
        <w:tc>
          <w:tcPr>
            <w:tcW w:w="624" w:type="dxa"/>
          </w:tcPr>
          <w:p w14:paraId="2FCA988F" w14:textId="77777777" w:rsidR="008A684F" w:rsidRDefault="00F024DA">
            <w:r>
              <w:rPr>
                <w:sz w:val="15"/>
              </w:rPr>
              <w:t>Ilość (szt.)</w:t>
            </w:r>
          </w:p>
        </w:tc>
        <w:tc>
          <w:tcPr>
            <w:tcW w:w="1191" w:type="dxa"/>
          </w:tcPr>
          <w:p w14:paraId="0A4B7560" w14:textId="77777777" w:rsidR="008A684F" w:rsidRDefault="00F024DA">
            <w:r>
              <w:rPr>
                <w:sz w:val="15"/>
              </w:rPr>
              <w:t>Cena jedn. netto (zł)</w:t>
            </w:r>
          </w:p>
        </w:tc>
        <w:tc>
          <w:tcPr>
            <w:tcW w:w="1134" w:type="dxa"/>
          </w:tcPr>
          <w:p w14:paraId="0BE2AC09" w14:textId="77777777" w:rsidR="008A684F" w:rsidRDefault="00F024DA">
            <w:r>
              <w:rPr>
                <w:sz w:val="15"/>
              </w:rPr>
              <w:t>Wartość netto (zł)</w:t>
            </w:r>
          </w:p>
        </w:tc>
        <w:tc>
          <w:tcPr>
            <w:tcW w:w="680" w:type="dxa"/>
          </w:tcPr>
          <w:p w14:paraId="11EE85AD" w14:textId="77777777" w:rsidR="008A684F" w:rsidRDefault="00F024DA">
            <w:r>
              <w:rPr>
                <w:sz w:val="15"/>
              </w:rPr>
              <w:t>VAT (%)</w:t>
            </w:r>
          </w:p>
        </w:tc>
        <w:tc>
          <w:tcPr>
            <w:tcW w:w="1191" w:type="dxa"/>
          </w:tcPr>
          <w:p w14:paraId="068AFE5D" w14:textId="77777777" w:rsidR="008A684F" w:rsidRDefault="00F024DA">
            <w:r>
              <w:rPr>
                <w:sz w:val="15"/>
              </w:rPr>
              <w:t>Wartość brutto (zł)</w:t>
            </w:r>
          </w:p>
        </w:tc>
      </w:tr>
      <w:tr w:rsidR="008A684F" w14:paraId="31E08DF3" w14:textId="77777777">
        <w:trPr>
          <w:jc w:val="center"/>
        </w:trPr>
        <w:tc>
          <w:tcPr>
            <w:tcW w:w="397" w:type="dxa"/>
          </w:tcPr>
          <w:p w14:paraId="2CDF4705" w14:textId="77777777" w:rsidR="008A684F" w:rsidRDefault="00F024DA">
            <w:r>
              <w:rPr>
                <w:sz w:val="15"/>
              </w:rPr>
              <w:t>1</w:t>
            </w:r>
          </w:p>
        </w:tc>
        <w:tc>
          <w:tcPr>
            <w:tcW w:w="1871" w:type="dxa"/>
          </w:tcPr>
          <w:p w14:paraId="0CB44D82" w14:textId="77777777" w:rsidR="008A684F" w:rsidRDefault="00F024DA">
            <w:r>
              <w:rPr>
                <w:sz w:val="15"/>
              </w:rPr>
              <w:t>Wanna do hydromasażu wirowego</w:t>
            </w:r>
          </w:p>
        </w:tc>
        <w:tc>
          <w:tcPr>
            <w:tcW w:w="2268" w:type="dxa"/>
          </w:tcPr>
          <w:p w14:paraId="7C0E1AA9" w14:textId="77777777" w:rsidR="008A684F" w:rsidRDefault="008A684F"/>
        </w:tc>
        <w:tc>
          <w:tcPr>
            <w:tcW w:w="624" w:type="dxa"/>
          </w:tcPr>
          <w:p w14:paraId="4421CC91" w14:textId="77777777" w:rsidR="008A684F" w:rsidRDefault="00F024DA">
            <w:r>
              <w:rPr>
                <w:sz w:val="15"/>
              </w:rPr>
              <w:t>1</w:t>
            </w:r>
          </w:p>
        </w:tc>
        <w:tc>
          <w:tcPr>
            <w:tcW w:w="1191" w:type="dxa"/>
          </w:tcPr>
          <w:p w14:paraId="5FB1A43A" w14:textId="77777777" w:rsidR="008A684F" w:rsidRDefault="008A684F"/>
        </w:tc>
        <w:tc>
          <w:tcPr>
            <w:tcW w:w="1134" w:type="dxa"/>
          </w:tcPr>
          <w:p w14:paraId="3CF61ED6" w14:textId="77777777" w:rsidR="008A684F" w:rsidRDefault="008A684F"/>
        </w:tc>
        <w:tc>
          <w:tcPr>
            <w:tcW w:w="680" w:type="dxa"/>
          </w:tcPr>
          <w:p w14:paraId="4909C272" w14:textId="77777777" w:rsidR="008A684F" w:rsidRDefault="008A684F"/>
        </w:tc>
        <w:tc>
          <w:tcPr>
            <w:tcW w:w="1191" w:type="dxa"/>
          </w:tcPr>
          <w:p w14:paraId="16756CED" w14:textId="77777777" w:rsidR="008A684F" w:rsidRDefault="008A684F"/>
        </w:tc>
      </w:tr>
      <w:tr w:rsidR="008A684F" w14:paraId="58F19CD8" w14:textId="77777777">
        <w:trPr>
          <w:jc w:val="center"/>
        </w:trPr>
        <w:tc>
          <w:tcPr>
            <w:tcW w:w="680" w:type="dxa"/>
            <w:gridSpan w:val="7"/>
          </w:tcPr>
          <w:p w14:paraId="0EB2728E" w14:textId="77777777" w:rsidR="008A684F" w:rsidRDefault="00F024DA">
            <w:r>
              <w:rPr>
                <w:sz w:val="15"/>
              </w:rPr>
              <w:t>RAZEM – CZĘŚĆ 1</w:t>
            </w:r>
          </w:p>
        </w:tc>
        <w:tc>
          <w:tcPr>
            <w:tcW w:w="1191" w:type="dxa"/>
          </w:tcPr>
          <w:p w14:paraId="6EE16BCD" w14:textId="77777777" w:rsidR="008A684F" w:rsidRDefault="008A684F"/>
        </w:tc>
      </w:tr>
    </w:tbl>
    <w:p w14:paraId="481AF099" w14:textId="77777777" w:rsidR="008A684F" w:rsidRDefault="00F024DA">
      <w:r>
        <w:t>Cena ofertowa brutto dla części 1: ........................................................ zł</w:t>
      </w:r>
    </w:p>
    <w:p w14:paraId="4C8CE729" w14:textId="77777777" w:rsidR="008A684F" w:rsidRDefault="00F024DA">
      <w:r>
        <w:t>Słownie: .......................................................................................................................................</w:t>
      </w:r>
    </w:p>
    <w:p w14:paraId="548CF7F8" w14:textId="77777777" w:rsidR="008A684F" w:rsidRDefault="00F024DA">
      <w:r>
        <w:t>Cena obejmuje wszystkie koszty realizacji danej części zamówienia, w tym dostawę, transport, wniesienie, montaż, uruchomienie, szkolenie personelu oraz pozostałe wymagania SWZ i OPZ.</w:t>
      </w:r>
    </w:p>
    <w:p w14:paraId="3F11CA66" w14:textId="77777777" w:rsidR="008A684F" w:rsidRPr="00E949CC" w:rsidRDefault="00F024DA">
      <w:pPr>
        <w:pStyle w:val="Nagwek2"/>
        <w:rPr>
          <w:color w:val="auto"/>
        </w:rPr>
      </w:pPr>
      <w:r w:rsidRPr="00E949CC">
        <w:rPr>
          <w:color w:val="auto"/>
        </w:rPr>
        <w:t>CZĘŚĆ 2 – Dostawa wielokanałowy aparat do masażu uciskowego</w:t>
      </w:r>
    </w:p>
    <w:p w14:paraId="288E74B6" w14:textId="77777777" w:rsidR="008A684F" w:rsidRDefault="00F024DA">
      <w:r>
        <w:t>Wypełnić wyłącznie w przypadku składania oferty na tę część zamówienia.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25"/>
        <w:gridCol w:w="1871"/>
        <w:gridCol w:w="2268"/>
        <w:gridCol w:w="624"/>
        <w:gridCol w:w="1191"/>
        <w:gridCol w:w="1134"/>
        <w:gridCol w:w="680"/>
        <w:gridCol w:w="1191"/>
      </w:tblGrid>
      <w:tr w:rsidR="008A684F" w14:paraId="01DB8463" w14:textId="77777777">
        <w:trPr>
          <w:jc w:val="center"/>
        </w:trPr>
        <w:tc>
          <w:tcPr>
            <w:tcW w:w="397" w:type="dxa"/>
          </w:tcPr>
          <w:p w14:paraId="7C2032CB" w14:textId="77777777" w:rsidR="008A684F" w:rsidRDefault="00F024DA">
            <w:r>
              <w:rPr>
                <w:sz w:val="15"/>
              </w:rPr>
              <w:t>Lp.</w:t>
            </w:r>
          </w:p>
        </w:tc>
        <w:tc>
          <w:tcPr>
            <w:tcW w:w="1871" w:type="dxa"/>
          </w:tcPr>
          <w:p w14:paraId="7A499D4A" w14:textId="77777777" w:rsidR="008A684F" w:rsidRDefault="00F024DA">
            <w:r>
              <w:rPr>
                <w:sz w:val="15"/>
              </w:rPr>
              <w:t>Nazwa urządzenia</w:t>
            </w:r>
          </w:p>
        </w:tc>
        <w:tc>
          <w:tcPr>
            <w:tcW w:w="2268" w:type="dxa"/>
          </w:tcPr>
          <w:p w14:paraId="75241059" w14:textId="77777777" w:rsidR="008A684F" w:rsidRDefault="00F024DA">
            <w:r>
              <w:rPr>
                <w:sz w:val="15"/>
              </w:rPr>
              <w:t>Producent / nazwa handlowa / model / nr katalogowy (jeżeli dotyczy)</w:t>
            </w:r>
          </w:p>
        </w:tc>
        <w:tc>
          <w:tcPr>
            <w:tcW w:w="624" w:type="dxa"/>
          </w:tcPr>
          <w:p w14:paraId="039418E7" w14:textId="77777777" w:rsidR="008A684F" w:rsidRDefault="00F024DA">
            <w:r>
              <w:rPr>
                <w:sz w:val="15"/>
              </w:rPr>
              <w:t>Ilość (szt.)</w:t>
            </w:r>
          </w:p>
        </w:tc>
        <w:tc>
          <w:tcPr>
            <w:tcW w:w="1191" w:type="dxa"/>
          </w:tcPr>
          <w:p w14:paraId="638BFF0D" w14:textId="77777777" w:rsidR="008A684F" w:rsidRDefault="00F024DA">
            <w:r>
              <w:rPr>
                <w:sz w:val="15"/>
              </w:rPr>
              <w:t>Cena jedn. netto (zł)</w:t>
            </w:r>
          </w:p>
        </w:tc>
        <w:tc>
          <w:tcPr>
            <w:tcW w:w="1134" w:type="dxa"/>
          </w:tcPr>
          <w:p w14:paraId="0CC48B37" w14:textId="77777777" w:rsidR="008A684F" w:rsidRDefault="00F024DA">
            <w:r>
              <w:rPr>
                <w:sz w:val="15"/>
              </w:rPr>
              <w:t>Wartość netto (zł)</w:t>
            </w:r>
          </w:p>
        </w:tc>
        <w:tc>
          <w:tcPr>
            <w:tcW w:w="680" w:type="dxa"/>
          </w:tcPr>
          <w:p w14:paraId="6B1D6943" w14:textId="77777777" w:rsidR="008A684F" w:rsidRDefault="00F024DA">
            <w:r>
              <w:rPr>
                <w:sz w:val="15"/>
              </w:rPr>
              <w:t>VAT (%)</w:t>
            </w:r>
          </w:p>
        </w:tc>
        <w:tc>
          <w:tcPr>
            <w:tcW w:w="1191" w:type="dxa"/>
          </w:tcPr>
          <w:p w14:paraId="625C1697" w14:textId="77777777" w:rsidR="008A684F" w:rsidRDefault="00F024DA">
            <w:r>
              <w:rPr>
                <w:sz w:val="15"/>
              </w:rPr>
              <w:t>Wartość brutto (zł)</w:t>
            </w:r>
          </w:p>
        </w:tc>
      </w:tr>
      <w:tr w:rsidR="008A684F" w14:paraId="30EAFD2C" w14:textId="77777777">
        <w:trPr>
          <w:jc w:val="center"/>
        </w:trPr>
        <w:tc>
          <w:tcPr>
            <w:tcW w:w="397" w:type="dxa"/>
          </w:tcPr>
          <w:p w14:paraId="5D728229" w14:textId="77777777" w:rsidR="008A684F" w:rsidRDefault="00F024DA">
            <w:r>
              <w:rPr>
                <w:sz w:val="15"/>
              </w:rPr>
              <w:t>1</w:t>
            </w:r>
          </w:p>
        </w:tc>
        <w:tc>
          <w:tcPr>
            <w:tcW w:w="1871" w:type="dxa"/>
          </w:tcPr>
          <w:p w14:paraId="0CF84195" w14:textId="77777777" w:rsidR="008A684F" w:rsidRDefault="00F024DA">
            <w:r>
              <w:rPr>
                <w:sz w:val="15"/>
              </w:rPr>
              <w:t>Wielokanałowy aparat do masażu uciskowego</w:t>
            </w:r>
          </w:p>
        </w:tc>
        <w:tc>
          <w:tcPr>
            <w:tcW w:w="2268" w:type="dxa"/>
          </w:tcPr>
          <w:p w14:paraId="2AF89DB6" w14:textId="77777777" w:rsidR="008A684F" w:rsidRDefault="008A684F"/>
        </w:tc>
        <w:tc>
          <w:tcPr>
            <w:tcW w:w="624" w:type="dxa"/>
          </w:tcPr>
          <w:p w14:paraId="1EC72BE1" w14:textId="77777777" w:rsidR="008A684F" w:rsidRDefault="00F024DA">
            <w:r>
              <w:rPr>
                <w:sz w:val="15"/>
              </w:rPr>
              <w:t>1</w:t>
            </w:r>
          </w:p>
        </w:tc>
        <w:tc>
          <w:tcPr>
            <w:tcW w:w="1191" w:type="dxa"/>
          </w:tcPr>
          <w:p w14:paraId="59EB2BA1" w14:textId="77777777" w:rsidR="008A684F" w:rsidRDefault="008A684F"/>
        </w:tc>
        <w:tc>
          <w:tcPr>
            <w:tcW w:w="1134" w:type="dxa"/>
          </w:tcPr>
          <w:p w14:paraId="2DF5B7F9" w14:textId="77777777" w:rsidR="008A684F" w:rsidRDefault="008A684F"/>
        </w:tc>
        <w:tc>
          <w:tcPr>
            <w:tcW w:w="680" w:type="dxa"/>
          </w:tcPr>
          <w:p w14:paraId="469FA84B" w14:textId="77777777" w:rsidR="008A684F" w:rsidRDefault="008A684F"/>
        </w:tc>
        <w:tc>
          <w:tcPr>
            <w:tcW w:w="1191" w:type="dxa"/>
          </w:tcPr>
          <w:p w14:paraId="7608211B" w14:textId="77777777" w:rsidR="008A684F" w:rsidRDefault="008A684F"/>
        </w:tc>
      </w:tr>
      <w:tr w:rsidR="008A684F" w14:paraId="6074AA83" w14:textId="77777777">
        <w:trPr>
          <w:jc w:val="center"/>
        </w:trPr>
        <w:tc>
          <w:tcPr>
            <w:tcW w:w="680" w:type="dxa"/>
            <w:gridSpan w:val="7"/>
          </w:tcPr>
          <w:p w14:paraId="41FF5E45" w14:textId="77777777" w:rsidR="008A684F" w:rsidRDefault="00F024DA">
            <w:r>
              <w:rPr>
                <w:sz w:val="15"/>
              </w:rPr>
              <w:t>RAZEM – CZĘŚĆ 2</w:t>
            </w:r>
          </w:p>
        </w:tc>
        <w:tc>
          <w:tcPr>
            <w:tcW w:w="1191" w:type="dxa"/>
          </w:tcPr>
          <w:p w14:paraId="7CD05C5F" w14:textId="77777777" w:rsidR="008A684F" w:rsidRDefault="008A684F"/>
        </w:tc>
      </w:tr>
    </w:tbl>
    <w:p w14:paraId="76BE431F" w14:textId="77777777" w:rsidR="008A684F" w:rsidRDefault="00F024DA">
      <w:r>
        <w:t>Cena ofertowa brutto dla części 2: ........................................................ zł</w:t>
      </w:r>
    </w:p>
    <w:p w14:paraId="7C21ECCD" w14:textId="77777777" w:rsidR="008A684F" w:rsidRDefault="00F024DA">
      <w:r>
        <w:t>Słownie: .......................................................................................................................................</w:t>
      </w:r>
    </w:p>
    <w:p w14:paraId="3C866E15" w14:textId="77777777" w:rsidR="008A684F" w:rsidRDefault="00F024DA">
      <w:r>
        <w:t>Cena obejmuje wszystkie koszty realizacji danej części zamówienia, w tym dostawę, transport, wniesienie, montaż, uruchomienie, szkolenie personelu oraz pozostałe wymagania SWZ i OPZ.</w:t>
      </w:r>
    </w:p>
    <w:p w14:paraId="0C39EDFB" w14:textId="77777777" w:rsidR="008A684F" w:rsidRDefault="00F024DA">
      <w:r>
        <w:t>Uwagi: Wartość netto = ilość × cena jednostkowa netto. Wartość brutto = wartość netto powiększona o należny VAT. Cena brutto danej części musi być zgodna z ceną wskazaną w formularzu ofertowym na Platformie e-Zamówienia. W przypadku zastosowania różnych stawek VAT należy wskazać je osobno dla każdej pozycji.</w:t>
      </w:r>
    </w:p>
    <w:p w14:paraId="256B5B33" w14:textId="77777777" w:rsidR="008A684F" w:rsidRDefault="00F024DA">
      <w:r>
        <w:t>Formularz stanowi treść oferty i nie podlega uzupełnieniu na zasadach dotyczących podmiotowych lub przedmiotowych środków dowodowych. Nie wyłącza to możliwości poprawiania omyłek zgodnie z art. 223 ust. 2 Pzp.</w:t>
      </w:r>
    </w:p>
    <w:p w14:paraId="22968307" w14:textId="77777777" w:rsidR="008A684F" w:rsidRDefault="00F024DA">
      <w:r>
        <w:t>Dokument należy podpisać zgodnie z zasadami określonymi w SWZ.</w:t>
      </w:r>
    </w:p>
    <w:sectPr w:rsidR="008A684F" w:rsidSect="00034616">
      <w:pgSz w:w="12240" w:h="15840"/>
      <w:pgMar w:top="1134" w:right="907" w:bottom="113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6267956">
    <w:abstractNumId w:val="8"/>
  </w:num>
  <w:num w:numId="2" w16cid:durableId="967010653">
    <w:abstractNumId w:val="6"/>
  </w:num>
  <w:num w:numId="3" w16cid:durableId="1424960155">
    <w:abstractNumId w:val="5"/>
  </w:num>
  <w:num w:numId="4" w16cid:durableId="565452061">
    <w:abstractNumId w:val="4"/>
  </w:num>
  <w:num w:numId="5" w16cid:durableId="1905330315">
    <w:abstractNumId w:val="7"/>
  </w:num>
  <w:num w:numId="6" w16cid:durableId="2038266788">
    <w:abstractNumId w:val="3"/>
  </w:num>
  <w:num w:numId="7" w16cid:durableId="1370375215">
    <w:abstractNumId w:val="2"/>
  </w:num>
  <w:num w:numId="8" w16cid:durableId="1413042456">
    <w:abstractNumId w:val="1"/>
  </w:num>
  <w:num w:numId="9" w16cid:durableId="653028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A684F"/>
    <w:rsid w:val="00AA1D8D"/>
    <w:rsid w:val="00AC5629"/>
    <w:rsid w:val="00B47730"/>
    <w:rsid w:val="00CB0664"/>
    <w:rsid w:val="00E949CC"/>
    <w:rsid w:val="00F024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DE0BD"/>
  <w14:defaultImageDpi w14:val="300"/>
  <w15:docId w15:val="{1E731F86-BDB8-47F4-B271-BC520BC20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Magdalena Szczyrk</cp:lastModifiedBy>
  <cp:revision>2</cp:revision>
  <dcterms:created xsi:type="dcterms:W3CDTF">2026-10-28T20:49:00Z</dcterms:created>
  <dcterms:modified xsi:type="dcterms:W3CDTF">2026-10-28T20:49:00Z</dcterms:modified>
  <cp:category/>
</cp:coreProperties>
</file>