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D3332" w14:textId="77777777" w:rsidR="00780300" w:rsidRPr="00376F02" w:rsidRDefault="00000000">
      <w:pPr>
        <w:spacing w:after="40"/>
        <w:jc w:val="center"/>
        <w:rPr>
          <w:lang w:val="pl-PL"/>
        </w:rPr>
      </w:pPr>
      <w:r w:rsidRPr="00376F02">
        <w:rPr>
          <w:rFonts w:eastAsia="Aptos"/>
          <w:b/>
          <w:color w:val="16324F"/>
          <w:sz w:val="23"/>
          <w:lang w:val="pl-PL"/>
        </w:rPr>
        <w:t>ŚRODOWISKOWO-LEKARSKIE WODNE OCHOTNICZE POGOTOWIE RATUNKOWE</w:t>
      </w:r>
    </w:p>
    <w:p w14:paraId="0BB2085E" w14:textId="77777777" w:rsidR="00780300" w:rsidRPr="00376F02" w:rsidRDefault="00000000">
      <w:pPr>
        <w:spacing w:after="400"/>
        <w:jc w:val="center"/>
        <w:rPr>
          <w:lang w:val="pl-PL"/>
        </w:rPr>
      </w:pPr>
      <w:r w:rsidRPr="00376F02">
        <w:rPr>
          <w:rFonts w:eastAsia="Aptos"/>
          <w:color w:val="5C6770"/>
          <w:sz w:val="17"/>
          <w:lang w:val="pl-PL"/>
        </w:rPr>
        <w:t xml:space="preserve">ul. Stanisława Wernera 9/11 lok. 9, 26-600 </w:t>
      </w:r>
      <w:proofErr w:type="gramStart"/>
      <w:r w:rsidRPr="00376F02">
        <w:rPr>
          <w:rFonts w:eastAsia="Aptos"/>
          <w:color w:val="5C6770"/>
          <w:sz w:val="17"/>
          <w:lang w:val="pl-PL"/>
        </w:rPr>
        <w:t>Radom  |</w:t>
      </w:r>
      <w:proofErr w:type="gramEnd"/>
      <w:r w:rsidRPr="00376F02">
        <w:rPr>
          <w:rFonts w:eastAsia="Aptos"/>
          <w:color w:val="5C6770"/>
          <w:sz w:val="17"/>
          <w:lang w:val="pl-PL"/>
        </w:rPr>
        <w:t xml:space="preserve">  NIP </w:t>
      </w:r>
      <w:proofErr w:type="gramStart"/>
      <w:r w:rsidRPr="00376F02">
        <w:rPr>
          <w:rFonts w:eastAsia="Aptos"/>
          <w:color w:val="5C6770"/>
          <w:sz w:val="17"/>
          <w:lang w:val="pl-PL"/>
        </w:rPr>
        <w:t>9482295598  |</w:t>
      </w:r>
      <w:proofErr w:type="gramEnd"/>
      <w:r w:rsidRPr="00376F02">
        <w:rPr>
          <w:rFonts w:eastAsia="Aptos"/>
          <w:color w:val="5C6770"/>
          <w:sz w:val="17"/>
          <w:lang w:val="pl-PL"/>
        </w:rPr>
        <w:t xml:space="preserve">  KRS 0000153380</w:t>
      </w:r>
    </w:p>
    <w:p w14:paraId="47F7B3B9" w14:textId="77777777" w:rsidR="00780300" w:rsidRPr="00376F02" w:rsidRDefault="00000000">
      <w:pPr>
        <w:spacing w:after="160"/>
        <w:jc w:val="center"/>
        <w:rPr>
          <w:lang w:val="pl-PL"/>
        </w:rPr>
      </w:pPr>
      <w:r w:rsidRPr="00376F02">
        <w:rPr>
          <w:rFonts w:eastAsia="Aptos"/>
          <w:b/>
          <w:color w:val="16324F"/>
          <w:sz w:val="42"/>
          <w:lang w:val="pl-PL"/>
        </w:rPr>
        <w:t>ZAŁĄCZNIK NR 6</w:t>
      </w:r>
    </w:p>
    <w:p w14:paraId="04B6952E" w14:textId="77777777" w:rsidR="00780300" w:rsidRPr="00376F02" w:rsidRDefault="00000000">
      <w:pPr>
        <w:spacing w:after="320"/>
        <w:jc w:val="center"/>
        <w:rPr>
          <w:lang w:val="pl-PL"/>
        </w:rPr>
      </w:pPr>
      <w:r w:rsidRPr="00376F02">
        <w:rPr>
          <w:rFonts w:eastAsia="Aptos"/>
          <w:b/>
          <w:color w:val="2E6F9E"/>
          <w:sz w:val="29"/>
          <w:lang w:val="pl-PL"/>
        </w:rPr>
        <w:t>Oświadczenie wykonawców wspólnie ubiegających się o zamówienie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6917"/>
      </w:tblGrid>
      <w:tr w:rsidR="00780300" w14:paraId="56C90960" w14:textId="77777777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0C3783" w14:textId="77777777" w:rsidR="00780300" w:rsidRDefault="00000000">
            <w:pPr>
              <w:spacing w:after="0" w:line="245" w:lineRule="auto"/>
            </w:pPr>
            <w:proofErr w:type="spellStart"/>
            <w:r>
              <w:rPr>
                <w:rFonts w:eastAsia="Aptos"/>
                <w:color w:val="111111"/>
                <w:sz w:val="19"/>
              </w:rPr>
              <w:t>Numer</w:t>
            </w:r>
            <w:proofErr w:type="spellEnd"/>
            <w:r>
              <w:rPr>
                <w:rFonts w:eastAsia="Aptos"/>
                <w:color w:val="111111"/>
                <w:sz w:val="19"/>
              </w:rPr>
              <w:t xml:space="preserve"> </w:t>
            </w:r>
            <w:proofErr w:type="spellStart"/>
            <w:r>
              <w:rPr>
                <w:rFonts w:eastAsia="Aptos"/>
                <w:color w:val="111111"/>
                <w:sz w:val="19"/>
              </w:rPr>
              <w:t>postępowania</w:t>
            </w:r>
            <w:proofErr w:type="spellEnd"/>
          </w:p>
        </w:tc>
        <w:tc>
          <w:tcPr>
            <w:tcW w:w="691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BA6532" w14:textId="77777777" w:rsidR="00780300" w:rsidRDefault="00000000">
            <w:pPr>
              <w:spacing w:after="0" w:line="245" w:lineRule="auto"/>
            </w:pPr>
            <w:r>
              <w:rPr>
                <w:rFonts w:eastAsia="Aptos"/>
                <w:color w:val="111111"/>
                <w:sz w:val="19"/>
              </w:rPr>
              <w:t>SLWOPR/OLIOC/02/2026</w:t>
            </w:r>
          </w:p>
        </w:tc>
      </w:tr>
    </w:tbl>
    <w:p w14:paraId="36D8445C" w14:textId="77777777" w:rsidR="00780300" w:rsidRDefault="00780300">
      <w:pPr>
        <w:spacing w:after="20"/>
      </w:pPr>
    </w:p>
    <w:p w14:paraId="21C35577" w14:textId="77777777" w:rsidR="00780300" w:rsidRPr="00376F02" w:rsidRDefault="00000000">
      <w:pPr>
        <w:rPr>
          <w:lang w:val="pl-PL"/>
        </w:rPr>
      </w:pPr>
      <w:r w:rsidRPr="00376F02">
        <w:rPr>
          <w:rFonts w:eastAsia="Aptos"/>
          <w:color w:val="111111"/>
          <w:lang w:val="pl-PL"/>
        </w:rPr>
        <w:t xml:space="preserve">Działając na podstawie art. 117 ust. 4 </w:t>
      </w:r>
      <w:proofErr w:type="spellStart"/>
      <w:r w:rsidRPr="00376F02">
        <w:rPr>
          <w:rFonts w:eastAsia="Aptos"/>
          <w:color w:val="111111"/>
          <w:lang w:val="pl-PL"/>
        </w:rPr>
        <w:t>Pzp</w:t>
      </w:r>
      <w:proofErr w:type="spellEnd"/>
      <w:r w:rsidRPr="00376F02">
        <w:rPr>
          <w:rFonts w:eastAsia="Aptos"/>
          <w:color w:val="111111"/>
          <w:lang w:val="pl-PL"/>
        </w:rPr>
        <w:t>, wskazujemy, które dostawy lub czynności wykonają poszczególni wykonawcy:</w:t>
      </w:r>
    </w:p>
    <w:tbl>
      <w:tblPr>
        <w:tblStyle w:val="Tabela-Siatka"/>
        <w:tblW w:w="0" w:type="auto"/>
        <w:jc w:val="center"/>
        <w:tblBorders>
          <w:top w:val="single" w:sz="5" w:space="0" w:color="C9D1D9"/>
          <w:left w:val="single" w:sz="5" w:space="0" w:color="C9D1D9"/>
          <w:bottom w:val="single" w:sz="5" w:space="0" w:color="C9D1D9"/>
          <w:right w:val="single" w:sz="5" w:space="0" w:color="C9D1D9"/>
          <w:insideH w:val="single" w:sz="5" w:space="0" w:color="C9D1D9"/>
          <w:insideV w:val="single" w:sz="5" w:space="0" w:color="C9D1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5556"/>
      </w:tblGrid>
      <w:tr w:rsidR="00780300" w14:paraId="7BB6508A" w14:textId="77777777">
        <w:trPr>
          <w:cantSplit/>
          <w:tblHeader/>
          <w:jc w:val="center"/>
        </w:trPr>
        <w:tc>
          <w:tcPr>
            <w:tcW w:w="567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B27A1D" w14:textId="77777777" w:rsidR="00780300" w:rsidRDefault="00000000">
            <w:pPr>
              <w:spacing w:after="0"/>
              <w:jc w:val="center"/>
            </w:pPr>
            <w:proofErr w:type="spellStart"/>
            <w:r>
              <w:rPr>
                <w:rFonts w:eastAsia="Aptos"/>
                <w:b/>
                <w:color w:val="FFFFFF"/>
                <w:sz w:val="18"/>
              </w:rPr>
              <w:t>Lp</w:t>
            </w:r>
            <w:proofErr w:type="spellEnd"/>
            <w:r>
              <w:rPr>
                <w:rFonts w:eastAsia="Aptos"/>
                <w:b/>
                <w:color w:val="FFFFFF"/>
                <w:sz w:val="18"/>
              </w:rPr>
              <w:t>.</w:t>
            </w:r>
          </w:p>
        </w:tc>
        <w:tc>
          <w:tcPr>
            <w:tcW w:w="3402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39A1B" w14:textId="77777777" w:rsidR="00780300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Nazwa wykonawcy</w:t>
            </w:r>
          </w:p>
        </w:tc>
        <w:tc>
          <w:tcPr>
            <w:tcW w:w="5556" w:type="dxa"/>
            <w:shd w:val="clear" w:color="auto" w:fill="16324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3BC30A" w14:textId="77777777" w:rsidR="00780300" w:rsidRDefault="00000000">
            <w:pPr>
              <w:spacing w:after="0"/>
              <w:jc w:val="center"/>
            </w:pPr>
            <w:r>
              <w:rPr>
                <w:rFonts w:eastAsia="Aptos"/>
                <w:b/>
                <w:color w:val="FFFFFF"/>
                <w:sz w:val="18"/>
              </w:rPr>
              <w:t>Zakres dostaw / czynności</w:t>
            </w:r>
          </w:p>
        </w:tc>
      </w:tr>
      <w:tr w:rsidR="00780300" w14:paraId="261AA26A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3CAC48" w14:textId="77777777" w:rsidR="00780300" w:rsidRDefault="00000000">
            <w:pPr>
              <w:spacing w:after="0" w:line="245" w:lineRule="auto"/>
              <w:jc w:val="center"/>
            </w:pPr>
            <w:r>
              <w:rPr>
                <w:rFonts w:eastAsia="Aptos"/>
                <w:color w:val="111111"/>
                <w:sz w:val="18"/>
              </w:rPr>
              <w:t>1</w:t>
            </w:r>
          </w:p>
        </w:tc>
        <w:tc>
          <w:tcPr>
            <w:tcW w:w="340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A9FA14" w14:textId="77777777" w:rsidR="00780300" w:rsidRDefault="00780300">
            <w:pPr>
              <w:spacing w:after="0" w:line="245" w:lineRule="auto"/>
            </w:pP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EBCCC0" w14:textId="77777777" w:rsidR="00780300" w:rsidRDefault="00780300">
            <w:pPr>
              <w:spacing w:after="0" w:line="245" w:lineRule="auto"/>
            </w:pPr>
          </w:p>
        </w:tc>
      </w:tr>
      <w:tr w:rsidR="00780300" w14:paraId="30E689FE" w14:textId="77777777">
        <w:trPr>
          <w:cantSplit/>
          <w:jc w:val="center"/>
        </w:trPr>
        <w:tc>
          <w:tcPr>
            <w:tcW w:w="567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D58CFB" w14:textId="77777777" w:rsidR="00780300" w:rsidRDefault="00000000">
            <w:pPr>
              <w:spacing w:after="0" w:line="245" w:lineRule="auto"/>
              <w:jc w:val="center"/>
            </w:pPr>
            <w:r>
              <w:rPr>
                <w:rFonts w:eastAsia="Aptos"/>
                <w:color w:val="111111"/>
                <w:sz w:val="18"/>
              </w:rPr>
              <w:t>2</w:t>
            </w:r>
          </w:p>
        </w:tc>
        <w:tc>
          <w:tcPr>
            <w:tcW w:w="3402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E562C" w14:textId="77777777" w:rsidR="00780300" w:rsidRDefault="00780300">
            <w:pPr>
              <w:spacing w:after="0" w:line="245" w:lineRule="auto"/>
            </w:pPr>
          </w:p>
        </w:tc>
        <w:tc>
          <w:tcPr>
            <w:tcW w:w="5556" w:type="dxa"/>
            <w:shd w:val="clear" w:color="auto" w:fill="F2F4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C996B" w14:textId="77777777" w:rsidR="00780300" w:rsidRDefault="00780300">
            <w:pPr>
              <w:spacing w:after="0" w:line="245" w:lineRule="auto"/>
            </w:pPr>
          </w:p>
        </w:tc>
      </w:tr>
      <w:tr w:rsidR="00780300" w14:paraId="79B38A51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48B33C" w14:textId="77777777" w:rsidR="00780300" w:rsidRDefault="00000000">
            <w:pPr>
              <w:spacing w:after="0" w:line="245" w:lineRule="auto"/>
              <w:jc w:val="center"/>
            </w:pPr>
            <w:r>
              <w:rPr>
                <w:rFonts w:eastAsia="Aptos"/>
                <w:color w:val="111111"/>
                <w:sz w:val="18"/>
              </w:rPr>
              <w:t>3</w:t>
            </w:r>
          </w:p>
        </w:tc>
        <w:tc>
          <w:tcPr>
            <w:tcW w:w="3402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10D618" w14:textId="77777777" w:rsidR="00780300" w:rsidRDefault="00780300">
            <w:pPr>
              <w:spacing w:after="0" w:line="245" w:lineRule="auto"/>
            </w:pPr>
          </w:p>
        </w:tc>
        <w:tc>
          <w:tcPr>
            <w:tcW w:w="555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F233A2" w14:textId="77777777" w:rsidR="00780300" w:rsidRDefault="00780300">
            <w:pPr>
              <w:spacing w:after="0" w:line="245" w:lineRule="auto"/>
            </w:pPr>
          </w:p>
        </w:tc>
      </w:tr>
    </w:tbl>
    <w:p w14:paraId="77CE35AA" w14:textId="77777777" w:rsidR="00780300" w:rsidRDefault="00780300">
      <w:pPr>
        <w:spacing w:after="20"/>
      </w:pPr>
    </w:p>
    <w:p w14:paraId="3CEDBEB5" w14:textId="77777777" w:rsidR="00780300" w:rsidRDefault="00000000">
      <w:pPr>
        <w:rPr>
          <w:rFonts w:eastAsia="Aptos"/>
          <w:color w:val="111111"/>
          <w:lang w:val="pl-PL"/>
        </w:rPr>
      </w:pPr>
      <w:r w:rsidRPr="00376F02">
        <w:rPr>
          <w:rFonts w:eastAsia="Aptos"/>
          <w:color w:val="111111"/>
          <w:lang w:val="pl-PL"/>
        </w:rPr>
        <w:t>Pełnomocnikiem do reprezentowania wykonawców w postępowaniu / postępowaniu i zawarciu umowy jest: ................................................................................................</w:t>
      </w:r>
    </w:p>
    <w:p w14:paraId="7ABCBCE5" w14:textId="77777777" w:rsidR="00376F02" w:rsidRDefault="00376F02">
      <w:pPr>
        <w:rPr>
          <w:rFonts w:eastAsia="Aptos"/>
          <w:color w:val="111111"/>
          <w:lang w:val="pl-PL"/>
        </w:rPr>
      </w:pPr>
    </w:p>
    <w:p w14:paraId="7AFA75AD" w14:textId="77777777" w:rsidR="00376F02" w:rsidRDefault="00376F02">
      <w:pPr>
        <w:rPr>
          <w:rFonts w:eastAsia="Aptos"/>
          <w:color w:val="111111"/>
          <w:lang w:val="pl-PL"/>
        </w:rPr>
      </w:pPr>
    </w:p>
    <w:p w14:paraId="469E3B92" w14:textId="77777777" w:rsidR="00376F02" w:rsidRDefault="00376F02" w:rsidP="00376F02">
      <w:pPr>
        <w:rPr>
          <w:rFonts w:eastAsia="Aptos"/>
          <w:b/>
          <w:color w:val="A61B1B"/>
          <w:lang w:val="pl-PL"/>
        </w:rPr>
      </w:pPr>
    </w:p>
    <w:p w14:paraId="3F603D36" w14:textId="77777777" w:rsidR="00376F02" w:rsidRDefault="00376F02" w:rsidP="00376F02">
      <w:pPr>
        <w:jc w:val="right"/>
        <w:rPr>
          <w:rFonts w:eastAsia="Aptos"/>
          <w:color w:val="111111"/>
          <w:lang w:val="pl-PL"/>
        </w:rPr>
      </w:pPr>
      <w:r w:rsidRPr="00F80FA8">
        <w:rPr>
          <w:rFonts w:eastAsia="Aptos"/>
          <w:color w:val="111111"/>
          <w:lang w:val="pl-PL"/>
        </w:rPr>
        <w:t>...</w:t>
      </w:r>
      <w:r>
        <w:rPr>
          <w:rFonts w:eastAsia="Aptos"/>
          <w:color w:val="111111"/>
          <w:lang w:val="pl-PL"/>
        </w:rPr>
        <w:t>..........</w:t>
      </w:r>
      <w:r w:rsidRPr="00F80FA8">
        <w:rPr>
          <w:rFonts w:eastAsia="Aptos"/>
          <w:color w:val="111111"/>
          <w:lang w:val="pl-PL"/>
        </w:rPr>
        <w:t>.............................................</w:t>
      </w:r>
    </w:p>
    <w:p w14:paraId="7FD26CA0" w14:textId="041CAA42" w:rsidR="00376F02" w:rsidRPr="00376F02" w:rsidRDefault="00376F02" w:rsidP="00376F02">
      <w:pPr>
        <w:jc w:val="right"/>
        <w:rPr>
          <w:lang w:val="pl-PL"/>
        </w:rPr>
      </w:pPr>
      <w:r w:rsidRPr="00F80FA8">
        <w:rPr>
          <w:rFonts w:eastAsia="Aptos"/>
          <w:color w:val="111111"/>
          <w:vertAlign w:val="superscript"/>
          <w:lang w:val="pl-PL"/>
        </w:rPr>
        <w:t>Data i podpis</w:t>
      </w:r>
      <w:r>
        <w:rPr>
          <w:rFonts w:eastAsia="Aptos"/>
          <w:color w:val="111111"/>
          <w:vertAlign w:val="superscript"/>
          <w:lang w:val="pl-PL"/>
        </w:rPr>
        <w:tab/>
      </w:r>
      <w:r>
        <w:rPr>
          <w:rFonts w:eastAsia="Aptos"/>
          <w:color w:val="111111"/>
          <w:vertAlign w:val="superscript"/>
          <w:lang w:val="pl-PL"/>
        </w:rPr>
        <w:tab/>
      </w:r>
    </w:p>
    <w:p w14:paraId="07B9FAA7" w14:textId="77777777" w:rsidR="00780300" w:rsidRPr="00376F02" w:rsidRDefault="00000000">
      <w:pPr>
        <w:rPr>
          <w:lang w:val="pl-PL"/>
        </w:rPr>
      </w:pPr>
      <w:r w:rsidRPr="00376F02">
        <w:rPr>
          <w:rFonts w:eastAsia="Aptos"/>
          <w:b/>
          <w:color w:val="A61B1B"/>
          <w:lang w:val="pl-PL"/>
        </w:rPr>
        <w:t>Oświadczenie podpisują elektronicznie wszyscy wykonawcy wspólnie ubiegający się o zamówienie albo prawidłowo umocowany pełnomocnik.</w:t>
      </w:r>
    </w:p>
    <w:sectPr w:rsidR="00780300" w:rsidRPr="00376F02" w:rsidSect="00034616">
      <w:headerReference w:type="default" r:id="rId8"/>
      <w:footerReference w:type="default" r:id="rId9"/>
      <w:pgSz w:w="11906" w:h="16838"/>
      <w:pgMar w:top="992" w:right="1020" w:bottom="935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ABBEA3" w14:textId="77777777" w:rsidR="000908BF" w:rsidRDefault="000908BF">
      <w:pPr>
        <w:spacing w:after="0" w:line="240" w:lineRule="auto"/>
      </w:pPr>
      <w:r>
        <w:separator/>
      </w:r>
    </w:p>
  </w:endnote>
  <w:endnote w:type="continuationSeparator" w:id="0">
    <w:p w14:paraId="695F24FE" w14:textId="77777777" w:rsidR="000908BF" w:rsidRDefault="00090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FD0C04" w14:textId="77777777" w:rsidR="00780300" w:rsidRDefault="00000000">
    <w:pPr>
      <w:pStyle w:val="Stopka"/>
      <w:jc w:val="right"/>
    </w:pPr>
    <w:r>
      <w:rPr>
        <w:rFonts w:eastAsia="Aptos"/>
        <w:color w:val="5C6770"/>
        <w:sz w:val="16"/>
      </w:rPr>
      <w:t>SLWOPR/OLIOC/02/</w:t>
    </w:r>
    <w:proofErr w:type="gramStart"/>
    <w:r>
      <w:rPr>
        <w:rFonts w:eastAsia="Aptos"/>
        <w:color w:val="5C6770"/>
        <w:sz w:val="16"/>
      </w:rPr>
      <w:t>2026  |</w:t>
    </w:r>
    <w:proofErr w:type="gramEnd"/>
    <w:r>
      <w:rPr>
        <w:rFonts w:eastAsia="Aptos"/>
        <w:color w:val="5C6770"/>
        <w:sz w:val="16"/>
      </w:rPr>
      <w:t xml:space="preserve">  </w:t>
    </w:r>
    <w:proofErr w:type="spellStart"/>
    <w:r>
      <w:rPr>
        <w:rFonts w:eastAsia="Aptos"/>
        <w:color w:val="5C6770"/>
        <w:sz w:val="16"/>
      </w:rPr>
      <w:t>strona</w:t>
    </w:r>
    <w:proofErr w:type="spellEnd"/>
    <w:r>
      <w:rPr>
        <w:rFonts w:eastAsia="Aptos"/>
        <w:color w:val="5C6770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  <w:r>
      <w:rPr>
        <w:rFonts w:eastAsia="Aptos"/>
        <w:color w:val="5C6770"/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rPr>
        <w:color w:val="5C6770"/>
        <w:sz w:val="16"/>
      </w:rPr>
      <w:t>1</w:t>
    </w:r>
    <w:r>
      <w:rPr>
        <w:color w:val="5C67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C82875" w14:textId="77777777" w:rsidR="000908BF" w:rsidRDefault="000908BF">
      <w:pPr>
        <w:spacing w:after="0" w:line="240" w:lineRule="auto"/>
      </w:pPr>
      <w:r>
        <w:separator/>
      </w:r>
    </w:p>
  </w:footnote>
  <w:footnote w:type="continuationSeparator" w:id="0">
    <w:p w14:paraId="18882554" w14:textId="77777777" w:rsidR="000908BF" w:rsidRDefault="00090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8D75C6" w14:textId="77777777" w:rsidR="00780300" w:rsidRPr="00376F02" w:rsidRDefault="00000000">
    <w:pPr>
      <w:pStyle w:val="Nagwek"/>
      <w:rPr>
        <w:lang w:val="pl-PL"/>
      </w:rPr>
    </w:pPr>
    <w:proofErr w:type="gramStart"/>
    <w:r w:rsidRPr="00376F02">
      <w:rPr>
        <w:rFonts w:eastAsia="Aptos"/>
        <w:b/>
        <w:color w:val="5C6770"/>
        <w:sz w:val="16"/>
        <w:lang w:val="pl-PL"/>
      </w:rPr>
      <w:t>SLWOPR  |</w:t>
    </w:r>
    <w:proofErr w:type="gramEnd"/>
    <w:r w:rsidRPr="00376F02">
      <w:rPr>
        <w:rFonts w:eastAsia="Aptos"/>
        <w:b/>
        <w:color w:val="5C6770"/>
        <w:sz w:val="16"/>
        <w:lang w:val="pl-PL"/>
      </w:rPr>
      <w:t xml:space="preserve">  Załącznik nr 6 — Oświadczenie art. 117 ust. 4 Pzp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1630418">
    <w:abstractNumId w:val="8"/>
  </w:num>
  <w:num w:numId="2" w16cid:durableId="1126435836">
    <w:abstractNumId w:val="6"/>
  </w:num>
  <w:num w:numId="3" w16cid:durableId="902759603">
    <w:abstractNumId w:val="5"/>
  </w:num>
  <w:num w:numId="4" w16cid:durableId="25374717">
    <w:abstractNumId w:val="4"/>
  </w:num>
  <w:num w:numId="5" w16cid:durableId="2028752024">
    <w:abstractNumId w:val="7"/>
  </w:num>
  <w:num w:numId="6" w16cid:durableId="1767654458">
    <w:abstractNumId w:val="3"/>
  </w:num>
  <w:num w:numId="7" w16cid:durableId="987172424">
    <w:abstractNumId w:val="2"/>
  </w:num>
  <w:num w:numId="8" w16cid:durableId="198249107">
    <w:abstractNumId w:val="1"/>
  </w:num>
  <w:num w:numId="9" w16cid:durableId="11749527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8BF"/>
    <w:rsid w:val="0015074B"/>
    <w:rsid w:val="0029639D"/>
    <w:rsid w:val="00326F90"/>
    <w:rsid w:val="00376F02"/>
    <w:rsid w:val="00780300"/>
    <w:rsid w:val="00AA1D8D"/>
    <w:rsid w:val="00B47730"/>
    <w:rsid w:val="00CB0664"/>
    <w:rsid w:val="00E472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D43E93"/>
  <w14:defaultImageDpi w14:val="300"/>
  <w15:docId w15:val="{949641D8-41E3-3E4E-9996-DF1E9707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16324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2E6F9E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E6F9E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— Oświadczenie art. 117 ust. 4 Pzp</dc:title>
  <dc:subject>Postępowanie o dostawę poduszkowca ratowniczego</dc:subject>
  <dc:creator>Środowiskowo-Lekarskie WOPR w Radomiu</dc:creator>
  <cp:keywords/>
  <dc:description>generated by python-docx</dc:description>
  <cp:lastModifiedBy>Szymon Warmiak</cp:lastModifiedBy>
  <cp:revision>2</cp:revision>
  <dcterms:created xsi:type="dcterms:W3CDTF">2026-10-23T11:36:00Z</dcterms:created>
  <dcterms:modified xsi:type="dcterms:W3CDTF">2026-10-23T11:36:00Z</dcterms:modified>
  <cp:category/>
</cp:coreProperties>
</file>