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8D0F3E" w14:textId="77777777" w:rsidR="002F27B3" w:rsidRPr="00F80FA8" w:rsidRDefault="00000000">
      <w:pPr>
        <w:spacing w:after="40"/>
        <w:jc w:val="center"/>
        <w:rPr>
          <w:lang w:val="pl-PL"/>
        </w:rPr>
      </w:pPr>
      <w:r w:rsidRPr="00F80FA8">
        <w:rPr>
          <w:rFonts w:eastAsia="Aptos"/>
          <w:b/>
          <w:color w:val="16324F"/>
          <w:sz w:val="23"/>
          <w:lang w:val="pl-PL"/>
        </w:rPr>
        <w:t>ŚRODOWISKOWO-LEKARSKIE WODNE OCHOTNICZE POGOTOWIE RATUNKOWE</w:t>
      </w:r>
    </w:p>
    <w:p w14:paraId="378E8A67" w14:textId="77777777" w:rsidR="002F27B3" w:rsidRPr="00F80FA8" w:rsidRDefault="00000000">
      <w:pPr>
        <w:spacing w:after="400"/>
        <w:jc w:val="center"/>
        <w:rPr>
          <w:lang w:val="pl-PL"/>
        </w:rPr>
      </w:pPr>
      <w:r w:rsidRPr="00F80FA8">
        <w:rPr>
          <w:rFonts w:eastAsia="Aptos"/>
          <w:color w:val="5C6770"/>
          <w:sz w:val="17"/>
          <w:lang w:val="pl-PL"/>
        </w:rPr>
        <w:t xml:space="preserve">ul. Stanisława Wernera 9/11 lok. 9, 26-600 </w:t>
      </w:r>
      <w:proofErr w:type="gramStart"/>
      <w:r w:rsidRPr="00F80FA8">
        <w:rPr>
          <w:rFonts w:eastAsia="Aptos"/>
          <w:color w:val="5C6770"/>
          <w:sz w:val="17"/>
          <w:lang w:val="pl-PL"/>
        </w:rPr>
        <w:t>Radom  |</w:t>
      </w:r>
      <w:proofErr w:type="gramEnd"/>
      <w:r w:rsidRPr="00F80FA8">
        <w:rPr>
          <w:rFonts w:eastAsia="Aptos"/>
          <w:color w:val="5C6770"/>
          <w:sz w:val="17"/>
          <w:lang w:val="pl-PL"/>
        </w:rPr>
        <w:t xml:space="preserve">  NIP </w:t>
      </w:r>
      <w:proofErr w:type="gramStart"/>
      <w:r w:rsidRPr="00F80FA8">
        <w:rPr>
          <w:rFonts w:eastAsia="Aptos"/>
          <w:color w:val="5C6770"/>
          <w:sz w:val="17"/>
          <w:lang w:val="pl-PL"/>
        </w:rPr>
        <w:t>9482295598  |</w:t>
      </w:r>
      <w:proofErr w:type="gramEnd"/>
      <w:r w:rsidRPr="00F80FA8">
        <w:rPr>
          <w:rFonts w:eastAsia="Aptos"/>
          <w:color w:val="5C6770"/>
          <w:sz w:val="17"/>
          <w:lang w:val="pl-PL"/>
        </w:rPr>
        <w:t xml:space="preserve">  KRS 0000153380</w:t>
      </w:r>
    </w:p>
    <w:p w14:paraId="726052D4" w14:textId="77777777" w:rsidR="002F27B3" w:rsidRPr="00F80FA8" w:rsidRDefault="00000000">
      <w:pPr>
        <w:spacing w:after="160"/>
        <w:jc w:val="center"/>
        <w:rPr>
          <w:lang w:val="pl-PL"/>
        </w:rPr>
      </w:pPr>
      <w:r w:rsidRPr="00F80FA8">
        <w:rPr>
          <w:rFonts w:eastAsia="Aptos"/>
          <w:b/>
          <w:color w:val="16324F"/>
          <w:sz w:val="42"/>
          <w:lang w:val="pl-PL"/>
        </w:rPr>
        <w:t>ZAŁĄCZNIK NR 9</w:t>
      </w:r>
    </w:p>
    <w:p w14:paraId="74567ECE" w14:textId="77777777" w:rsidR="002F27B3" w:rsidRPr="00F80FA8" w:rsidRDefault="00000000">
      <w:pPr>
        <w:spacing w:after="320"/>
        <w:jc w:val="center"/>
        <w:rPr>
          <w:lang w:val="pl-PL"/>
        </w:rPr>
      </w:pPr>
      <w:r w:rsidRPr="00F80FA8">
        <w:rPr>
          <w:rFonts w:eastAsia="Aptos"/>
          <w:b/>
          <w:color w:val="2E6F9E"/>
          <w:sz w:val="29"/>
          <w:lang w:val="pl-PL"/>
        </w:rPr>
        <w:t>Oświadczenie o aktualności informacji</w:t>
      </w:r>
    </w:p>
    <w:tbl>
      <w:tblPr>
        <w:tblStyle w:val="Tabela-Siatka"/>
        <w:tblW w:w="0" w:type="auto"/>
        <w:jc w:val="center"/>
        <w:tblBorders>
          <w:top w:val="single" w:sz="5" w:space="0" w:color="C9D1D9"/>
          <w:left w:val="single" w:sz="5" w:space="0" w:color="C9D1D9"/>
          <w:bottom w:val="single" w:sz="5" w:space="0" w:color="C9D1D9"/>
          <w:right w:val="single" w:sz="5" w:space="0" w:color="C9D1D9"/>
          <w:insideH w:val="single" w:sz="5" w:space="0" w:color="C9D1D9"/>
          <w:insideV w:val="single" w:sz="5" w:space="0" w:color="C9D1D9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6917"/>
      </w:tblGrid>
      <w:tr w:rsidR="002F27B3" w14:paraId="209CFA42" w14:textId="77777777">
        <w:trPr>
          <w:cantSplit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4CEF7F" w14:textId="77777777" w:rsidR="002F27B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9"/>
              </w:rPr>
              <w:t>Numer postępowania</w:t>
            </w:r>
          </w:p>
        </w:tc>
        <w:tc>
          <w:tcPr>
            <w:tcW w:w="691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8CBF8A" w14:textId="77777777" w:rsidR="002F27B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9"/>
              </w:rPr>
              <w:t>SLWOPR/OLIOC/02/2026</w:t>
            </w:r>
          </w:p>
        </w:tc>
      </w:tr>
    </w:tbl>
    <w:p w14:paraId="5EC5F242" w14:textId="77777777" w:rsidR="002F27B3" w:rsidRDefault="002F27B3">
      <w:pPr>
        <w:spacing w:after="20"/>
      </w:pPr>
    </w:p>
    <w:tbl>
      <w:tblPr>
        <w:tblStyle w:val="Tabela-Siatka"/>
        <w:tblW w:w="0" w:type="auto"/>
        <w:jc w:val="center"/>
        <w:tblBorders>
          <w:top w:val="single" w:sz="5" w:space="0" w:color="C9D1D9"/>
          <w:left w:val="single" w:sz="5" w:space="0" w:color="C9D1D9"/>
          <w:bottom w:val="single" w:sz="5" w:space="0" w:color="C9D1D9"/>
          <w:right w:val="single" w:sz="5" w:space="0" w:color="C9D1D9"/>
          <w:insideH w:val="single" w:sz="5" w:space="0" w:color="C9D1D9"/>
          <w:insideV w:val="single" w:sz="5" w:space="0" w:color="C9D1D9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576"/>
      </w:tblGrid>
      <w:tr w:rsidR="002F27B3" w14:paraId="21501739" w14:textId="77777777">
        <w:trPr>
          <w:cantSplit/>
          <w:tblHeader/>
          <w:jc w:val="center"/>
        </w:trPr>
        <w:tc>
          <w:tcPr>
            <w:tcW w:w="2948" w:type="dxa"/>
            <w:shd w:val="clear" w:color="auto" w:fill="2E6F9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EBAA70" w14:textId="77777777" w:rsidR="002F27B3" w:rsidRDefault="00000000">
            <w:pPr>
              <w:spacing w:after="0"/>
              <w:jc w:val="center"/>
            </w:pPr>
            <w:r>
              <w:rPr>
                <w:rFonts w:eastAsia="Aptos"/>
                <w:b/>
                <w:color w:val="FFFFFF"/>
                <w:sz w:val="18"/>
              </w:rPr>
              <w:t>Pole</w:t>
            </w:r>
          </w:p>
        </w:tc>
        <w:tc>
          <w:tcPr>
            <w:tcW w:w="6576" w:type="dxa"/>
            <w:shd w:val="clear" w:color="auto" w:fill="2E6F9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F66A12" w14:textId="77777777" w:rsidR="002F27B3" w:rsidRDefault="00000000">
            <w:pPr>
              <w:spacing w:after="0"/>
              <w:jc w:val="center"/>
            </w:pPr>
            <w:r>
              <w:rPr>
                <w:rFonts w:eastAsia="Aptos"/>
                <w:b/>
                <w:color w:val="FFFFFF"/>
                <w:sz w:val="18"/>
              </w:rPr>
              <w:t>Treść</w:t>
            </w:r>
          </w:p>
        </w:tc>
      </w:tr>
      <w:tr w:rsidR="002F27B3" w14:paraId="615FAD4F" w14:textId="77777777">
        <w:trPr>
          <w:cantSplit/>
          <w:jc w:val="center"/>
        </w:trPr>
        <w:tc>
          <w:tcPr>
            <w:tcW w:w="294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97A1BA" w14:textId="77777777" w:rsidR="002F27B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Wykonawca</w:t>
            </w:r>
          </w:p>
        </w:tc>
        <w:tc>
          <w:tcPr>
            <w:tcW w:w="65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242302" w14:textId="77777777" w:rsidR="002F27B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................................................................................................</w:t>
            </w:r>
          </w:p>
        </w:tc>
      </w:tr>
      <w:tr w:rsidR="002F27B3" w14:paraId="40AF14DA" w14:textId="77777777">
        <w:trPr>
          <w:cantSplit/>
          <w:jc w:val="center"/>
        </w:trPr>
        <w:tc>
          <w:tcPr>
            <w:tcW w:w="2948" w:type="dxa"/>
            <w:shd w:val="clear" w:color="auto" w:fill="F2F4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88A8A3" w14:textId="77777777" w:rsidR="002F27B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Adres / identyfikator</w:t>
            </w:r>
          </w:p>
        </w:tc>
        <w:tc>
          <w:tcPr>
            <w:tcW w:w="6576" w:type="dxa"/>
            <w:shd w:val="clear" w:color="auto" w:fill="F2F4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BA2F22" w14:textId="77777777" w:rsidR="002F27B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................................................................................................</w:t>
            </w:r>
          </w:p>
        </w:tc>
      </w:tr>
    </w:tbl>
    <w:p w14:paraId="17BFBF72" w14:textId="77777777" w:rsidR="002F27B3" w:rsidRDefault="002F27B3">
      <w:pPr>
        <w:spacing w:after="20"/>
      </w:pPr>
    </w:p>
    <w:p w14:paraId="3220407F" w14:textId="77777777" w:rsidR="002F27B3" w:rsidRPr="00F80FA8" w:rsidRDefault="00000000">
      <w:pPr>
        <w:rPr>
          <w:lang w:val="pl-PL"/>
        </w:rPr>
      </w:pPr>
      <w:r w:rsidRPr="00F80FA8">
        <w:rPr>
          <w:rFonts w:eastAsia="Aptos"/>
          <w:color w:val="111111"/>
          <w:lang w:val="pl-PL"/>
        </w:rPr>
        <w:t xml:space="preserve">Oświadczam, że informacje zawarte w oświadczeniu złożonym na podstawie art. 125 ust. 1 </w:t>
      </w:r>
      <w:proofErr w:type="spellStart"/>
      <w:r w:rsidRPr="00F80FA8">
        <w:rPr>
          <w:rFonts w:eastAsia="Aptos"/>
          <w:color w:val="111111"/>
          <w:lang w:val="pl-PL"/>
        </w:rPr>
        <w:t>Pzp</w:t>
      </w:r>
      <w:proofErr w:type="spellEnd"/>
      <w:r w:rsidRPr="00F80FA8">
        <w:rPr>
          <w:rFonts w:eastAsia="Aptos"/>
          <w:color w:val="111111"/>
          <w:lang w:val="pl-PL"/>
        </w:rPr>
        <w:t xml:space="preserve"> w zakresie podstaw wykluczenia wskazanych przez Zamawiającego pozostają aktualne na dzień złożenia niniejszego dokumentu.</w:t>
      </w:r>
    </w:p>
    <w:p w14:paraId="1A5717F0" w14:textId="77777777" w:rsidR="002F27B3" w:rsidRPr="00F80FA8" w:rsidRDefault="00000000">
      <w:pPr>
        <w:rPr>
          <w:lang w:val="pl-PL"/>
        </w:rPr>
      </w:pPr>
      <w:r w:rsidRPr="00F80FA8">
        <w:rPr>
          <w:rFonts w:eastAsia="Aptos"/>
          <w:color w:val="111111"/>
          <w:lang w:val="pl-PL"/>
        </w:rPr>
        <w:t>Jeżeli nastąpiła zmiana, należy ją opisać: ................................................................................................</w:t>
      </w:r>
      <w:r w:rsidRPr="00F80FA8">
        <w:rPr>
          <w:rFonts w:eastAsia="Aptos"/>
          <w:color w:val="111111"/>
          <w:lang w:val="pl-PL"/>
        </w:rPr>
        <w:br/>
        <w:t>........................................................................................................................................................</w:t>
      </w:r>
    </w:p>
    <w:p w14:paraId="321F5345" w14:textId="77777777" w:rsidR="00F80FA8" w:rsidRDefault="00F80FA8">
      <w:pPr>
        <w:rPr>
          <w:rFonts w:eastAsia="Aptos"/>
          <w:b/>
          <w:color w:val="A61B1B"/>
          <w:lang w:val="pl-PL"/>
        </w:rPr>
      </w:pPr>
    </w:p>
    <w:p w14:paraId="5B8B6BE4" w14:textId="77777777" w:rsidR="00F80FA8" w:rsidRDefault="00F80FA8">
      <w:pPr>
        <w:rPr>
          <w:rFonts w:eastAsia="Aptos"/>
          <w:b/>
          <w:color w:val="A61B1B"/>
          <w:lang w:val="pl-PL"/>
        </w:rPr>
      </w:pPr>
    </w:p>
    <w:p w14:paraId="1931E9D5" w14:textId="77777777" w:rsidR="00F80FA8" w:rsidRDefault="00F80FA8">
      <w:pPr>
        <w:rPr>
          <w:rFonts w:eastAsia="Aptos"/>
          <w:b/>
          <w:color w:val="A61B1B"/>
          <w:lang w:val="pl-PL"/>
        </w:rPr>
      </w:pPr>
    </w:p>
    <w:p w14:paraId="47FD9A99" w14:textId="6C2725A2" w:rsidR="00F80FA8" w:rsidRDefault="00F80FA8" w:rsidP="00F80FA8">
      <w:pPr>
        <w:jc w:val="right"/>
        <w:rPr>
          <w:rFonts w:eastAsia="Aptos"/>
          <w:color w:val="111111"/>
          <w:lang w:val="pl-PL"/>
        </w:rPr>
      </w:pPr>
      <w:r w:rsidRPr="00F80FA8">
        <w:rPr>
          <w:rFonts w:eastAsia="Aptos"/>
          <w:color w:val="111111"/>
          <w:lang w:val="pl-PL"/>
        </w:rPr>
        <w:t>...</w:t>
      </w:r>
      <w:r>
        <w:rPr>
          <w:rFonts w:eastAsia="Aptos"/>
          <w:color w:val="111111"/>
          <w:lang w:val="pl-PL"/>
        </w:rPr>
        <w:t>..........</w:t>
      </w:r>
      <w:r w:rsidRPr="00F80FA8">
        <w:rPr>
          <w:rFonts w:eastAsia="Aptos"/>
          <w:color w:val="111111"/>
          <w:lang w:val="pl-PL"/>
        </w:rPr>
        <w:t>.............................................</w:t>
      </w:r>
    </w:p>
    <w:p w14:paraId="112BC452" w14:textId="05230DBD" w:rsidR="00F80FA8" w:rsidRPr="00F80FA8" w:rsidRDefault="00F80FA8" w:rsidP="00F80FA8">
      <w:pPr>
        <w:jc w:val="right"/>
        <w:rPr>
          <w:rFonts w:eastAsia="Aptos"/>
          <w:b/>
          <w:color w:val="A61B1B"/>
          <w:vertAlign w:val="superscript"/>
          <w:lang w:val="pl-PL"/>
        </w:rPr>
      </w:pPr>
      <w:r w:rsidRPr="00F80FA8">
        <w:rPr>
          <w:rFonts w:eastAsia="Aptos"/>
          <w:color w:val="111111"/>
          <w:vertAlign w:val="superscript"/>
          <w:lang w:val="pl-PL"/>
        </w:rPr>
        <w:t>Data i podpis</w:t>
      </w:r>
      <w:r>
        <w:rPr>
          <w:rFonts w:eastAsia="Aptos"/>
          <w:color w:val="111111"/>
          <w:vertAlign w:val="superscript"/>
          <w:lang w:val="pl-PL"/>
        </w:rPr>
        <w:tab/>
      </w:r>
      <w:r>
        <w:rPr>
          <w:rFonts w:eastAsia="Aptos"/>
          <w:color w:val="111111"/>
          <w:vertAlign w:val="superscript"/>
          <w:lang w:val="pl-PL"/>
        </w:rPr>
        <w:tab/>
      </w:r>
    </w:p>
    <w:p w14:paraId="1A3E16D3" w14:textId="5F958649" w:rsidR="002F27B3" w:rsidRPr="00F80FA8" w:rsidRDefault="00000000">
      <w:pPr>
        <w:rPr>
          <w:lang w:val="pl-PL"/>
        </w:rPr>
      </w:pPr>
      <w:r w:rsidRPr="00F80FA8">
        <w:rPr>
          <w:rFonts w:eastAsia="Aptos"/>
          <w:b/>
          <w:color w:val="A61B1B"/>
          <w:lang w:val="pl-PL"/>
        </w:rPr>
        <w:t>Dokument składany na wezwanie Zamawiającego i podpisywany elektronicznie przez osobę umocowaną.</w:t>
      </w:r>
    </w:p>
    <w:sectPr w:rsidR="002F27B3" w:rsidRPr="00F80FA8" w:rsidSect="00034616">
      <w:headerReference w:type="default" r:id="rId8"/>
      <w:footerReference w:type="default" r:id="rId9"/>
      <w:pgSz w:w="11906" w:h="16838"/>
      <w:pgMar w:top="992" w:right="1020" w:bottom="935" w:left="102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735A9E" w14:textId="77777777" w:rsidR="0060476A" w:rsidRDefault="0060476A">
      <w:pPr>
        <w:spacing w:after="0" w:line="240" w:lineRule="auto"/>
      </w:pPr>
      <w:r>
        <w:separator/>
      </w:r>
    </w:p>
  </w:endnote>
  <w:endnote w:type="continuationSeparator" w:id="0">
    <w:p w14:paraId="4B51805B" w14:textId="77777777" w:rsidR="0060476A" w:rsidRDefault="00604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853615" w14:textId="77777777" w:rsidR="002F27B3" w:rsidRDefault="00000000">
    <w:pPr>
      <w:pStyle w:val="Stopka"/>
      <w:jc w:val="right"/>
    </w:pPr>
    <w:r>
      <w:rPr>
        <w:rFonts w:eastAsia="Aptos"/>
        <w:color w:val="5C6770"/>
        <w:sz w:val="16"/>
      </w:rPr>
      <w:t>SLWOPR/OLIOC/02/</w:t>
    </w:r>
    <w:proofErr w:type="gramStart"/>
    <w:r>
      <w:rPr>
        <w:rFonts w:eastAsia="Aptos"/>
        <w:color w:val="5C6770"/>
        <w:sz w:val="16"/>
      </w:rPr>
      <w:t>2026  |</w:t>
    </w:r>
    <w:proofErr w:type="gramEnd"/>
    <w:r>
      <w:rPr>
        <w:rFonts w:eastAsia="Aptos"/>
        <w:color w:val="5C6770"/>
        <w:sz w:val="16"/>
      </w:rPr>
      <w:t xml:space="preserve">  </w:t>
    </w:r>
    <w:proofErr w:type="spellStart"/>
    <w:r>
      <w:rPr>
        <w:rFonts w:eastAsia="Aptos"/>
        <w:color w:val="5C6770"/>
        <w:sz w:val="16"/>
      </w:rPr>
      <w:t>strona</w:t>
    </w:r>
    <w:proofErr w:type="spellEnd"/>
    <w:r>
      <w:rPr>
        <w:rFonts w:eastAsia="Aptos"/>
        <w:color w:val="5C6770"/>
        <w:sz w:val="16"/>
      </w:rPr>
      <w:t xml:space="preserve"> </w:t>
    </w:r>
    <w:r>
      <w:fldChar w:fldCharType="begin"/>
    </w:r>
    <w:r>
      <w:instrText>PAGE</w:instrText>
    </w:r>
    <w:r>
      <w:fldChar w:fldCharType="separate"/>
    </w:r>
    <w:r>
      <w:rPr>
        <w:color w:val="5C6770"/>
        <w:sz w:val="16"/>
      </w:rPr>
      <w:t>1</w:t>
    </w:r>
    <w:r>
      <w:rPr>
        <w:color w:val="5C6770"/>
        <w:sz w:val="16"/>
      </w:rPr>
      <w:fldChar w:fldCharType="end"/>
    </w:r>
    <w:r>
      <w:rPr>
        <w:rFonts w:eastAsia="Aptos"/>
        <w:color w:val="5C6770"/>
        <w:sz w:val="16"/>
      </w:rPr>
      <w:t xml:space="preserve"> z </w:t>
    </w:r>
    <w:r>
      <w:fldChar w:fldCharType="begin"/>
    </w:r>
    <w:r>
      <w:instrText>NUMPAGES</w:instrText>
    </w:r>
    <w:r>
      <w:fldChar w:fldCharType="separate"/>
    </w:r>
    <w:r>
      <w:rPr>
        <w:color w:val="5C6770"/>
        <w:sz w:val="16"/>
      </w:rPr>
      <w:t>1</w:t>
    </w:r>
    <w:r>
      <w:rPr>
        <w:color w:val="5C677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9D1DB6" w14:textId="77777777" w:rsidR="0060476A" w:rsidRDefault="0060476A">
      <w:pPr>
        <w:spacing w:after="0" w:line="240" w:lineRule="auto"/>
      </w:pPr>
      <w:r>
        <w:separator/>
      </w:r>
    </w:p>
  </w:footnote>
  <w:footnote w:type="continuationSeparator" w:id="0">
    <w:p w14:paraId="0022B721" w14:textId="77777777" w:rsidR="0060476A" w:rsidRDefault="00604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B3AA53" w14:textId="77777777" w:rsidR="002F27B3" w:rsidRPr="00F80FA8" w:rsidRDefault="00000000">
    <w:pPr>
      <w:pStyle w:val="Nagwek"/>
      <w:rPr>
        <w:lang w:val="pl-PL"/>
      </w:rPr>
    </w:pPr>
    <w:r w:rsidRPr="00F80FA8">
      <w:rPr>
        <w:rFonts w:eastAsia="Aptos"/>
        <w:b/>
        <w:color w:val="5C6770"/>
        <w:sz w:val="16"/>
        <w:lang w:val="pl-PL"/>
      </w:rPr>
      <w:t>SLWOPR  |  Załącznik nr 9 — Oświadczenie o aktualności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563781">
    <w:abstractNumId w:val="8"/>
  </w:num>
  <w:num w:numId="2" w16cid:durableId="36317036">
    <w:abstractNumId w:val="6"/>
  </w:num>
  <w:num w:numId="3" w16cid:durableId="407849001">
    <w:abstractNumId w:val="5"/>
  </w:num>
  <w:num w:numId="4" w16cid:durableId="339624315">
    <w:abstractNumId w:val="4"/>
  </w:num>
  <w:num w:numId="5" w16cid:durableId="1893152906">
    <w:abstractNumId w:val="7"/>
  </w:num>
  <w:num w:numId="6" w16cid:durableId="896479433">
    <w:abstractNumId w:val="3"/>
  </w:num>
  <w:num w:numId="7" w16cid:durableId="1618675733">
    <w:abstractNumId w:val="2"/>
  </w:num>
  <w:num w:numId="8" w16cid:durableId="1749887307">
    <w:abstractNumId w:val="1"/>
  </w:num>
  <w:num w:numId="9" w16cid:durableId="12351214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27B3"/>
    <w:rsid w:val="00326F90"/>
    <w:rsid w:val="0060476A"/>
    <w:rsid w:val="00AA1D8D"/>
    <w:rsid w:val="00B47730"/>
    <w:rsid w:val="00CB0664"/>
    <w:rsid w:val="00E4724C"/>
    <w:rsid w:val="00F80FA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AF8DDF"/>
  <w14:defaultImageDpi w14:val="300"/>
  <w15:docId w15:val="{949641D8-41E3-3E4E-9996-DF1E97072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/>
      <w:b/>
      <w:bCs/>
      <w:color w:val="16324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2E6F9E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2E6F9E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8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8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9 — Oświadczenie o aktualności</dc:title>
  <dc:subject>Postępowanie o dostawę poduszkowca ratowniczego</dc:subject>
  <dc:creator>Środowiskowo-Lekarskie WOPR w Radomiu</dc:creator>
  <cp:keywords/>
  <dc:description>generated by python-docx</dc:description>
  <cp:lastModifiedBy>Szymon Warmiak</cp:lastModifiedBy>
  <cp:revision>2</cp:revision>
  <dcterms:created xsi:type="dcterms:W3CDTF">2026-10-23T11:33:00Z</dcterms:created>
  <dcterms:modified xsi:type="dcterms:W3CDTF">2026-10-23T11:33:00Z</dcterms:modified>
  <cp:category/>
</cp:coreProperties>
</file>