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741F5B" w14:textId="4E17BB78" w:rsidR="006950DD" w:rsidRDefault="006950DD">
      <w:pPr>
        <w:jc w:val="center"/>
      </w:pPr>
    </w:p>
    <w:p w14:paraId="5C1A82AB" w14:textId="50E3748B" w:rsidR="003C3D4B" w:rsidRPr="00B33D31" w:rsidRDefault="003C3D4B" w:rsidP="003C3D4B">
      <w:pPr>
        <w:spacing w:before="20"/>
        <w:rPr>
          <w:lang w:val="pl-PL"/>
        </w:rPr>
      </w:pPr>
      <w:r w:rsidRPr="00B33D31">
        <w:rPr>
          <w:sz w:val="20"/>
          <w:lang w:val="pl-PL"/>
        </w:rPr>
        <w:t>Znak sprawy: ZP.271.</w:t>
      </w:r>
      <w:r w:rsidR="00B33D31">
        <w:rPr>
          <w:sz w:val="20"/>
          <w:lang w:val="pl-PL"/>
        </w:rPr>
        <w:t>9</w:t>
      </w:r>
      <w:r w:rsidRPr="00B33D31">
        <w:rPr>
          <w:sz w:val="20"/>
          <w:lang w:val="pl-PL"/>
        </w:rPr>
        <w:t>.2026</w:t>
      </w:r>
    </w:p>
    <w:p w14:paraId="4BCC4531" w14:textId="77777777" w:rsidR="003C3D4B" w:rsidRDefault="003C3D4B" w:rsidP="003C3D4B">
      <w:pPr>
        <w:spacing w:before="20"/>
        <w:jc w:val="both"/>
        <w:rPr>
          <w:rFonts w:ascii="Times New Roman" w:hAnsi="Times New Roman" w:cs="Times New Roman"/>
          <w:b/>
          <w:sz w:val="20"/>
          <w:szCs w:val="20"/>
          <w:lang w:val="pl-PL"/>
        </w:rPr>
      </w:pPr>
    </w:p>
    <w:p w14:paraId="3C1D55E2" w14:textId="77777777" w:rsidR="003C3D4B" w:rsidRDefault="003C3D4B" w:rsidP="003C3D4B">
      <w:pPr>
        <w:spacing w:before="20"/>
        <w:jc w:val="right"/>
        <w:rPr>
          <w:rFonts w:ascii="Times New Roman" w:hAnsi="Times New Roman" w:cs="Times New Roman"/>
          <w:b/>
          <w:sz w:val="20"/>
          <w:szCs w:val="20"/>
          <w:lang w:val="pl-PL"/>
        </w:rPr>
      </w:pPr>
    </w:p>
    <w:p w14:paraId="24780757" w14:textId="76873586" w:rsidR="003C3D4B" w:rsidRDefault="00000000" w:rsidP="003C3D4B">
      <w:pPr>
        <w:spacing w:before="20"/>
        <w:jc w:val="right"/>
        <w:rPr>
          <w:b/>
          <w:sz w:val="28"/>
          <w:lang w:val="pl-PL"/>
        </w:rPr>
      </w:pPr>
      <w:r w:rsidRPr="003C3D4B">
        <w:rPr>
          <w:rFonts w:ascii="Times New Roman" w:hAnsi="Times New Roman" w:cs="Times New Roman"/>
          <w:b/>
          <w:sz w:val="20"/>
          <w:szCs w:val="20"/>
          <w:lang w:val="pl-PL"/>
        </w:rPr>
        <w:t>ZAŁĄCZNIK NR 6 DO SWZ</w:t>
      </w:r>
      <w:r w:rsidRPr="003C3D4B">
        <w:rPr>
          <w:rFonts w:ascii="Times New Roman" w:hAnsi="Times New Roman" w:cs="Times New Roman"/>
          <w:b/>
          <w:sz w:val="20"/>
          <w:szCs w:val="20"/>
          <w:lang w:val="pl-PL"/>
        </w:rPr>
        <w:br/>
      </w:r>
    </w:p>
    <w:p w14:paraId="3FF10781" w14:textId="77777777" w:rsidR="003C3D4B" w:rsidRDefault="003C3D4B" w:rsidP="003C3D4B">
      <w:pPr>
        <w:spacing w:before="20"/>
        <w:jc w:val="right"/>
        <w:rPr>
          <w:b/>
          <w:sz w:val="28"/>
          <w:lang w:val="pl-PL"/>
        </w:rPr>
      </w:pPr>
    </w:p>
    <w:p w14:paraId="7DBB1C0C" w14:textId="2BBE55DF" w:rsidR="006950DD" w:rsidRPr="003C3D4B" w:rsidRDefault="00000000" w:rsidP="003C3D4B">
      <w:pPr>
        <w:spacing w:before="20"/>
        <w:jc w:val="center"/>
        <w:rPr>
          <w:lang w:val="pl-PL"/>
        </w:rPr>
      </w:pPr>
      <w:r w:rsidRPr="003C3D4B">
        <w:rPr>
          <w:b/>
          <w:sz w:val="28"/>
          <w:lang w:val="pl-PL"/>
        </w:rPr>
        <w:t>FORMULARZ CENOWY</w:t>
      </w:r>
      <w:r w:rsidRPr="003C3D4B">
        <w:rPr>
          <w:b/>
          <w:sz w:val="28"/>
          <w:lang w:val="pl-PL"/>
        </w:rPr>
        <w:br/>
      </w:r>
      <w:r w:rsidRPr="003C3D4B">
        <w:rPr>
          <w:b/>
          <w:sz w:val="28"/>
          <w:lang w:val="pl-PL"/>
        </w:rPr>
        <w:br/>
        <w:t>Roboty budowlane w ramach zadań: „Dostępny Samorząd w Gminie Jaśliska” oraz „Poprawa dostępu do infrastruktury publicznej w Jaśliskach”</w:t>
      </w:r>
    </w:p>
    <w:p w14:paraId="5E7F9F2A" w14:textId="77777777" w:rsidR="006950DD" w:rsidRPr="00B33D31" w:rsidRDefault="006950DD">
      <w:pPr>
        <w:rPr>
          <w:lang w:val="pl-PL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72"/>
      </w:tblGrid>
      <w:tr w:rsidR="006950DD" w14:paraId="57F3CC65" w14:textId="77777777">
        <w:trPr>
          <w:jc w:val="center"/>
        </w:trPr>
        <w:tc>
          <w:tcPr>
            <w:tcW w:w="9972" w:type="dxa"/>
            <w:shd w:val="clear" w:color="auto" w:fill="FFF4CC"/>
            <w:tcMar>
              <w:top w:w="35" w:type="dxa"/>
              <w:left w:w="55" w:type="dxa"/>
              <w:bottom w:w="35" w:type="dxa"/>
              <w:right w:w="55" w:type="dxa"/>
            </w:tcMar>
          </w:tcPr>
          <w:p w14:paraId="610A01CC" w14:textId="77777777" w:rsidR="006950DD" w:rsidRDefault="00000000">
            <w:pPr>
              <w:spacing w:after="0" w:line="228" w:lineRule="auto"/>
            </w:pPr>
            <w:r w:rsidRPr="003C3D4B">
              <w:rPr>
                <w:b/>
                <w:color w:val="785000"/>
                <w:lang w:val="pl-PL"/>
              </w:rPr>
              <w:t xml:space="preserve">UWAGA: </w:t>
            </w:r>
            <w:r w:rsidRPr="003C3D4B">
              <w:rPr>
                <w:lang w:val="pl-PL"/>
              </w:rPr>
              <w:t xml:space="preserve">Zamówienie stanowi jedną część. Wartości A–F są wyłącznie składowymi ceny ryczałtowej i podstawą rozliczeń/ewidencji dofinansowania. </w:t>
            </w:r>
            <w:proofErr w:type="spellStart"/>
            <w:r>
              <w:t>Nie</w:t>
            </w:r>
            <w:proofErr w:type="spellEnd"/>
            <w:r>
              <w:t xml:space="preserve"> </w:t>
            </w:r>
            <w:proofErr w:type="spellStart"/>
            <w:r>
              <w:t>można</w:t>
            </w:r>
            <w:proofErr w:type="spellEnd"/>
            <w:r>
              <w:t xml:space="preserve"> </w:t>
            </w:r>
            <w:proofErr w:type="spellStart"/>
            <w:r>
              <w:t>złożyć</w:t>
            </w:r>
            <w:proofErr w:type="spellEnd"/>
            <w:r>
              <w:t xml:space="preserve"> </w:t>
            </w:r>
            <w:proofErr w:type="spellStart"/>
            <w:r>
              <w:t>oferty</w:t>
            </w:r>
            <w:proofErr w:type="spellEnd"/>
            <w:r>
              <w:t xml:space="preserve"> tylko na wybrane elementy.</w:t>
            </w:r>
          </w:p>
        </w:tc>
      </w:tr>
    </w:tbl>
    <w:p w14:paraId="3EF51E00" w14:textId="77777777" w:rsidR="006950DD" w:rsidRDefault="006950DD"/>
    <w:p w14:paraId="5C8CC1A3" w14:textId="77777777" w:rsidR="006950DD" w:rsidRDefault="00000000">
      <w:r>
        <w:t>Wykonawca: ................................................................................................................................................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993"/>
        <w:gridCol w:w="1993"/>
        <w:gridCol w:w="1992"/>
        <w:gridCol w:w="1992"/>
        <w:gridCol w:w="1992"/>
      </w:tblGrid>
      <w:tr w:rsidR="006950DD" w14:paraId="1A1577F4" w14:textId="77777777">
        <w:trPr>
          <w:tblHeader/>
          <w:jc w:val="center"/>
        </w:trPr>
        <w:tc>
          <w:tcPr>
            <w:tcW w:w="1994" w:type="dxa"/>
            <w:shd w:val="clear" w:color="auto" w:fill="DCEAF7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1EED69AD" w14:textId="77777777" w:rsidR="006950DD" w:rsidRDefault="00000000">
            <w:pPr>
              <w:spacing w:after="0" w:line="228" w:lineRule="auto"/>
            </w:pPr>
            <w:r>
              <w:rPr>
                <w:b/>
                <w:sz w:val="15"/>
              </w:rPr>
              <w:t>Element</w:t>
            </w:r>
          </w:p>
        </w:tc>
        <w:tc>
          <w:tcPr>
            <w:tcW w:w="1994" w:type="dxa"/>
            <w:shd w:val="clear" w:color="auto" w:fill="DCEAF7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14FBD510" w14:textId="77777777" w:rsidR="006950DD" w:rsidRDefault="00000000">
            <w:pPr>
              <w:spacing w:after="0" w:line="228" w:lineRule="auto"/>
            </w:pPr>
            <w:r>
              <w:rPr>
                <w:b/>
                <w:sz w:val="15"/>
              </w:rPr>
              <w:t>Zakres</w:t>
            </w:r>
          </w:p>
        </w:tc>
        <w:tc>
          <w:tcPr>
            <w:tcW w:w="1994" w:type="dxa"/>
            <w:shd w:val="clear" w:color="auto" w:fill="DCEAF7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1C2977AB" w14:textId="77777777" w:rsidR="006950DD" w:rsidRDefault="00000000">
            <w:pPr>
              <w:spacing w:after="0" w:line="228" w:lineRule="auto"/>
            </w:pPr>
            <w:r>
              <w:rPr>
                <w:b/>
                <w:sz w:val="15"/>
              </w:rPr>
              <w:t>Cena netto [zł]</w:t>
            </w:r>
          </w:p>
        </w:tc>
        <w:tc>
          <w:tcPr>
            <w:tcW w:w="1994" w:type="dxa"/>
            <w:shd w:val="clear" w:color="auto" w:fill="DCEAF7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7DE09F14" w14:textId="77777777" w:rsidR="006950DD" w:rsidRDefault="00000000">
            <w:pPr>
              <w:spacing w:after="0" w:line="228" w:lineRule="auto"/>
            </w:pPr>
            <w:r>
              <w:rPr>
                <w:b/>
                <w:sz w:val="15"/>
              </w:rPr>
              <w:t>VAT [zł]</w:t>
            </w:r>
          </w:p>
        </w:tc>
        <w:tc>
          <w:tcPr>
            <w:tcW w:w="1994" w:type="dxa"/>
            <w:shd w:val="clear" w:color="auto" w:fill="DCEAF7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2D43B8CE" w14:textId="77777777" w:rsidR="006950DD" w:rsidRDefault="00000000">
            <w:pPr>
              <w:spacing w:after="0" w:line="228" w:lineRule="auto"/>
            </w:pPr>
            <w:r>
              <w:rPr>
                <w:b/>
                <w:sz w:val="15"/>
              </w:rPr>
              <w:t>Cena brutto [zł]</w:t>
            </w:r>
          </w:p>
        </w:tc>
      </w:tr>
      <w:tr w:rsidR="006950DD" w:rsidRPr="00B33D31" w14:paraId="1A9C062C" w14:textId="77777777">
        <w:trPr>
          <w:jc w:val="center"/>
        </w:trPr>
        <w:tc>
          <w:tcPr>
            <w:tcW w:w="1994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44A77932" w14:textId="77777777" w:rsidR="006950DD" w:rsidRDefault="00000000">
            <w:pPr>
              <w:spacing w:after="0" w:line="228" w:lineRule="auto"/>
            </w:pPr>
            <w:r>
              <w:rPr>
                <w:sz w:val="15"/>
              </w:rPr>
              <w:t>A</w:t>
            </w:r>
          </w:p>
        </w:tc>
        <w:tc>
          <w:tcPr>
            <w:tcW w:w="1994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67E15DC9" w14:textId="77777777" w:rsidR="006950DD" w:rsidRPr="003C3D4B" w:rsidRDefault="00000000">
            <w:pPr>
              <w:spacing w:after="0" w:line="228" w:lineRule="auto"/>
              <w:rPr>
                <w:lang w:val="pl-PL"/>
              </w:rPr>
            </w:pPr>
            <w:r w:rsidRPr="003C3D4B">
              <w:rPr>
                <w:sz w:val="15"/>
                <w:lang w:val="pl-PL"/>
              </w:rPr>
              <w:t>Daliowa 32 – miejsce parkingowe i ciągi komunikacyjne</w:t>
            </w:r>
          </w:p>
        </w:tc>
        <w:tc>
          <w:tcPr>
            <w:tcW w:w="1994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4BD7D411" w14:textId="77777777" w:rsidR="006950DD" w:rsidRPr="003C3D4B" w:rsidRDefault="006950DD">
            <w:pPr>
              <w:spacing w:after="0" w:line="228" w:lineRule="auto"/>
              <w:rPr>
                <w:lang w:val="pl-PL"/>
              </w:rPr>
            </w:pPr>
          </w:p>
        </w:tc>
        <w:tc>
          <w:tcPr>
            <w:tcW w:w="1994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31EF672B" w14:textId="77777777" w:rsidR="006950DD" w:rsidRPr="003C3D4B" w:rsidRDefault="006950DD">
            <w:pPr>
              <w:spacing w:after="0" w:line="228" w:lineRule="auto"/>
              <w:rPr>
                <w:lang w:val="pl-PL"/>
              </w:rPr>
            </w:pPr>
          </w:p>
        </w:tc>
        <w:tc>
          <w:tcPr>
            <w:tcW w:w="1994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4855B20A" w14:textId="77777777" w:rsidR="006950DD" w:rsidRPr="003C3D4B" w:rsidRDefault="006950DD">
            <w:pPr>
              <w:spacing w:after="0" w:line="228" w:lineRule="auto"/>
              <w:rPr>
                <w:lang w:val="pl-PL"/>
              </w:rPr>
            </w:pPr>
          </w:p>
        </w:tc>
      </w:tr>
      <w:tr w:rsidR="006950DD" w:rsidRPr="00B33D31" w14:paraId="13F604D4" w14:textId="77777777">
        <w:trPr>
          <w:jc w:val="center"/>
        </w:trPr>
        <w:tc>
          <w:tcPr>
            <w:tcW w:w="1994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6EA585F8" w14:textId="77777777" w:rsidR="006950DD" w:rsidRDefault="00000000">
            <w:pPr>
              <w:spacing w:after="0" w:line="228" w:lineRule="auto"/>
            </w:pPr>
            <w:r>
              <w:rPr>
                <w:sz w:val="15"/>
              </w:rPr>
              <w:t>B</w:t>
            </w:r>
          </w:p>
        </w:tc>
        <w:tc>
          <w:tcPr>
            <w:tcW w:w="1994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5F117FF1" w14:textId="77777777" w:rsidR="006950DD" w:rsidRPr="003C3D4B" w:rsidRDefault="00000000">
            <w:pPr>
              <w:spacing w:after="0" w:line="228" w:lineRule="auto"/>
              <w:rPr>
                <w:lang w:val="pl-PL"/>
              </w:rPr>
            </w:pPr>
            <w:r w:rsidRPr="003C3D4B">
              <w:rPr>
                <w:sz w:val="15"/>
                <w:lang w:val="pl-PL"/>
              </w:rPr>
              <w:t>Daliowa 32 – pochylnia zewnętrzna, zadaszenie i modernizacja schodów</w:t>
            </w:r>
          </w:p>
        </w:tc>
        <w:tc>
          <w:tcPr>
            <w:tcW w:w="1994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3D661C57" w14:textId="77777777" w:rsidR="006950DD" w:rsidRPr="003C3D4B" w:rsidRDefault="006950DD">
            <w:pPr>
              <w:spacing w:after="0" w:line="228" w:lineRule="auto"/>
              <w:rPr>
                <w:lang w:val="pl-PL"/>
              </w:rPr>
            </w:pPr>
          </w:p>
        </w:tc>
        <w:tc>
          <w:tcPr>
            <w:tcW w:w="1994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1159FCA4" w14:textId="77777777" w:rsidR="006950DD" w:rsidRPr="003C3D4B" w:rsidRDefault="006950DD">
            <w:pPr>
              <w:spacing w:after="0" w:line="228" w:lineRule="auto"/>
              <w:rPr>
                <w:lang w:val="pl-PL"/>
              </w:rPr>
            </w:pPr>
          </w:p>
        </w:tc>
        <w:tc>
          <w:tcPr>
            <w:tcW w:w="1994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443DDA8C" w14:textId="77777777" w:rsidR="006950DD" w:rsidRPr="003C3D4B" w:rsidRDefault="006950DD">
            <w:pPr>
              <w:spacing w:after="0" w:line="228" w:lineRule="auto"/>
              <w:rPr>
                <w:lang w:val="pl-PL"/>
              </w:rPr>
            </w:pPr>
          </w:p>
        </w:tc>
      </w:tr>
      <w:tr w:rsidR="006950DD" w:rsidRPr="00B33D31" w14:paraId="1E435BDE" w14:textId="77777777">
        <w:trPr>
          <w:jc w:val="center"/>
        </w:trPr>
        <w:tc>
          <w:tcPr>
            <w:tcW w:w="1994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6023F5EE" w14:textId="77777777" w:rsidR="006950DD" w:rsidRDefault="00000000">
            <w:pPr>
              <w:spacing w:after="0" w:line="228" w:lineRule="auto"/>
            </w:pPr>
            <w:r>
              <w:rPr>
                <w:sz w:val="15"/>
              </w:rPr>
              <w:t>C</w:t>
            </w:r>
          </w:p>
        </w:tc>
        <w:tc>
          <w:tcPr>
            <w:tcW w:w="1994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5E9E9F26" w14:textId="77777777" w:rsidR="006950DD" w:rsidRPr="003C3D4B" w:rsidRDefault="00000000">
            <w:pPr>
              <w:spacing w:after="0" w:line="228" w:lineRule="auto"/>
              <w:rPr>
                <w:lang w:val="pl-PL"/>
              </w:rPr>
            </w:pPr>
            <w:r w:rsidRPr="003C3D4B">
              <w:rPr>
                <w:sz w:val="15"/>
                <w:lang w:val="pl-PL"/>
              </w:rPr>
              <w:t>Moszczaniec 13/2 – miejsce parkingowe i ciągi komunikacyjne</w:t>
            </w:r>
          </w:p>
        </w:tc>
        <w:tc>
          <w:tcPr>
            <w:tcW w:w="1994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064C6008" w14:textId="77777777" w:rsidR="006950DD" w:rsidRPr="003C3D4B" w:rsidRDefault="006950DD">
            <w:pPr>
              <w:spacing w:after="0" w:line="228" w:lineRule="auto"/>
              <w:rPr>
                <w:lang w:val="pl-PL"/>
              </w:rPr>
            </w:pPr>
          </w:p>
        </w:tc>
        <w:tc>
          <w:tcPr>
            <w:tcW w:w="1994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3B0CC39C" w14:textId="77777777" w:rsidR="006950DD" w:rsidRPr="003C3D4B" w:rsidRDefault="006950DD">
            <w:pPr>
              <w:spacing w:after="0" w:line="228" w:lineRule="auto"/>
              <w:rPr>
                <w:lang w:val="pl-PL"/>
              </w:rPr>
            </w:pPr>
          </w:p>
        </w:tc>
        <w:tc>
          <w:tcPr>
            <w:tcW w:w="1994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73B9140E" w14:textId="77777777" w:rsidR="006950DD" w:rsidRPr="003C3D4B" w:rsidRDefault="006950DD">
            <w:pPr>
              <w:spacing w:after="0" w:line="228" w:lineRule="auto"/>
              <w:rPr>
                <w:lang w:val="pl-PL"/>
              </w:rPr>
            </w:pPr>
          </w:p>
        </w:tc>
      </w:tr>
      <w:tr w:rsidR="006950DD" w14:paraId="291B018A" w14:textId="77777777">
        <w:trPr>
          <w:jc w:val="center"/>
        </w:trPr>
        <w:tc>
          <w:tcPr>
            <w:tcW w:w="1994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19281404" w14:textId="77777777" w:rsidR="006950DD" w:rsidRDefault="00000000">
            <w:pPr>
              <w:spacing w:after="0" w:line="228" w:lineRule="auto"/>
            </w:pPr>
            <w:r>
              <w:rPr>
                <w:sz w:val="15"/>
              </w:rPr>
              <w:t>D</w:t>
            </w:r>
          </w:p>
        </w:tc>
        <w:tc>
          <w:tcPr>
            <w:tcW w:w="1994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3194920E" w14:textId="77777777" w:rsidR="006950DD" w:rsidRDefault="00000000">
            <w:pPr>
              <w:spacing w:after="0" w:line="228" w:lineRule="auto"/>
            </w:pPr>
            <w:r>
              <w:rPr>
                <w:sz w:val="15"/>
              </w:rPr>
              <w:t>Jaśliska 163 – etap 1 z 2</w:t>
            </w:r>
          </w:p>
        </w:tc>
        <w:tc>
          <w:tcPr>
            <w:tcW w:w="1994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2BB3EA32" w14:textId="77777777" w:rsidR="006950DD" w:rsidRDefault="006950DD">
            <w:pPr>
              <w:spacing w:after="0" w:line="228" w:lineRule="auto"/>
            </w:pPr>
          </w:p>
        </w:tc>
        <w:tc>
          <w:tcPr>
            <w:tcW w:w="1994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302C421A" w14:textId="77777777" w:rsidR="006950DD" w:rsidRDefault="006950DD">
            <w:pPr>
              <w:spacing w:after="0" w:line="228" w:lineRule="auto"/>
            </w:pPr>
          </w:p>
        </w:tc>
        <w:tc>
          <w:tcPr>
            <w:tcW w:w="1994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2CF0B34B" w14:textId="77777777" w:rsidR="006950DD" w:rsidRDefault="006950DD">
            <w:pPr>
              <w:spacing w:after="0" w:line="228" w:lineRule="auto"/>
            </w:pPr>
          </w:p>
        </w:tc>
      </w:tr>
      <w:tr w:rsidR="006950DD" w:rsidRPr="00B33D31" w14:paraId="3376DD8C" w14:textId="77777777">
        <w:trPr>
          <w:jc w:val="center"/>
        </w:trPr>
        <w:tc>
          <w:tcPr>
            <w:tcW w:w="1994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0C16D4F1" w14:textId="77777777" w:rsidR="006950DD" w:rsidRDefault="00000000">
            <w:pPr>
              <w:spacing w:after="0" w:line="228" w:lineRule="auto"/>
            </w:pPr>
            <w:r>
              <w:rPr>
                <w:sz w:val="15"/>
              </w:rPr>
              <w:t>E</w:t>
            </w:r>
          </w:p>
        </w:tc>
        <w:tc>
          <w:tcPr>
            <w:tcW w:w="1994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62F3D1CE" w14:textId="77777777" w:rsidR="006950DD" w:rsidRPr="003C3D4B" w:rsidRDefault="00000000">
            <w:pPr>
              <w:spacing w:after="0" w:line="228" w:lineRule="auto"/>
              <w:rPr>
                <w:lang w:val="pl-PL"/>
              </w:rPr>
            </w:pPr>
            <w:r w:rsidRPr="003C3D4B">
              <w:rPr>
                <w:sz w:val="15"/>
                <w:lang w:val="pl-PL"/>
              </w:rPr>
              <w:t>Jaśliska 163 – etap 2 z 2, w tym zagospodarowanie, mała architektura i zieleń</w:t>
            </w:r>
          </w:p>
        </w:tc>
        <w:tc>
          <w:tcPr>
            <w:tcW w:w="1994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3EC4A4C7" w14:textId="77777777" w:rsidR="006950DD" w:rsidRPr="003C3D4B" w:rsidRDefault="006950DD">
            <w:pPr>
              <w:spacing w:after="0" w:line="228" w:lineRule="auto"/>
              <w:rPr>
                <w:lang w:val="pl-PL"/>
              </w:rPr>
            </w:pPr>
          </w:p>
        </w:tc>
        <w:tc>
          <w:tcPr>
            <w:tcW w:w="1994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18F23113" w14:textId="77777777" w:rsidR="006950DD" w:rsidRPr="003C3D4B" w:rsidRDefault="006950DD">
            <w:pPr>
              <w:spacing w:after="0" w:line="228" w:lineRule="auto"/>
              <w:rPr>
                <w:lang w:val="pl-PL"/>
              </w:rPr>
            </w:pPr>
          </w:p>
        </w:tc>
        <w:tc>
          <w:tcPr>
            <w:tcW w:w="1994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1E516405" w14:textId="77777777" w:rsidR="006950DD" w:rsidRPr="003C3D4B" w:rsidRDefault="006950DD">
            <w:pPr>
              <w:spacing w:after="0" w:line="228" w:lineRule="auto"/>
              <w:rPr>
                <w:lang w:val="pl-PL"/>
              </w:rPr>
            </w:pPr>
          </w:p>
        </w:tc>
      </w:tr>
      <w:tr w:rsidR="006950DD" w14:paraId="4D635C71" w14:textId="77777777">
        <w:trPr>
          <w:jc w:val="center"/>
        </w:trPr>
        <w:tc>
          <w:tcPr>
            <w:tcW w:w="1994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721E1381" w14:textId="77777777" w:rsidR="006950DD" w:rsidRDefault="00000000">
            <w:pPr>
              <w:spacing w:after="0" w:line="228" w:lineRule="auto"/>
            </w:pPr>
            <w:r>
              <w:rPr>
                <w:sz w:val="15"/>
              </w:rPr>
              <w:t>F</w:t>
            </w:r>
          </w:p>
        </w:tc>
        <w:tc>
          <w:tcPr>
            <w:tcW w:w="1994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06DF3F4B" w14:textId="77777777" w:rsidR="006950DD" w:rsidRDefault="00000000">
            <w:pPr>
              <w:spacing w:after="0" w:line="228" w:lineRule="auto"/>
            </w:pPr>
            <w:r>
              <w:rPr>
                <w:sz w:val="15"/>
              </w:rPr>
              <w:t>Oznakowanie miejsc postojowych – 4 lokalizacje</w:t>
            </w:r>
          </w:p>
        </w:tc>
        <w:tc>
          <w:tcPr>
            <w:tcW w:w="1994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3D8BC449" w14:textId="77777777" w:rsidR="006950DD" w:rsidRDefault="006950DD">
            <w:pPr>
              <w:spacing w:after="0" w:line="228" w:lineRule="auto"/>
            </w:pPr>
          </w:p>
        </w:tc>
        <w:tc>
          <w:tcPr>
            <w:tcW w:w="1994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35F60C85" w14:textId="77777777" w:rsidR="006950DD" w:rsidRDefault="006950DD">
            <w:pPr>
              <w:spacing w:after="0" w:line="228" w:lineRule="auto"/>
            </w:pPr>
          </w:p>
        </w:tc>
        <w:tc>
          <w:tcPr>
            <w:tcW w:w="1994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3B4B28A7" w14:textId="77777777" w:rsidR="006950DD" w:rsidRDefault="006950DD">
            <w:pPr>
              <w:spacing w:after="0" w:line="228" w:lineRule="auto"/>
            </w:pPr>
          </w:p>
        </w:tc>
      </w:tr>
      <w:tr w:rsidR="006950DD" w:rsidRPr="00B33D31" w14:paraId="7AEF0412" w14:textId="77777777">
        <w:trPr>
          <w:jc w:val="center"/>
        </w:trPr>
        <w:tc>
          <w:tcPr>
            <w:tcW w:w="1994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77DE49B7" w14:textId="77777777" w:rsidR="006950DD" w:rsidRDefault="00000000">
            <w:pPr>
              <w:spacing w:after="0" w:line="228" w:lineRule="auto"/>
            </w:pPr>
            <w:r>
              <w:rPr>
                <w:sz w:val="15"/>
              </w:rPr>
              <w:t>RAZEM</w:t>
            </w:r>
          </w:p>
        </w:tc>
        <w:tc>
          <w:tcPr>
            <w:tcW w:w="1994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25BEFC8D" w14:textId="77777777" w:rsidR="006950DD" w:rsidRPr="003C3D4B" w:rsidRDefault="00000000">
            <w:pPr>
              <w:spacing w:after="0" w:line="228" w:lineRule="auto"/>
              <w:rPr>
                <w:lang w:val="pl-PL"/>
              </w:rPr>
            </w:pPr>
            <w:r w:rsidRPr="003C3D4B">
              <w:rPr>
                <w:sz w:val="15"/>
                <w:lang w:val="pl-PL"/>
              </w:rPr>
              <w:t>Łączna cena za cały przedmiot zamówienia</w:t>
            </w:r>
          </w:p>
        </w:tc>
        <w:tc>
          <w:tcPr>
            <w:tcW w:w="1994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2AEB657F" w14:textId="77777777" w:rsidR="006950DD" w:rsidRPr="003C3D4B" w:rsidRDefault="006950DD">
            <w:pPr>
              <w:spacing w:after="0" w:line="228" w:lineRule="auto"/>
              <w:rPr>
                <w:lang w:val="pl-PL"/>
              </w:rPr>
            </w:pPr>
          </w:p>
        </w:tc>
        <w:tc>
          <w:tcPr>
            <w:tcW w:w="1994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23A17C6D" w14:textId="77777777" w:rsidR="006950DD" w:rsidRPr="003C3D4B" w:rsidRDefault="006950DD">
            <w:pPr>
              <w:spacing w:after="0" w:line="228" w:lineRule="auto"/>
              <w:rPr>
                <w:lang w:val="pl-PL"/>
              </w:rPr>
            </w:pPr>
          </w:p>
        </w:tc>
        <w:tc>
          <w:tcPr>
            <w:tcW w:w="1994" w:type="dxa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052F196C" w14:textId="77777777" w:rsidR="006950DD" w:rsidRPr="003C3D4B" w:rsidRDefault="006950DD">
            <w:pPr>
              <w:spacing w:after="0" w:line="228" w:lineRule="auto"/>
              <w:rPr>
                <w:lang w:val="pl-PL"/>
              </w:rPr>
            </w:pPr>
          </w:p>
        </w:tc>
      </w:tr>
    </w:tbl>
    <w:p w14:paraId="3E7C1D73" w14:textId="77777777" w:rsidR="006950DD" w:rsidRPr="003C3D4B" w:rsidRDefault="00000000">
      <w:pPr>
        <w:spacing w:before="40" w:after="20"/>
        <w:rPr>
          <w:lang w:val="pl-PL"/>
        </w:rPr>
      </w:pPr>
      <w:r w:rsidRPr="003C3D4B">
        <w:rPr>
          <w:lang w:val="pl-PL"/>
        </w:rPr>
        <w:t>Oświadczam, że powyższa łączna cena brutto odpowiada cenie brutto podanej w formularzu ofertowym na Platformie e-Zamówienia i obejmuje wszystkie koszty niezbędne do należytego wykonania kompletnego przedmiotu zamówienia.</w:t>
      </w:r>
    </w:p>
    <w:p w14:paraId="3A82A8CF" w14:textId="77777777" w:rsidR="006950DD" w:rsidRPr="003C3D4B" w:rsidRDefault="00000000">
      <w:pPr>
        <w:spacing w:before="20" w:after="0"/>
        <w:rPr>
          <w:lang w:val="pl-PL"/>
        </w:rPr>
      </w:pPr>
      <w:r w:rsidRPr="003C3D4B">
        <w:rPr>
          <w:lang w:val="pl-PL"/>
        </w:rPr>
        <w:t>....................................................., dnia ............................ r.     ...............................................................</w:t>
      </w:r>
      <w:r w:rsidRPr="003C3D4B">
        <w:rPr>
          <w:lang w:val="pl-PL"/>
        </w:rPr>
        <w:br/>
        <w:t>(</w:t>
      </w:r>
      <w:proofErr w:type="gramStart"/>
      <w:r w:rsidRPr="003C3D4B">
        <w:rPr>
          <w:lang w:val="pl-PL"/>
        </w:rPr>
        <w:t xml:space="preserve">miejscowość)   </w:t>
      </w:r>
      <w:proofErr w:type="gramEnd"/>
      <w:r w:rsidRPr="003C3D4B">
        <w:rPr>
          <w:lang w:val="pl-PL"/>
        </w:rPr>
        <w:t xml:space="preserve">                                                              (podpis elektroniczny osoby uprawnionej)</w:t>
      </w:r>
    </w:p>
    <w:sectPr w:rsidR="006950DD" w:rsidRPr="003C3D4B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09" w:right="1134" w:bottom="709" w:left="1134" w:header="198" w:footer="25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117383" w14:textId="77777777" w:rsidR="009778EC" w:rsidRDefault="009778EC">
      <w:pPr>
        <w:spacing w:after="0"/>
      </w:pPr>
      <w:r>
        <w:separator/>
      </w:r>
    </w:p>
  </w:endnote>
  <w:endnote w:type="continuationSeparator" w:id="0">
    <w:p w14:paraId="44D72FD6" w14:textId="77777777" w:rsidR="009778EC" w:rsidRDefault="009778E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3574B9" w14:textId="77777777" w:rsidR="003C3D4B" w:rsidRDefault="003C3D4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FD0199" w14:textId="74C817DB" w:rsidR="006950DD" w:rsidRDefault="00000000">
    <w:pPr>
      <w:pStyle w:val="Stopka"/>
      <w:jc w:val="center"/>
    </w:pPr>
    <w:r>
      <w:rPr>
        <w:color w:val="646464"/>
        <w:sz w:val="16"/>
      </w:rPr>
      <w:t xml:space="preserve">Gmina Jaśliska • </w:t>
    </w:r>
    <w:r>
      <w:rPr>
        <w:color w:val="646464"/>
        <w:sz w:val="16"/>
      </w:rPr>
      <w:t>ZP.271.</w:t>
    </w:r>
    <w:r w:rsidR="00B33D31">
      <w:rPr>
        <w:color w:val="646464"/>
        <w:sz w:val="16"/>
      </w:rPr>
      <w:t>9</w:t>
    </w:r>
    <w:r>
      <w:rPr>
        <w:color w:val="646464"/>
        <w:sz w:val="16"/>
      </w:rPr>
      <w:t xml:space="preserve">.2026 • Strona </w:t>
    </w:r>
    <w:r>
      <w:rPr>
        <w:color w:val="646464"/>
        <w:sz w:val="16"/>
      </w:rPr>
      <w:fldChar w:fldCharType="begin"/>
    </w:r>
    <w:r>
      <w:rPr>
        <w:color w:val="646464"/>
        <w:sz w:val="16"/>
      </w:rPr>
      <w:instrText>PAGE</w:instrText>
    </w:r>
    <w:r>
      <w:rPr>
        <w:color w:val="646464"/>
        <w:sz w:val="16"/>
      </w:rPr>
      <w:fldChar w:fldCharType="separate"/>
    </w:r>
    <w:r w:rsidR="00880F76">
      <w:rPr>
        <w:noProof/>
        <w:color w:val="646464"/>
        <w:sz w:val="16"/>
      </w:rPr>
      <w:t>1</w:t>
    </w:r>
    <w:r>
      <w:rPr>
        <w:color w:val="646464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589A28" w14:textId="77777777" w:rsidR="003C3D4B" w:rsidRDefault="003C3D4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84BFD4" w14:textId="77777777" w:rsidR="009778EC" w:rsidRDefault="009778EC">
      <w:pPr>
        <w:spacing w:after="0"/>
      </w:pPr>
      <w:r>
        <w:separator/>
      </w:r>
    </w:p>
  </w:footnote>
  <w:footnote w:type="continuationSeparator" w:id="0">
    <w:p w14:paraId="66C99A9C" w14:textId="77777777" w:rsidR="009778EC" w:rsidRDefault="009778E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E6F7F0" w14:textId="77777777" w:rsidR="003C3D4B" w:rsidRDefault="003C3D4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9E9B10" w14:textId="77777777" w:rsidR="006950DD" w:rsidRDefault="00000000">
    <w:pPr>
      <w:pStyle w:val="Nagwek"/>
      <w:jc w:val="center"/>
    </w:pPr>
    <w:r>
      <w:rPr>
        <w:noProof/>
      </w:rPr>
      <w:drawing>
        <wp:inline distT="0" distB="0" distL="0" distR="0" wp14:anchorId="28DEF67F" wp14:editId="0CA32FF2">
          <wp:extent cx="3456000" cy="476509"/>
          <wp:effectExtent l="0" t="0" r="0" b="0"/>
          <wp:docPr id="21749624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e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456000" cy="4765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EAFB5FD" w14:textId="77777777" w:rsidR="006950DD" w:rsidRPr="003C3D4B" w:rsidRDefault="00000000">
    <w:pPr>
      <w:jc w:val="center"/>
      <w:rPr>
        <w:lang w:val="pl-PL"/>
      </w:rPr>
    </w:pPr>
    <w:r w:rsidRPr="003C3D4B">
      <w:rPr>
        <w:b/>
        <w:color w:val="174A7E"/>
        <w:sz w:val="15"/>
        <w:lang w:val="pl-PL"/>
      </w:rPr>
      <w:t>Plan Strategiczny dla Wspólnej Polityki Rolnej 2023–2027 • LEADER/RLKS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084D18" w14:textId="77777777" w:rsidR="003C3D4B" w:rsidRDefault="003C3D4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62250006">
    <w:abstractNumId w:val="8"/>
  </w:num>
  <w:num w:numId="2" w16cid:durableId="1141652159">
    <w:abstractNumId w:val="6"/>
  </w:num>
  <w:num w:numId="3" w16cid:durableId="1504012674">
    <w:abstractNumId w:val="5"/>
  </w:num>
  <w:num w:numId="4" w16cid:durableId="1505054187">
    <w:abstractNumId w:val="4"/>
  </w:num>
  <w:num w:numId="5" w16cid:durableId="832718784">
    <w:abstractNumId w:val="7"/>
  </w:num>
  <w:num w:numId="6" w16cid:durableId="239289973">
    <w:abstractNumId w:val="3"/>
  </w:num>
  <w:num w:numId="7" w16cid:durableId="482043904">
    <w:abstractNumId w:val="2"/>
  </w:num>
  <w:num w:numId="8" w16cid:durableId="804348058">
    <w:abstractNumId w:val="1"/>
  </w:num>
  <w:num w:numId="9" w16cid:durableId="19939465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1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1D52"/>
    <w:rsid w:val="00034616"/>
    <w:rsid w:val="0006063C"/>
    <w:rsid w:val="0015074B"/>
    <w:rsid w:val="0029639D"/>
    <w:rsid w:val="00326F90"/>
    <w:rsid w:val="003C3D4B"/>
    <w:rsid w:val="004653CF"/>
    <w:rsid w:val="006950DD"/>
    <w:rsid w:val="00831759"/>
    <w:rsid w:val="00880F76"/>
    <w:rsid w:val="009778EC"/>
    <w:rsid w:val="00AA1D8D"/>
    <w:rsid w:val="00B33D31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E6D590"/>
  <w14:defaultImageDpi w14:val="300"/>
  <w15:docId w15:val="{85CDBA16-CB0E-F140-8BAC-CBAD1C9A8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30" w:line="240" w:lineRule="auto"/>
    </w:pPr>
    <w:rPr>
      <w:rFonts w:ascii="Arial" w:eastAsia="Arial" w:hAnsi="Arial"/>
      <w:sz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/>
      <w:b/>
      <w:bCs/>
      <w:color w:val="174A7E"/>
      <w:sz w:val="25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bCs/>
      <w:color w:val="174A7E"/>
      <w:sz w:val="23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b/>
      <w:bCs/>
      <w:color w:val="174A7E"/>
      <w:sz w:val="2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before="160" w:after="80"/>
      <w:contextualSpacing/>
    </w:pPr>
    <w:rPr>
      <w:rFonts w:asciiTheme="majorHAnsi" w:eastAsiaTheme="majorEastAsia" w:hAnsiTheme="majorHAnsi" w:cstheme="majorBidi"/>
      <w:b/>
      <w:color w:val="174A7E"/>
      <w:spacing w:val="5"/>
      <w:kern w:val="28"/>
      <w:sz w:val="3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Note"/>
    <w:rPr>
      <w:rFonts w:ascii="Arial" w:hAnsi="Arial"/>
      <w:color w:val="505050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219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Malwina Majerska</cp:lastModifiedBy>
  <cp:revision>4</cp:revision>
  <dcterms:created xsi:type="dcterms:W3CDTF">2026-09-24T16:10:00Z</dcterms:created>
  <dcterms:modified xsi:type="dcterms:W3CDTF">2026-10-15T20:00:00Z</dcterms:modified>
  <cp:category/>
</cp:coreProperties>
</file>