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B5532F" w14:textId="77777777" w:rsidR="00EF1FEE" w:rsidRDefault="00000000">
      <w:pPr>
        <w:jc w:val="center"/>
      </w:pPr>
      <w:r>
        <w:rPr>
          <w:b/>
          <w:color w:val="1F4E78"/>
          <w:sz w:val="36"/>
        </w:rPr>
        <w:t>OŚWIADCZENIE PODMIOTU UDOSTĘPNIAJĄCEGO ZASOBY</w:t>
      </w:r>
    </w:p>
    <w:p w14:paraId="7544EEB0" w14:textId="77777777" w:rsidR="00EF1FEE" w:rsidRDefault="00000000">
      <w:pPr>
        <w:jc w:val="center"/>
      </w:pPr>
      <w:proofErr w:type="spellStart"/>
      <w:r>
        <w:rPr>
          <w:b/>
          <w:sz w:val="24"/>
        </w:rPr>
        <w:t>składane na podstawie art. 125 ust. 5 Pzp</w:t>
      </w:r>
      <w:proofErr w:type="spellEnd"/>
      <w:r>
        <w:rPr>
          <w:b/>
          <w:sz w:val="24"/>
        </w:rPr>
      </w:r>
      <w:proofErr w:type="spellStart"/>
      <w:r>
        <w:rPr>
          <w:b/>
          <w:sz w:val="24"/>
        </w:rPr>
      </w:r>
      <w:proofErr w:type="spellEnd"/>
      <w:r>
        <w:rPr>
          <w:b/>
          <w:sz w:val="24"/>
        </w:rPr>
      </w:r>
      <w:proofErr w:type="spellStart"/>
      <w:r>
        <w:rPr>
          <w:b/>
          <w:sz w:val="24"/>
        </w:rPr>
      </w:r>
      <w:proofErr w:type="spellEnd"/>
      <w:r>
        <w:rPr>
          <w:b/>
          <w:sz w:val="24"/>
        </w:rPr>
      </w:r>
      <w:proofErr w:type="spellStart"/>
      <w:r>
        <w:rPr>
          <w:b/>
          <w:sz w:val="24"/>
        </w:rPr>
      </w:r>
      <w:proofErr w:type="spellEnd"/>
      <w:r>
        <w:rPr>
          <w:b/>
          <w:sz w:val="24"/>
        </w:rPr>
      </w:r>
      <w:proofErr w:type="spellStart"/>
      <w:r>
        <w:rPr>
          <w:b/>
          <w:sz w:val="24"/>
        </w:rPr>
      </w:r>
      <w:proofErr w:type="spellEnd"/>
    </w:p>
    <w:p w14:paraId="7085D41D" w14:textId="77777777" w:rsidR="00EF1FEE" w:rsidRDefault="00000000">
      <w:pPr>
        <w:jc w:val="center"/>
      </w:pPr>
      <w:proofErr w:type="spellStart"/>
      <w:r>
        <w:rPr>
          <w:color w:val="666666"/>
        </w:rPr>
        <w:t>Załącznik</w:t>
      </w:r>
      <w:proofErr w:type="spellEnd"/>
      <w:r>
        <w:rPr>
          <w:color w:val="666666"/>
        </w:rPr>
        <w:t xml:space="preserve"> nr 5A do SWZ</w:t>
      </w:r>
    </w:p>
    <w:p>
      <w:pPr>
        <w:jc w:val="center"/>
      </w:pPr>
      <w:r>
        <w:rPr>
          <w:sz w:val="18"/>
        </w:rPr>
        <w:t>Znak postępowania: ZGK.2810.6.2026</w:t>
      </w:r>
    </w:p>
    <w:p w14:paraId="5927583E" w14:textId="77777777" w:rsidR="00EF1FEE" w:rsidRDefault="00EF1FEE"/>
    <w:tbl>
      <w:tblPr>
        <w:tblW w:w="0" w:type="auto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ook w:val="04A0" w:firstRow="1" w:lastRow="0" w:firstColumn="1" w:lastColumn="0" w:noHBand="0" w:noVBand="1"/>
      </w:tblPr>
      <w:tblGrid>
        <w:gridCol w:w="4986"/>
        <w:gridCol w:w="4986"/>
      </w:tblGrid>
      <w:tr w:rsidR="00EF1FEE" w14:paraId="48905104" w14:textId="77777777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571182A" w14:textId="77777777" w:rsidR="00EF1FEE" w:rsidRDefault="00000000">
            <w:proofErr w:type="spellStart"/>
            <w:r>
              <w:rPr>
                <w:b/>
              </w:rPr>
              <w:t>Zamawiający</w:t>
            </w:r>
            <w:proofErr w:type="spellEnd"/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EB8F4B2" w14:textId="77777777" w:rsidR="00EF1FEE" w:rsidRDefault="00000000">
            <w:proofErr w:type="spellStart"/>
            <w:r>
              <w:t>Gmina Mrozy, ul. Adama Mickiewicza 35, 05-320 Mrozy, NIP: 822-21-47-185, reprezentowana przez Zakład Gospodarki Komunalnej w Mrozach, ul. Graniczna 1, 05-320 Mrozy</w:t>
            </w:r>
            <w:proofErr w:type="spellEnd"/>
            <w:r/>
            <w:proofErr w:type="spellStart"/>
            <w:r/>
            <w:proofErr w:type="spellEnd"/>
            <w:r/>
            <w:proofErr w:type="spellStart"/>
            <w:r/>
            <w:proofErr w:type="spellEnd"/>
            <w:r/>
            <w:proofErr w:type="spellStart"/>
            <w:r/>
            <w:proofErr w:type="spellEnd"/>
          </w:p>
        </w:tc>
      </w:tr>
      <w:tr w:rsidR="00EF1FEE" w14:paraId="04054A3C" w14:textId="77777777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380E622" w14:textId="77777777" w:rsidR="00EF1FEE" w:rsidRDefault="00000000">
            <w:r>
              <w:rPr>
                <w:b/>
              </w:rPr>
              <w:t>Projekt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309A4D4" w14:textId="77777777" w:rsidR="00EF1FEE" w:rsidRDefault="00000000">
            <w:r>
              <w:t>Cyberbezpieczny Zakład Gospodarki Komunalnej w Mrozach</w:t>
            </w:r>
            <w:proofErr w:type="spellStart"/>
            <w:r/>
            <w:proofErr w:type="spellEnd"/>
            <w:r/>
            <w:proofErr w:type="spellStart"/>
            <w:r/>
            <w:proofErr w:type="spellEnd"/>
            <w:r/>
            <w:proofErr w:type="spellStart"/>
            <w:r/>
            <w:proofErr w:type="spellEnd"/>
            <w:r/>
            <w:proofErr w:type="spellStart"/>
            <w:r/>
            <w:proofErr w:type="spellEnd"/>
          </w:p>
        </w:tc>
      </w:tr>
      <w:tr w:rsidR="00EF1FEE" w14:paraId="2D851124" w14:textId="77777777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9FDA4E1" w14:textId="77777777" w:rsidR="00EF1FEE" w:rsidRDefault="00000000">
            <w:r>
              <w:rPr>
                <w:b/>
              </w:rPr>
              <w:t>Program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2AB37B5" w14:textId="77777777" w:rsidR="00EF1FEE" w:rsidRDefault="00000000">
            <w:proofErr w:type="spellStart"/>
            <w:r>
              <w:t>Krajowy</w:t>
            </w:r>
            <w:proofErr w:type="spellEnd"/>
            <w:r>
              <w:t xml:space="preserve"> Plan </w:t>
            </w:r>
            <w:proofErr w:type="spellStart"/>
            <w:r>
              <w:t>Odbudowy</w:t>
            </w:r>
            <w:proofErr w:type="spellEnd"/>
            <w:r>
              <w:t xml:space="preserve"> i </w:t>
            </w:r>
            <w:proofErr w:type="spellStart"/>
            <w:r>
              <w:t>Zwiększania</w:t>
            </w:r>
            <w:proofErr w:type="spellEnd"/>
            <w:r>
              <w:t xml:space="preserve"> </w:t>
            </w:r>
            <w:proofErr w:type="spellStart"/>
            <w:r>
              <w:t>Odporności</w:t>
            </w:r>
            <w:proofErr w:type="spellEnd"/>
            <w:r>
              <w:t xml:space="preserve">, C3.1.1 </w:t>
            </w:r>
            <w:proofErr w:type="spellStart"/>
            <w:r>
              <w:t>Cyberbezpieczeństwo</w:t>
            </w:r>
            <w:proofErr w:type="spellEnd"/>
            <w:r>
              <w:t xml:space="preserve"> – </w:t>
            </w:r>
            <w:proofErr w:type="spellStart"/>
            <w:r>
              <w:t>CyberPL</w:t>
            </w:r>
            <w:proofErr w:type="spellEnd"/>
          </w:p>
        </w:tc>
      </w:tr>
      <w:tr w:rsidR="00EF1FEE" w14:paraId="3AB81FD3" w14:textId="77777777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4EF6B9E" w14:textId="77777777" w:rsidR="00EF1FEE" w:rsidRDefault="00000000">
            <w:proofErr w:type="spellStart"/>
            <w:r>
              <w:rPr>
                <w:b/>
              </w:rPr>
              <w:t>Nabór</w:t>
            </w:r>
            <w:proofErr w:type="spellEnd"/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000688F" w14:textId="77777777" w:rsidR="00EF1FEE" w:rsidRDefault="00000000">
            <w:r>
              <w:t>KPOD.05.10-CW.01-001/25</w:t>
            </w:r>
          </w:p>
        </w:tc>
      </w:tr>
    </w:tbl>
    <w:p w14:paraId="44A9AE61" w14:textId="77777777" w:rsidR="00EF1FEE" w:rsidRDefault="00EF1FEE"/>
    <w:p w14:paraId="77A78193" w14:textId="77777777" w:rsidR="00EF1FEE" w:rsidRDefault="00000000">
      <w:proofErr w:type="spellStart"/>
      <w:r>
        <w:t>Podmiot</w:t>
      </w:r>
      <w:proofErr w:type="spellEnd"/>
      <w:r>
        <w:t xml:space="preserve"> </w:t>
      </w:r>
      <w:proofErr w:type="spellStart"/>
      <w:r>
        <w:t>udostępniający</w:t>
      </w:r>
      <w:proofErr w:type="spellEnd"/>
      <w:r>
        <w:t xml:space="preserve"> </w:t>
      </w:r>
      <w:proofErr w:type="spellStart"/>
      <w:r>
        <w:t>zasoby</w:t>
      </w:r>
      <w:proofErr w:type="spellEnd"/>
      <w:r>
        <w:t>: ........................................................................................................</w:t>
      </w:r>
    </w:p>
    <w:p w14:paraId="7022D8FD" w14:textId="77777777" w:rsidR="00EF1FEE" w:rsidRDefault="00000000">
      <w:r>
        <w:t>Adres / NIP: .......................................................................................................................................</w:t>
      </w:r>
    </w:p>
    <w:p w14:paraId="03EB5408" w14:textId="77777777" w:rsidR="00EF1FEE" w:rsidRDefault="00000000">
      <w:proofErr w:type="spellStart"/>
      <w:r>
        <w:t>Wykonawca</w:t>
      </w:r>
      <w:proofErr w:type="spellEnd"/>
      <w:r>
        <w:t xml:space="preserve">, </w:t>
      </w:r>
      <w:proofErr w:type="spellStart"/>
      <w:r>
        <w:t>któremu</w:t>
      </w:r>
      <w:proofErr w:type="spellEnd"/>
      <w:r>
        <w:t xml:space="preserve"> </w:t>
      </w:r>
      <w:proofErr w:type="spellStart"/>
      <w:r>
        <w:t>zasoby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</w:t>
      </w:r>
      <w:proofErr w:type="spellStart"/>
      <w:r>
        <w:t>udostępniane</w:t>
      </w:r>
      <w:proofErr w:type="spellEnd"/>
      <w:r>
        <w:t>: ................................................................................</w:t>
      </w:r>
    </w:p>
    <w:p w14:paraId="76035C98" w14:textId="77777777" w:rsidR="00EF1FEE" w:rsidRDefault="00000000">
      <w:pPr>
        <w:pStyle w:val="Nagwek1"/>
      </w:pPr>
      <w:r>
        <w:t xml:space="preserve">1. Brak </w:t>
      </w:r>
      <w:proofErr w:type="spellStart"/>
      <w:r>
        <w:t>podstaw</w:t>
      </w:r>
      <w:proofErr w:type="spellEnd"/>
      <w:r>
        <w:t xml:space="preserve"> </w:t>
      </w:r>
      <w:proofErr w:type="spellStart"/>
      <w:r>
        <w:t>wykluczenia</w:t>
      </w:r>
      <w:proofErr w:type="spellEnd"/>
    </w:p>
    <w:p w14:paraId="2AEEDC84" w14:textId="765D4064" w:rsidR="00B85427" w:rsidRPr="00B85427" w:rsidRDefault="00B85427" w:rsidP="00B85427">
      <w:proofErr w:type="spellStart"/>
      <w:r w:rsidRPr="00B85427">
        <w:t>Oświadczam</w:t>
      </w:r>
      <w:proofErr w:type="spellEnd"/>
      <w:r w:rsidRPr="00B85427">
        <w:t xml:space="preserve">, </w:t>
      </w:r>
      <w:proofErr w:type="spellStart"/>
      <w:r w:rsidRPr="00B85427">
        <w:t>że</w:t>
      </w:r>
      <w:proofErr w:type="spellEnd"/>
      <w:r w:rsidRPr="00B85427">
        <w:t xml:space="preserve"> </w:t>
      </w:r>
      <w:proofErr w:type="spellStart"/>
      <w:r w:rsidRPr="00B85427">
        <w:t>wobec</w:t>
      </w:r>
      <w:proofErr w:type="spellEnd"/>
      <w:r w:rsidRPr="00B85427">
        <w:t xml:space="preserve"> </w:t>
      </w:r>
      <w:proofErr w:type="spellStart"/>
      <w:r w:rsidRPr="00B85427">
        <w:t>podmiotu</w:t>
      </w:r>
      <w:proofErr w:type="spellEnd"/>
      <w:r w:rsidRPr="00B85427">
        <w:t xml:space="preserve"> </w:t>
      </w:r>
      <w:proofErr w:type="spellStart"/>
      <w:r w:rsidRPr="00B85427">
        <w:t>udostępniającego</w:t>
      </w:r>
      <w:proofErr w:type="spellEnd"/>
      <w:r w:rsidRPr="00B85427">
        <w:t xml:space="preserve"> </w:t>
      </w:r>
      <w:proofErr w:type="spellStart"/>
      <w:r w:rsidRPr="00B85427">
        <w:t>zasoby</w:t>
      </w:r>
      <w:proofErr w:type="spellEnd"/>
      <w:r w:rsidRPr="00B85427">
        <w:t xml:space="preserve"> </w:t>
      </w:r>
      <w:proofErr w:type="spellStart"/>
      <w:r w:rsidRPr="00B85427">
        <w:t>nie</w:t>
      </w:r>
      <w:proofErr w:type="spellEnd"/>
      <w:r w:rsidRPr="00B85427">
        <w:t xml:space="preserve"> </w:t>
      </w:r>
      <w:proofErr w:type="spellStart"/>
      <w:r w:rsidRPr="00B85427">
        <w:t>zachodzą</w:t>
      </w:r>
      <w:proofErr w:type="spellEnd"/>
      <w:r w:rsidRPr="00B85427">
        <w:t xml:space="preserve"> </w:t>
      </w:r>
      <w:proofErr w:type="spellStart"/>
      <w:r w:rsidRPr="00B85427">
        <w:t>podstawy</w:t>
      </w:r>
      <w:proofErr w:type="spellEnd"/>
      <w:r w:rsidRPr="00B85427">
        <w:t xml:space="preserve"> </w:t>
      </w:r>
      <w:proofErr w:type="spellStart"/>
      <w:r w:rsidRPr="00B85427">
        <w:t>wykluczenia</w:t>
      </w:r>
      <w:proofErr w:type="spellEnd"/>
      <w:r w:rsidRPr="00B85427">
        <w:t xml:space="preserve"> </w:t>
      </w:r>
      <w:proofErr w:type="spellStart"/>
      <w:r w:rsidRPr="00B85427">
        <w:t>określone</w:t>
      </w:r>
      <w:proofErr w:type="spellEnd"/>
      <w:r w:rsidRPr="00B85427">
        <w:t xml:space="preserve"> w SWZ, w </w:t>
      </w:r>
      <w:proofErr w:type="spellStart"/>
      <w:r w:rsidRPr="00B85427">
        <w:t>zakresie</w:t>
      </w:r>
      <w:proofErr w:type="spellEnd"/>
      <w:r w:rsidRPr="00B85427">
        <w:t xml:space="preserve"> </w:t>
      </w:r>
      <w:proofErr w:type="spellStart"/>
      <w:r w:rsidRPr="00B85427">
        <w:t>mającym</w:t>
      </w:r>
      <w:proofErr w:type="spellEnd"/>
      <w:r w:rsidRPr="00B85427">
        <w:t xml:space="preserve"> </w:t>
      </w:r>
      <w:proofErr w:type="spellStart"/>
      <w:r w:rsidRPr="00B85427">
        <w:t>zastosowanie</w:t>
      </w:r>
      <w:proofErr w:type="spellEnd"/>
      <w:r w:rsidRPr="00B85427">
        <w:t xml:space="preserve"> do </w:t>
      </w:r>
      <w:proofErr w:type="spellStart"/>
      <w:r w:rsidRPr="00B85427">
        <w:t>tego</w:t>
      </w:r>
      <w:proofErr w:type="spellEnd"/>
      <w:r w:rsidRPr="00B85427">
        <w:t xml:space="preserve"> </w:t>
      </w:r>
      <w:proofErr w:type="spellStart"/>
      <w:r w:rsidRPr="00B85427">
        <w:t>podmiotu</w:t>
      </w:r>
      <w:proofErr w:type="spellEnd"/>
      <w:r w:rsidRPr="00B85427">
        <w:t xml:space="preserve">, w </w:t>
      </w:r>
      <w:proofErr w:type="spellStart"/>
      <w:r w:rsidRPr="00B85427">
        <w:t>tym</w:t>
      </w:r>
      <w:proofErr w:type="spellEnd"/>
      <w:r w:rsidRPr="00B85427">
        <w:t xml:space="preserve"> </w:t>
      </w:r>
      <w:proofErr w:type="spellStart"/>
      <w:r w:rsidRPr="00B85427">
        <w:t>podstawy</w:t>
      </w:r>
      <w:proofErr w:type="spellEnd"/>
      <w:r w:rsidRPr="00B85427">
        <w:t xml:space="preserve"> </w:t>
      </w:r>
      <w:proofErr w:type="spellStart"/>
      <w:r w:rsidRPr="00B85427">
        <w:t>określone</w:t>
      </w:r>
      <w:proofErr w:type="spellEnd"/>
      <w:r w:rsidRPr="00B85427">
        <w:t xml:space="preserve"> </w:t>
      </w:r>
      <w:proofErr w:type="spellStart"/>
      <w:r w:rsidRPr="00B85427">
        <w:t>w art</w:t>
      </w:r>
      <w:proofErr w:type="spellEnd"/>
      <w:r w:rsidRPr="00B85427">
        <w:t xml:space="preserve">. 108 </w:t>
      </w:r>
      <w:proofErr w:type="spellStart"/>
      <w:r w:rsidRPr="00B85427">
        <w:t>ust</w:t>
      </w:r>
      <w:proofErr w:type="spellEnd"/>
      <w:r w:rsidRPr="00B85427">
        <w:t xml:space="preserve">. 1 </w:t>
      </w:r>
      <w:proofErr w:type="spellStart"/>
      <w:r w:rsidRPr="00B85427">
        <w:t>Pzp</w:t>
      </w:r>
      <w:proofErr w:type="spellEnd"/>
      <w:r w:rsidRPr="00B85427">
        <w:t xml:space="preserve">, art. 109 </w:t>
      </w:r>
      <w:proofErr w:type="spellStart"/>
      <w:r w:rsidRPr="00B85427">
        <w:t>ust</w:t>
      </w:r>
      <w:proofErr w:type="spellEnd"/>
      <w:r w:rsidRPr="00B85427">
        <w:t xml:space="preserve">. 1 pkt 4, 5, 7, 8 i 10 </w:t>
      </w:r>
      <w:proofErr w:type="spellStart"/>
      <w:r w:rsidRPr="00B85427">
        <w:t>Pzp</w:t>
      </w:r>
      <w:proofErr w:type="spellEnd"/>
      <w:r w:rsidRPr="00B85427">
        <w:t xml:space="preserve"> </w:t>
      </w:r>
      <w:proofErr w:type="spellStart"/>
      <w:r w:rsidRPr="00B85427">
        <w:t>oraz</w:t>
      </w:r>
      <w:proofErr w:type="spellEnd"/>
      <w:r w:rsidRPr="00B85427">
        <w:t xml:space="preserve"> </w:t>
      </w:r>
      <w:proofErr w:type="spellStart"/>
      <w:r w:rsidRPr="00B85427">
        <w:t>w art</w:t>
      </w:r>
      <w:proofErr w:type="spellEnd"/>
      <w:r w:rsidRPr="00B85427">
        <w:t xml:space="preserve">. 7 </w:t>
      </w:r>
      <w:proofErr w:type="spellStart"/>
      <w:r w:rsidRPr="00B85427">
        <w:t>ust</w:t>
      </w:r>
      <w:proofErr w:type="spellEnd"/>
      <w:r w:rsidRPr="00B85427">
        <w:t xml:space="preserve">. 1 pkt 1–3 </w:t>
      </w:r>
      <w:proofErr w:type="spellStart"/>
      <w:r w:rsidRPr="00B85427">
        <w:t>ustawy</w:t>
      </w:r>
      <w:proofErr w:type="spellEnd"/>
      <w:r w:rsidRPr="00B85427">
        <w:t xml:space="preserve"> z </w:t>
      </w:r>
      <w:proofErr w:type="spellStart"/>
      <w:r w:rsidRPr="00B85427">
        <w:t>dnia</w:t>
      </w:r>
      <w:proofErr w:type="spellEnd"/>
      <w:r w:rsidRPr="00B85427">
        <w:t xml:space="preserve"> 13 </w:t>
      </w:r>
      <w:proofErr w:type="spellStart"/>
      <w:r w:rsidRPr="00B85427">
        <w:t>kwietnia</w:t>
      </w:r>
      <w:proofErr w:type="spellEnd"/>
      <w:r w:rsidRPr="00B85427">
        <w:t xml:space="preserve"> 2022 r. o </w:t>
      </w:r>
      <w:proofErr w:type="spellStart"/>
      <w:r w:rsidRPr="00B85427">
        <w:t>szczególnych</w:t>
      </w:r>
      <w:proofErr w:type="spellEnd"/>
      <w:r w:rsidRPr="00B85427">
        <w:t xml:space="preserve"> </w:t>
      </w:r>
      <w:proofErr w:type="spellStart"/>
      <w:r w:rsidRPr="00B85427">
        <w:t>rozwiązaniach</w:t>
      </w:r>
      <w:proofErr w:type="spellEnd"/>
      <w:r w:rsidRPr="00B85427">
        <w:t xml:space="preserve"> w </w:t>
      </w:r>
      <w:proofErr w:type="spellStart"/>
      <w:r w:rsidRPr="00B85427">
        <w:t>zakresie</w:t>
      </w:r>
      <w:proofErr w:type="spellEnd"/>
      <w:r w:rsidRPr="00B85427">
        <w:t xml:space="preserve"> </w:t>
      </w:r>
      <w:proofErr w:type="spellStart"/>
      <w:r w:rsidRPr="00B85427">
        <w:t>przeciwdziałania</w:t>
      </w:r>
      <w:proofErr w:type="spellEnd"/>
      <w:r w:rsidRPr="00B85427">
        <w:t xml:space="preserve"> </w:t>
      </w:r>
      <w:proofErr w:type="spellStart"/>
      <w:r w:rsidRPr="00B85427">
        <w:t>wspieraniu</w:t>
      </w:r>
      <w:proofErr w:type="spellEnd"/>
      <w:r w:rsidRPr="00B85427">
        <w:t xml:space="preserve"> </w:t>
      </w:r>
      <w:proofErr w:type="spellStart"/>
      <w:r w:rsidRPr="00B85427">
        <w:t>agresji</w:t>
      </w:r>
      <w:proofErr w:type="spellEnd"/>
      <w:r w:rsidRPr="00B85427">
        <w:t xml:space="preserve"> </w:t>
      </w:r>
      <w:proofErr w:type="spellStart"/>
      <w:r w:rsidRPr="00B85427">
        <w:t>na</w:t>
      </w:r>
      <w:proofErr w:type="spellEnd"/>
      <w:r w:rsidRPr="00B85427">
        <w:t xml:space="preserve"> </w:t>
      </w:r>
      <w:proofErr w:type="spellStart"/>
      <w:r w:rsidRPr="00B85427">
        <w:t>Ukrainę</w:t>
      </w:r>
      <w:proofErr w:type="spellEnd"/>
      <w:r w:rsidRPr="00B85427">
        <w:t xml:space="preserve"> </w:t>
      </w:r>
      <w:proofErr w:type="spellStart"/>
      <w:r w:rsidRPr="00B85427">
        <w:t>oraz</w:t>
      </w:r>
      <w:proofErr w:type="spellEnd"/>
      <w:r w:rsidRPr="00B85427">
        <w:t xml:space="preserve"> </w:t>
      </w:r>
      <w:proofErr w:type="spellStart"/>
      <w:r w:rsidRPr="00B85427">
        <w:t>służących</w:t>
      </w:r>
      <w:proofErr w:type="spellEnd"/>
      <w:r w:rsidRPr="00B85427">
        <w:t xml:space="preserve"> </w:t>
      </w:r>
      <w:proofErr w:type="spellStart"/>
      <w:r w:rsidRPr="00B85427">
        <w:t>ochronie</w:t>
      </w:r>
      <w:proofErr w:type="spellEnd"/>
      <w:r w:rsidRPr="00B85427">
        <w:t xml:space="preserve"> </w:t>
      </w:r>
      <w:proofErr w:type="spellStart"/>
      <w:r w:rsidRPr="00B85427">
        <w:t>bezpieczeństwa</w:t>
      </w:r>
      <w:proofErr w:type="spellEnd"/>
      <w:r w:rsidRPr="00B85427">
        <w:t xml:space="preserve"> </w:t>
      </w:r>
      <w:proofErr w:type="spellStart"/>
      <w:r w:rsidRPr="00B85427">
        <w:t>narodowego</w:t>
      </w:r>
      <w:proofErr w:type="spellEnd"/>
      <w:r w:rsidRPr="00B85427">
        <w:t>.</w:t>
      </w:r>
    </w:p>
    <w:p w14:paraId="0A8F51F1" w14:textId="77777777" w:rsidR="00EF1FEE" w:rsidRDefault="00000000">
      <w:proofErr w:type="gramStart"/>
      <w:r>
        <w:t>[ ]</w:t>
      </w:r>
      <w:proofErr w:type="gramEnd"/>
      <w:r>
        <w:t xml:space="preserve"> NIE </w:t>
      </w:r>
      <w:proofErr w:type="spellStart"/>
      <w:r>
        <w:t>zachodzą</w:t>
      </w:r>
      <w:proofErr w:type="spellEnd"/>
      <w:r>
        <w:t xml:space="preserve"> </w:t>
      </w:r>
      <w:proofErr w:type="spellStart"/>
      <w:r>
        <w:t>podstawy</w:t>
      </w:r>
      <w:proofErr w:type="spellEnd"/>
      <w:r>
        <w:t xml:space="preserve"> </w:t>
      </w:r>
      <w:proofErr w:type="spellStart"/>
      <w:r>
        <w:t>wykluczenia</w:t>
      </w:r>
      <w:proofErr w:type="spellEnd"/>
      <w:r>
        <w:t>.</w:t>
      </w:r>
    </w:p>
    <w:p w14:paraId="37473A48" w14:textId="77777777" w:rsidR="00EF1FEE" w:rsidRDefault="00000000">
      <w:proofErr w:type="gramStart"/>
      <w:r>
        <w:t>[ ]</w:t>
      </w:r>
      <w:proofErr w:type="gramEnd"/>
      <w:r>
        <w:t xml:space="preserve"> </w:t>
      </w:r>
      <w:proofErr w:type="spellStart"/>
      <w:r>
        <w:t>Zachodzą</w:t>
      </w:r>
      <w:proofErr w:type="spellEnd"/>
      <w:r>
        <w:t xml:space="preserve"> </w:t>
      </w:r>
      <w:proofErr w:type="spellStart"/>
      <w:r>
        <w:t>okoliczności</w:t>
      </w:r>
      <w:proofErr w:type="spellEnd"/>
      <w:r>
        <w:t xml:space="preserve">, </w:t>
      </w:r>
      <w:proofErr w:type="spellStart"/>
      <w:r>
        <w:t>lecz</w:t>
      </w:r>
      <w:proofErr w:type="spellEnd"/>
      <w:r>
        <w:t xml:space="preserve"> </w:t>
      </w:r>
      <w:proofErr w:type="spellStart"/>
      <w:r>
        <w:t>zastosowano</w:t>
      </w:r>
      <w:proofErr w:type="spellEnd"/>
      <w:r>
        <w:t xml:space="preserve"> </w:t>
      </w:r>
      <w:proofErr w:type="spellStart"/>
      <w:r>
        <w:t>środki</w:t>
      </w:r>
      <w:proofErr w:type="spellEnd"/>
      <w:r>
        <w:t xml:space="preserve"> </w:t>
      </w:r>
      <w:proofErr w:type="spellStart"/>
      <w:r>
        <w:t>naprawcze</w:t>
      </w:r>
      <w:proofErr w:type="spellEnd"/>
      <w:r>
        <w:t xml:space="preserve"> / </w:t>
      </w:r>
      <w:proofErr w:type="spellStart"/>
      <w:r>
        <w:t>samooczyszczenie</w:t>
      </w:r>
      <w:proofErr w:type="spellEnd"/>
      <w:r>
        <w:t xml:space="preserve">. </w:t>
      </w:r>
      <w:proofErr w:type="spellStart"/>
      <w:r>
        <w:t>Opis</w:t>
      </w:r>
      <w:proofErr w:type="spellEnd"/>
      <w:r>
        <w:t xml:space="preserve"> i </w:t>
      </w:r>
      <w:proofErr w:type="spellStart"/>
      <w:r>
        <w:t>dowody</w:t>
      </w:r>
      <w:proofErr w:type="spellEnd"/>
      <w:r>
        <w:t xml:space="preserve"> </w:t>
      </w:r>
      <w:proofErr w:type="spellStart"/>
      <w:r>
        <w:t>załączono</w:t>
      </w:r>
      <w:proofErr w:type="spellEnd"/>
      <w:r>
        <w:t>.</w:t>
      </w:r>
    </w:p>
    <w:p w14:paraId="4293AAAE" w14:textId="77777777" w:rsidR="00EF1FEE" w:rsidRDefault="00000000">
      <w:pPr>
        <w:pStyle w:val="Nagwek1"/>
      </w:pPr>
      <w:r>
        <w:t xml:space="preserve">2. </w:t>
      </w:r>
      <w:proofErr w:type="spellStart"/>
      <w:r>
        <w:t>Spełnianie</w:t>
      </w:r>
      <w:proofErr w:type="spellEnd"/>
      <w:r>
        <w:t xml:space="preserve"> </w:t>
      </w:r>
      <w:proofErr w:type="spellStart"/>
      <w:r>
        <w:t>warunków</w:t>
      </w:r>
      <w:proofErr w:type="spellEnd"/>
      <w:r>
        <w:t xml:space="preserve"> </w:t>
      </w:r>
      <w:proofErr w:type="spellStart"/>
      <w:r>
        <w:t>udziału</w:t>
      </w:r>
      <w:proofErr w:type="spellEnd"/>
    </w:p>
    <w:p w14:paraId="3607BCD6" w14:textId="77777777" w:rsidR="00EF1FEE" w:rsidRDefault="00000000">
      <w:proofErr w:type="spellStart"/>
      <w:r>
        <w:t>Oświadczam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podmiot</w:t>
      </w:r>
      <w:proofErr w:type="spellEnd"/>
      <w:r>
        <w:t xml:space="preserve"> </w:t>
      </w:r>
      <w:proofErr w:type="spellStart"/>
      <w:r>
        <w:t>udostępniający</w:t>
      </w:r>
      <w:proofErr w:type="spellEnd"/>
      <w:r>
        <w:t xml:space="preserve"> </w:t>
      </w:r>
      <w:proofErr w:type="spellStart"/>
      <w:r>
        <w:t>zasoby</w:t>
      </w:r>
      <w:proofErr w:type="spellEnd"/>
      <w:r>
        <w:t xml:space="preserve"> </w:t>
      </w:r>
      <w:proofErr w:type="spellStart"/>
      <w:r>
        <w:t>spełnia</w:t>
      </w:r>
      <w:proofErr w:type="spellEnd"/>
      <w:r>
        <w:t xml:space="preserve"> </w:t>
      </w:r>
      <w:proofErr w:type="spellStart"/>
      <w:r>
        <w:t>warunki</w:t>
      </w:r>
      <w:proofErr w:type="spellEnd"/>
      <w:r>
        <w:t xml:space="preserve"> </w:t>
      </w:r>
      <w:proofErr w:type="spellStart"/>
      <w:r>
        <w:t>udziału</w:t>
      </w:r>
      <w:proofErr w:type="spellEnd"/>
      <w:r>
        <w:t xml:space="preserve"> w </w:t>
      </w:r>
      <w:proofErr w:type="spellStart"/>
      <w:r>
        <w:t>zakresie</w:t>
      </w:r>
      <w:proofErr w:type="spellEnd"/>
      <w:r>
        <w:t xml:space="preserve">, w </w:t>
      </w:r>
      <w:proofErr w:type="spellStart"/>
      <w:r>
        <w:t>jakim</w:t>
      </w:r>
      <w:proofErr w:type="spellEnd"/>
      <w:r>
        <w:t xml:space="preserve"> </w:t>
      </w:r>
      <w:proofErr w:type="spellStart"/>
      <w:r>
        <w:t>Wykonawca</w:t>
      </w:r>
      <w:proofErr w:type="spellEnd"/>
      <w:r>
        <w:t xml:space="preserve"> </w:t>
      </w:r>
      <w:proofErr w:type="spellStart"/>
      <w:r>
        <w:t>powołuje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jego</w:t>
      </w:r>
      <w:proofErr w:type="spellEnd"/>
      <w:r>
        <w:t xml:space="preserve"> </w:t>
      </w:r>
      <w:proofErr w:type="spellStart"/>
      <w:r>
        <w:t>zasoby</w:t>
      </w:r>
      <w:proofErr w:type="spellEnd"/>
      <w:r>
        <w:t xml:space="preserve">, </w:t>
      </w:r>
      <w:proofErr w:type="spellStart"/>
      <w:r>
        <w:t>tj</w:t>
      </w:r>
      <w:proofErr w:type="spellEnd"/>
      <w:r>
        <w:t>.:</w:t>
      </w:r>
    </w:p>
    <w:p w14:paraId="61E43F99" w14:textId="77777777" w:rsidR="00EF1FEE" w:rsidRDefault="00000000">
      <w:r>
        <w:t>................................................................................................................................................</w:t>
      </w:r>
    </w:p>
    <w:p w14:paraId="0C68B2F7" w14:textId="77777777" w:rsidR="00EF1FEE" w:rsidRDefault="00000000">
      <w:pPr>
        <w:pStyle w:val="Nagwek1"/>
      </w:pPr>
      <w:r>
        <w:t xml:space="preserve">3. </w:t>
      </w:r>
      <w:proofErr w:type="spellStart"/>
      <w:r>
        <w:t>Aktualność</w:t>
      </w:r>
      <w:proofErr w:type="spellEnd"/>
      <w:r>
        <w:t xml:space="preserve"> i </w:t>
      </w:r>
      <w:proofErr w:type="spellStart"/>
      <w:r>
        <w:t>prawdziwość</w:t>
      </w:r>
      <w:proofErr w:type="spellEnd"/>
      <w:r>
        <w:t xml:space="preserve"> </w:t>
      </w:r>
      <w:proofErr w:type="spellStart"/>
      <w:r>
        <w:t>danych</w:t>
      </w:r>
      <w:proofErr w:type="spellEnd"/>
    </w:p>
    <w:p w14:paraId="27A6742A" w14:textId="77777777" w:rsidR="00EF1FEE" w:rsidRDefault="00000000">
      <w:proofErr w:type="spellStart"/>
      <w:r>
        <w:t>Oświadczam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wszystkie</w:t>
      </w:r>
      <w:proofErr w:type="spellEnd"/>
      <w:r>
        <w:t xml:space="preserve"> </w:t>
      </w:r>
      <w:proofErr w:type="spellStart"/>
      <w:r>
        <w:t>informacje</w:t>
      </w:r>
      <w:proofErr w:type="spellEnd"/>
      <w:r>
        <w:t xml:space="preserve"> </w:t>
      </w:r>
      <w:proofErr w:type="spellStart"/>
      <w:r>
        <w:t>zawarte</w:t>
      </w:r>
      <w:proofErr w:type="spellEnd"/>
      <w:r>
        <w:t xml:space="preserve"> w </w:t>
      </w:r>
      <w:proofErr w:type="spellStart"/>
      <w:r>
        <w:t>niniejszym</w:t>
      </w:r>
      <w:proofErr w:type="spellEnd"/>
      <w:r>
        <w:t xml:space="preserve"> </w:t>
      </w:r>
      <w:proofErr w:type="spellStart"/>
      <w:r>
        <w:t>oświadczeniu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</w:t>
      </w:r>
      <w:proofErr w:type="spellStart"/>
      <w:r>
        <w:t>aktualne</w:t>
      </w:r>
      <w:proofErr w:type="spellEnd"/>
      <w:r>
        <w:t xml:space="preserve"> i </w:t>
      </w:r>
      <w:proofErr w:type="spellStart"/>
      <w:r>
        <w:t>zgodne</w:t>
      </w:r>
      <w:proofErr w:type="spellEnd"/>
      <w:r>
        <w:t xml:space="preserve"> z </w:t>
      </w:r>
      <w:proofErr w:type="spellStart"/>
      <w:r>
        <w:t>prawdą</w:t>
      </w:r>
      <w:proofErr w:type="spellEnd"/>
      <w:r>
        <w:t>.</w:t>
      </w:r>
    </w:p>
    <w:p w14:paraId="585CA6D3" w14:textId="5F2B537A" w:rsidR="00EF1FEE" w:rsidRDefault="00EF1FEE"/>
    <w:sectPr w:rsidR="00EF1FEE" w:rsidSect="00034616">
      <w:headerReference w:type="default" r:id="rId8"/>
      <w:footerReference w:type="default" r:id="rId9"/>
      <w:headerReference w:type="first" r:id="rId12"/>
      <w:footerReference w:type="first" r:id="rId13"/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AC57C02" w14:textId="77777777" w:rsidR="000534DB" w:rsidRDefault="000534DB">
      <w:pPr>
        <w:spacing w:after="0" w:line="240" w:lineRule="auto"/>
      </w:pPr>
      <w:r>
        <w:separator/>
      </w:r>
    </w:p>
  </w:endnote>
  <w:endnote w:type="continuationSeparator" w:id="0">
    <w:p w14:paraId="69ABC4E3" w14:textId="77777777" w:rsidR="000534DB" w:rsidRDefault="000534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altName w:val="Courier New"/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4DCED9" w14:textId="77777777" w:rsidR="00EF1FEE" w:rsidRDefault="00000000">
    <w:pPr>
      <w:pStyle w:val="Stopka"/>
      <w:jc w:val="center"/>
    </w:pPr>
    <w:r>
      <w:rPr>
        <w:color w:val="666666"/>
        <w:sz w:val="16"/>
      </w:rPr>
      <w:t xml:space="preserve">Strona </w:t>
    </w:r>
    <w:r>
      <w:rPr>
        <w:color w:val="666666"/>
        <w:sz w:val="16"/>
      </w:rPr>
      <w:fldChar w:fldCharType="begin"/>
    </w:r>
    <w:r>
      <w:rPr>
        <w:color w:val="666666"/>
        <w:sz w:val="16"/>
      </w:rPr>
      <w:instrText>PAGE</w:instrText>
    </w:r>
    <w:r>
      <w:rPr>
        <w:color w:val="666666"/>
        <w:sz w:val="16"/>
      </w:rPr>
      <w:fldChar w:fldCharType="separate"/>
    </w:r>
    <w:r w:rsidR="00F82472">
      <w:rPr>
        <w:noProof/>
        <w:color w:val="666666"/>
        <w:sz w:val="16"/>
      </w:rPr>
      <w:t>1</w:t>
    </w:r>
    <w:r>
      <w:rPr>
        <w:color w:val="666666"/>
        <w:sz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68EBDDD" w14:textId="77777777" w:rsidR="000534DB" w:rsidRDefault="000534DB">
      <w:pPr>
        <w:spacing w:after="0" w:line="240" w:lineRule="auto"/>
      </w:pPr>
      <w:r>
        <w:separator/>
      </w:r>
    </w:p>
  </w:footnote>
  <w:footnote w:type="continuationSeparator" w:id="0">
    <w:p w14:paraId="3A8E9F02" w14:textId="77777777" w:rsidR="000534DB" w:rsidRDefault="000534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DD747E" w14:textId="25CACA1C" w:rsidR="00780EBA" w:rsidRDefault="00780EBA">
    <w:pPr>
      <w:pStyle w:val="Nagwek"/>
      <w:jc w:val="right"/>
      <w:rPr>
        <w:color w:val="666666"/>
        <w:sz w:val="16"/>
      </w:rPr>
    </w:pPr>
    <w:r w:rsidRPr="000D5503">
      <w:rPr>
        <w:noProof/>
      </w:rPr>
      <w:drawing>
        <wp:inline distT="0" distB="0" distL="0" distR="0" wp14:anchorId="6FB860D2" wp14:editId="0F675187">
          <wp:extent cx="6120765" cy="568325"/>
          <wp:effectExtent l="0" t="0" r="635" b="3175"/>
          <wp:docPr id="207129106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129106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765" cy="568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B2C116" w14:textId="27C3A6A9" w:rsidR="00EF1FEE" w:rsidRDefault="00000000">
    <w:pPr>
      <w:pStyle w:val="Nagwek"/>
      <w:jc w:val="right"/>
    </w:pPr>
    <w:proofErr w:type="spellStart"/>
    <w:r>
      <w:rPr>
        <w:color w:val="666666"/>
        <w:sz w:val="16"/>
      </w:rPr>
      <w:t>Gmina Mrozy</w:t>
    </w:r>
    <w:proofErr w:type="spellEnd"/>
    <w:r>
      <w:rPr>
        <w:color w:val="666666"/>
        <w:sz w:val="16"/>
      </w:rPr>
    </w:r>
    <w:proofErr w:type="spellStart"/>
    <w:r>
      <w:rPr>
        <w:color w:val="666666"/>
        <w:sz w:val="16"/>
      </w:rPr>
    </w:r>
    <w:proofErr w:type="spellEnd"/>
    <w:r>
      <w:rPr>
        <w:color w:val="666666"/>
        <w:sz w:val="16"/>
      </w:rPr>
    </w:r>
    <w:proofErr w:type="spellStart"/>
    <w:r>
      <w:rPr>
        <w:color w:val="666666"/>
        <w:sz w:val="16"/>
      </w:rPr>
    </w:r>
    <w:proofErr w:type="spellEnd"/>
    <w:r>
      <w:rPr>
        <w:color w:val="666666"/>
        <w:sz w:val="16"/>
      </w:rPr>
    </w:r>
    <w:proofErr w:type="spellStart"/>
    <w:r>
      <w:rPr>
        <w:color w:val="666666"/>
        <w:sz w:val="16"/>
      </w:rPr>
    </w:r>
    <w:proofErr w:type="spellEnd"/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66618617">
    <w:abstractNumId w:val="8"/>
  </w:num>
  <w:num w:numId="2" w16cid:durableId="1286086171">
    <w:abstractNumId w:val="6"/>
  </w:num>
  <w:num w:numId="3" w16cid:durableId="1299535884">
    <w:abstractNumId w:val="5"/>
  </w:num>
  <w:num w:numId="4" w16cid:durableId="1222789473">
    <w:abstractNumId w:val="4"/>
  </w:num>
  <w:num w:numId="5" w16cid:durableId="1731340558">
    <w:abstractNumId w:val="7"/>
  </w:num>
  <w:num w:numId="6" w16cid:durableId="1282613777">
    <w:abstractNumId w:val="3"/>
  </w:num>
  <w:num w:numId="7" w16cid:durableId="1973899880">
    <w:abstractNumId w:val="2"/>
  </w:num>
  <w:num w:numId="8" w16cid:durableId="582908279">
    <w:abstractNumId w:val="1"/>
  </w:num>
  <w:num w:numId="9" w16cid:durableId="153584429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4DB"/>
    <w:rsid w:val="0006063C"/>
    <w:rsid w:val="0015074B"/>
    <w:rsid w:val="0029639D"/>
    <w:rsid w:val="00326F90"/>
    <w:rsid w:val="00490CD1"/>
    <w:rsid w:val="00761E77"/>
    <w:rsid w:val="00780EBA"/>
    <w:rsid w:val="00AA1D8D"/>
    <w:rsid w:val="00B47730"/>
    <w:rsid w:val="00B85427"/>
    <w:rsid w:val="00CB0664"/>
    <w:rsid w:val="00DE042A"/>
    <w:rsid w:val="00EF1FEE"/>
    <w:rsid w:val="00F8247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6F1A08"/>
  <w14:defaultImageDpi w14:val="300"/>
  <w15:docId w15:val="{28F6F367-9432-754C-A826-AE64B858C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/>
    </w:pPr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1F4E78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1F4E78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before="200" w:after="10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8"/>
      <w:sz w:val="3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2" Type="http://schemas.openxmlformats.org/officeDocument/2006/relationships/header" Target="header2.xml"/><Relationship Id="rId13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265</Words>
  <Characters>1591</Characters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terms:created xsi:type="dcterms:W3CDTF">2013-12-23T23:15:00Z</dcterms:created>
  <dcterms:modified xsi:type="dcterms:W3CDTF">2026-09-30T16:28:00Z</dcterms:modified>
  <cp:category/>
</cp:coreProperties>
</file>