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F39D4" w14:textId="77777777" w:rsidR="0068285A" w:rsidRPr="00CC4958" w:rsidRDefault="00000000">
      <w:pPr>
        <w:jc w:val="center"/>
        <w:rPr>
          <w:lang w:val="pl-PL"/>
        </w:rPr>
      </w:pPr>
      <w:r w:rsidRPr="00CC4958">
        <w:rPr>
          <w:b/>
          <w:color w:val="1F4E78"/>
          <w:sz w:val="36"/>
          <w:lang w:val="pl-PL"/>
        </w:rPr>
        <w:t>FORMULARZ OFEROWANYCH ROZWIĄZAŃ</w:t>
      </w:r>
    </w:p>
    <w:p w14:paraId="229A57FA" w14:textId="77777777" w:rsidR="0068285A" w:rsidRPr="00CC4958" w:rsidRDefault="00000000">
      <w:pPr>
        <w:jc w:val="center"/>
        <w:rPr>
          <w:lang w:val="pl-PL"/>
        </w:rPr>
      </w:pPr>
      <w:r w:rsidRPr="00CC4958">
        <w:rPr>
          <w:b/>
          <w:sz w:val="24"/>
          <w:lang w:val="pl-PL"/>
        </w:rPr>
        <w:t>Identyfikacja produktów i rozwiązań oferowanych przez Wykonawcę</w:t>
      </w:r>
    </w:p>
    <w:p w14:paraId="162DE31F" w14:textId="77777777" w:rsidR="0068285A" w:rsidRDefault="00000000">
      <w:pPr>
        <w:jc w:val="center"/>
      </w:pPr>
      <w:proofErr w:type="spellStart"/>
      <w:r>
        <w:rPr>
          <w:color w:val="666666"/>
        </w:rPr>
        <w:t>Załącznik</w:t>
      </w:r>
      <w:proofErr w:type="spellEnd"/>
      <w:r>
        <w:rPr>
          <w:color w:val="666666"/>
        </w:rPr>
        <w:t xml:space="preserve"> nr 4 do SWZ</w:t>
      </w:r>
    </w:p>
    <w:p>
      <w:pPr>
        <w:jc w:val="center"/>
      </w:pPr>
      <w:r>
        <w:rPr>
          <w:sz w:val="18"/>
        </w:rPr>
        <w:t>Znak postępowania: ZGK.2810.6.2026</w:t>
      </w:r>
    </w:p>
    <w:p w14:paraId="796ED2CE" w14:textId="77777777" w:rsidR="0068285A" w:rsidRDefault="0068285A"/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ook w:val="04A0" w:firstRow="1" w:lastRow="0" w:firstColumn="1" w:lastColumn="0" w:noHBand="0" w:noVBand="1"/>
      </w:tblPr>
      <w:tblGrid>
        <w:gridCol w:w="4986"/>
        <w:gridCol w:w="4986"/>
      </w:tblGrid>
      <w:tr w:rsidR="0068285A" w14:paraId="63A5AA79" w14:textId="7777777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9A3208" w14:textId="77777777" w:rsidR="0068285A" w:rsidRDefault="00000000">
            <w:proofErr w:type="spellStart"/>
            <w:r>
              <w:rPr>
                <w:b/>
              </w:rPr>
              <w:t>Zamawiający</w:t>
            </w:r>
            <w:proofErr w:type="spellEnd"/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7E26DC" w14:textId="77777777" w:rsidR="0068285A" w:rsidRDefault="00000000">
            <w:r w:rsidRPr="00CC4958">
              <w:rPr>
                <w:lang w:val="pl-PL"/>
              </w:rPr>
              <w:t xml:space="preserve">Gmina Mrozy, ul. Adama Mickiewicza 35, 05-320 Mrozy, NIP: 822-21-47-185, reprezentowana przez Zakład Gospodarki Komunalnej w Mrozach, ul. </w:t>
            </w:r>
            <w:proofErr w:type="spellStart"/>
            <w:r>
              <w:t>Graniczna</w:t>
            </w:r>
            <w:proofErr w:type="spellEnd"/>
            <w:r>
              <w:t xml:space="preserve"> 1, 05-320 </w:t>
            </w:r>
            <w:proofErr w:type="spellStart"/>
            <w:r>
              <w:t>Mrozy</w:t>
            </w:r>
            <w:proofErr w:type="spellEnd"/>
          </w:p>
        </w:tc>
      </w:tr>
      <w:tr w:rsidR="0068285A" w:rsidRPr="00C43F51" w14:paraId="56937F67" w14:textId="7777777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89DB04" w14:textId="77777777" w:rsidR="0068285A" w:rsidRDefault="00000000">
            <w:r>
              <w:rPr>
                <w:b/>
              </w:rPr>
              <w:t>Projekt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A41A57" w14:textId="77777777" w:rsidR="0068285A" w:rsidRPr="00CC4958" w:rsidRDefault="00000000">
            <w:pPr>
              <w:rPr>
                <w:lang w:val="pl-PL"/>
              </w:rPr>
            </w:pPr>
            <w:proofErr w:type="spellStart"/>
            <w:r w:rsidRPr="00CC4958">
              <w:rPr>
                <w:lang w:val="pl-PL"/>
              </w:rPr>
              <w:t>Cyberbezpieczny</w:t>
            </w:r>
            <w:proofErr w:type="spellEnd"/>
            <w:r w:rsidRPr="00CC4958">
              <w:rPr>
                <w:lang w:val="pl-PL"/>
              </w:rPr>
              <w:t xml:space="preserve"> Zakład Gospodarki Komunalnej w Mrozach</w:t>
            </w:r>
          </w:p>
        </w:tc>
      </w:tr>
      <w:tr w:rsidR="0068285A" w:rsidRPr="00C43F51" w14:paraId="0BFAD26B" w14:textId="7777777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38B7FBC" w14:textId="77777777" w:rsidR="0068285A" w:rsidRDefault="00000000">
            <w:r>
              <w:rPr>
                <w:b/>
              </w:rPr>
              <w:t>Program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B05006" w14:textId="77777777" w:rsidR="0068285A" w:rsidRPr="00CC4958" w:rsidRDefault="00000000">
            <w:pPr>
              <w:rPr>
                <w:lang w:val="pl-PL"/>
              </w:rPr>
            </w:pPr>
            <w:r w:rsidRPr="00CC4958">
              <w:rPr>
                <w:lang w:val="pl-PL"/>
              </w:rPr>
              <w:t xml:space="preserve">Krajowy Plan Odbudowy i Zwiększania Odporności, C3.1.1 </w:t>
            </w:r>
            <w:proofErr w:type="spellStart"/>
            <w:r w:rsidRPr="00CC4958">
              <w:rPr>
                <w:lang w:val="pl-PL"/>
              </w:rPr>
              <w:t>Cyberbezpieczeństwo</w:t>
            </w:r>
            <w:proofErr w:type="spellEnd"/>
            <w:r w:rsidRPr="00CC4958">
              <w:rPr>
                <w:lang w:val="pl-PL"/>
              </w:rPr>
              <w:t xml:space="preserve"> – </w:t>
            </w:r>
            <w:proofErr w:type="spellStart"/>
            <w:r w:rsidRPr="00CC4958">
              <w:rPr>
                <w:lang w:val="pl-PL"/>
              </w:rPr>
              <w:t>CyberPL</w:t>
            </w:r>
            <w:proofErr w:type="spellEnd"/>
          </w:p>
        </w:tc>
      </w:tr>
      <w:tr w:rsidR="0068285A" w14:paraId="1E403A30" w14:textId="7777777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671D5A" w14:textId="77777777" w:rsidR="0068285A" w:rsidRDefault="00000000">
            <w:proofErr w:type="spellStart"/>
            <w:r>
              <w:rPr>
                <w:b/>
              </w:rPr>
              <w:t>Nabór</w:t>
            </w:r>
            <w:proofErr w:type="spellEnd"/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EDDCE4C" w14:textId="77777777" w:rsidR="0068285A" w:rsidRDefault="00000000">
            <w:r>
              <w:t>KPOD.05.10-CW.01-001/25</w:t>
            </w:r>
          </w:p>
        </w:tc>
      </w:tr>
    </w:tbl>
    <w:p w14:paraId="21051197" w14:textId="77777777" w:rsidR="0068285A" w:rsidRDefault="0068285A"/>
    <w:p w14:paraId="5A8092A3" w14:textId="77777777" w:rsidR="0068285A" w:rsidRDefault="00000000">
      <w:pPr>
        <w:jc w:val="center"/>
      </w:pPr>
      <w:proofErr w:type="spellStart"/>
      <w:r>
        <w:rPr>
          <w:color w:val="666666"/>
        </w:rPr>
        <w:t>Mrozy</w:t>
      </w:r>
      <w:proofErr w:type="spellEnd"/>
      <w:r>
        <w:rPr>
          <w:color w:val="666666"/>
        </w:rPr>
        <w:t>, 2026</w:t>
      </w:r>
    </w:p>
    <w:p w14:paraId="11866DAE" w14:textId="77777777" w:rsidR="0068285A" w:rsidRDefault="00000000">
      <w:r>
        <w:br w:type="page"/>
      </w:r>
    </w:p>
    <w:p w14:paraId="6D2A665A" w14:textId="77777777" w:rsidR="0068285A" w:rsidRPr="00CC4958" w:rsidRDefault="00000000">
      <w:pPr>
        <w:rPr>
          <w:lang w:val="pl-PL"/>
        </w:rPr>
      </w:pPr>
      <w:r w:rsidRPr="00CC4958">
        <w:rPr>
          <w:lang w:val="pl-PL"/>
        </w:rPr>
        <w:lastRenderedPageBreak/>
        <w:t>Formularz służy jednoznacznej identyfikacji oferowanych komponentów. W przypadku rozwiązania wielokomponentowego należy wskazać wszystkie komponenty mające istotne znaczenie dla spełnienia wymagań OPZ.</w:t>
      </w:r>
    </w:p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ook w:val="04A0" w:firstRow="1" w:lastRow="0" w:firstColumn="1" w:lastColumn="0" w:noHBand="0" w:noVBand="1"/>
      </w:tblPr>
      <w:tblGrid>
        <w:gridCol w:w="794"/>
        <w:gridCol w:w="2835"/>
        <w:gridCol w:w="2721"/>
        <w:gridCol w:w="2835"/>
      </w:tblGrid>
      <w:tr w:rsidR="0068285A" w14:paraId="745B1D8E" w14:textId="77777777">
        <w:trPr>
          <w:tblHeader/>
          <w:jc w:val="center"/>
        </w:trPr>
        <w:tc>
          <w:tcPr>
            <w:tcW w:w="794" w:type="dxa"/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A5891A" w14:textId="77777777" w:rsidR="0068285A" w:rsidRDefault="00000000">
            <w:proofErr w:type="spellStart"/>
            <w:r>
              <w:rPr>
                <w:b/>
                <w:color w:val="FFFFFF"/>
                <w:sz w:val="16"/>
              </w:rPr>
              <w:t>Kod</w:t>
            </w:r>
            <w:proofErr w:type="spellEnd"/>
          </w:p>
        </w:tc>
        <w:tc>
          <w:tcPr>
            <w:tcW w:w="2835" w:type="dxa"/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896E67" w14:textId="77777777" w:rsidR="0068285A" w:rsidRDefault="00000000">
            <w:proofErr w:type="spellStart"/>
            <w:r>
              <w:rPr>
                <w:b/>
                <w:color w:val="FFFFFF"/>
                <w:sz w:val="16"/>
              </w:rPr>
              <w:t>Komponent</w:t>
            </w:r>
            <w:proofErr w:type="spellEnd"/>
          </w:p>
        </w:tc>
        <w:tc>
          <w:tcPr>
            <w:tcW w:w="2721" w:type="dxa"/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5D5BF4" w14:textId="77777777" w:rsidR="0068285A" w:rsidRDefault="00000000">
            <w:proofErr w:type="spellStart"/>
            <w:r>
              <w:rPr>
                <w:b/>
                <w:color w:val="FFFFFF"/>
                <w:sz w:val="16"/>
              </w:rPr>
              <w:t>Wymagane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wskazanie</w:t>
            </w:r>
            <w:proofErr w:type="spellEnd"/>
          </w:p>
        </w:tc>
        <w:tc>
          <w:tcPr>
            <w:tcW w:w="2835" w:type="dxa"/>
            <w:shd w:val="clear" w:color="auto" w:fill="1F4E78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9D8744" w14:textId="77777777" w:rsidR="0068285A" w:rsidRDefault="00000000">
            <w:proofErr w:type="spellStart"/>
            <w:r>
              <w:rPr>
                <w:b/>
                <w:color w:val="FFFFFF"/>
                <w:sz w:val="16"/>
              </w:rPr>
              <w:t>Oferowane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rozwiązanie</w:t>
            </w:r>
            <w:proofErr w:type="spellEnd"/>
          </w:p>
        </w:tc>
      </w:tr>
      <w:tr w:rsidR="0068285A" w14:paraId="2F0541F5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689D954" w14:textId="77777777" w:rsidR="0068285A" w:rsidRDefault="00000000">
            <w:r>
              <w:rPr>
                <w:sz w:val="16"/>
              </w:rPr>
              <w:t>O01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1635863" w14:textId="77777777" w:rsidR="0068285A" w:rsidRDefault="00000000">
            <w:proofErr w:type="spellStart"/>
            <w:r>
              <w:rPr>
                <w:sz w:val="16"/>
              </w:rPr>
              <w:t>Antywirus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ochrona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endpointów</w:t>
            </w:r>
            <w:proofErr w:type="spellEnd"/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B42A4E1" w14:textId="77777777" w:rsidR="0068285A" w:rsidRDefault="00000000">
            <w:r>
              <w:rPr>
                <w:sz w:val="16"/>
              </w:rPr>
              <w:t xml:space="preserve">producent / </w:t>
            </w:r>
            <w:proofErr w:type="spellStart"/>
            <w:r>
              <w:rPr>
                <w:sz w:val="16"/>
              </w:rPr>
              <w:t>nazwa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moduł</w:t>
            </w:r>
            <w:proofErr w:type="spellEnd"/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6BC408C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5961195C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7C01AA9" w14:textId="77777777" w:rsidR="0068285A" w:rsidRDefault="00000000">
            <w:r>
              <w:rPr>
                <w:sz w:val="16"/>
              </w:rPr>
              <w:t>O13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FCBAA40" w14:textId="77777777" w:rsidR="0068285A" w:rsidRDefault="00000000">
            <w:r>
              <w:rPr>
                <w:sz w:val="16"/>
              </w:rPr>
              <w:t>XDR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34F1F9B" w14:textId="77777777" w:rsidR="0068285A" w:rsidRDefault="00000000">
            <w:r>
              <w:rPr>
                <w:sz w:val="16"/>
              </w:rPr>
              <w:t xml:space="preserve">producent / </w:t>
            </w:r>
            <w:proofErr w:type="spellStart"/>
            <w:r>
              <w:rPr>
                <w:sz w:val="16"/>
              </w:rPr>
              <w:t>nazwa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wersja</w:t>
            </w:r>
            <w:proofErr w:type="spellEnd"/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D7C6CA6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756B8E99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D16BE67" w14:textId="77777777" w:rsidR="0068285A" w:rsidRDefault="00000000">
            <w:r>
              <w:rPr>
                <w:sz w:val="16"/>
              </w:rPr>
              <w:t>O15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C936968" w14:textId="77777777" w:rsidR="0068285A" w:rsidRDefault="00000000">
            <w:r>
              <w:rPr>
                <w:sz w:val="16"/>
              </w:rPr>
              <w:t>ITDR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E3F9B83" w14:textId="77777777" w:rsidR="0068285A" w:rsidRDefault="00000000">
            <w:r>
              <w:rPr>
                <w:sz w:val="16"/>
              </w:rPr>
              <w:t xml:space="preserve">producent / </w:t>
            </w:r>
            <w:proofErr w:type="spellStart"/>
            <w:r>
              <w:rPr>
                <w:sz w:val="16"/>
              </w:rPr>
              <w:t>nazwa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komponent</w:t>
            </w:r>
            <w:proofErr w:type="spellEnd"/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93DDD9D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0E3A37D8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A4A771F" w14:textId="77777777" w:rsidR="0068285A" w:rsidRDefault="00000000">
            <w:r>
              <w:rPr>
                <w:sz w:val="16"/>
              </w:rPr>
              <w:t>O14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5C8BDB2" w14:textId="77777777" w:rsidR="0068285A" w:rsidRDefault="00000000">
            <w:r>
              <w:rPr>
                <w:sz w:val="16"/>
              </w:rPr>
              <w:t>NDR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12242EA" w14:textId="77777777" w:rsidR="0068285A" w:rsidRDefault="00000000">
            <w:r>
              <w:rPr>
                <w:sz w:val="16"/>
              </w:rPr>
              <w:t xml:space="preserve">producent / </w:t>
            </w:r>
            <w:proofErr w:type="spellStart"/>
            <w:r>
              <w:rPr>
                <w:sz w:val="16"/>
              </w:rPr>
              <w:t>nazwa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komponent</w:t>
            </w:r>
            <w:proofErr w:type="spellEnd"/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A6DB80A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28C2D513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A7D15A2" w14:textId="77777777" w:rsidR="0068285A" w:rsidRDefault="00000000">
            <w:r>
              <w:rPr>
                <w:sz w:val="16"/>
              </w:rPr>
              <w:t>O33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BB3E295" w14:textId="77777777" w:rsidR="0068285A" w:rsidRDefault="00000000">
            <w:proofErr w:type="spellStart"/>
            <w:r>
              <w:rPr>
                <w:sz w:val="16"/>
              </w:rPr>
              <w:t>Monitorowanie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infrastruktury</w:t>
            </w:r>
            <w:proofErr w:type="spellEnd"/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F085C33" w14:textId="77777777" w:rsidR="0068285A" w:rsidRDefault="00000000">
            <w:r>
              <w:rPr>
                <w:sz w:val="16"/>
              </w:rPr>
              <w:t xml:space="preserve">producent / </w:t>
            </w:r>
            <w:proofErr w:type="spellStart"/>
            <w:r>
              <w:rPr>
                <w:sz w:val="16"/>
              </w:rPr>
              <w:t>nazwa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komponent</w:t>
            </w:r>
            <w:proofErr w:type="spellEnd"/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EC5E3DA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525BFE10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574FA31" w14:textId="77777777" w:rsidR="0068285A" w:rsidRDefault="00000000">
            <w:r>
              <w:rPr>
                <w:sz w:val="16"/>
              </w:rPr>
              <w:t>S03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3AEFDCD" w14:textId="77777777" w:rsidR="0068285A" w:rsidRDefault="00000000">
            <w:r>
              <w:rPr>
                <w:sz w:val="16"/>
              </w:rPr>
              <w:t>WAF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B4B4656" w14:textId="77777777" w:rsidR="0068285A" w:rsidRDefault="00000000">
            <w:r>
              <w:rPr>
                <w:sz w:val="16"/>
              </w:rPr>
              <w:t xml:space="preserve">producent / </w:t>
            </w:r>
            <w:proofErr w:type="spellStart"/>
            <w:r>
              <w:rPr>
                <w:sz w:val="16"/>
              </w:rPr>
              <w:t>usługa</w:t>
            </w:r>
            <w:proofErr w:type="spellEnd"/>
            <w:r>
              <w:rPr>
                <w:sz w:val="16"/>
              </w:rPr>
              <w:t xml:space="preserve"> / plan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1D6392B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664AAD3D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E2E84AE" w14:textId="77777777" w:rsidR="0068285A" w:rsidRDefault="00000000">
            <w:r>
              <w:rPr>
                <w:sz w:val="16"/>
              </w:rPr>
              <w:t>O44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9A4CB05" w14:textId="77777777" w:rsidR="0068285A" w:rsidRDefault="00000000">
            <w:proofErr w:type="spellStart"/>
            <w:r>
              <w:rPr>
                <w:sz w:val="16"/>
              </w:rPr>
              <w:t>Certyfikaty</w:t>
            </w:r>
            <w:proofErr w:type="spellEnd"/>
            <w:r>
              <w:rPr>
                <w:sz w:val="16"/>
              </w:rPr>
              <w:t xml:space="preserve"> TLS/SSL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20D676A" w14:textId="77777777" w:rsidR="0068285A" w:rsidRDefault="00000000">
            <w:r>
              <w:rPr>
                <w:sz w:val="16"/>
              </w:rPr>
              <w:t xml:space="preserve">CA / </w:t>
            </w:r>
            <w:proofErr w:type="spellStart"/>
            <w:r>
              <w:rPr>
                <w:sz w:val="16"/>
              </w:rPr>
              <w:t>rodzaj</w:t>
            </w:r>
            <w:proofErr w:type="spellEnd"/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7453D39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32745D0A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9E4EED3" w14:textId="77777777" w:rsidR="0068285A" w:rsidRDefault="00000000">
            <w:r>
              <w:rPr>
                <w:sz w:val="16"/>
              </w:rPr>
              <w:t>S24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EAB038C" w14:textId="77777777" w:rsidR="0068285A" w:rsidRDefault="00000000">
            <w:r>
              <w:rPr>
                <w:sz w:val="16"/>
              </w:rPr>
              <w:t>Email Secure Gateway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1B3E51B" w14:textId="77777777" w:rsidR="0068285A" w:rsidRDefault="00000000">
            <w:r>
              <w:rPr>
                <w:sz w:val="16"/>
              </w:rPr>
              <w:t xml:space="preserve">producent / </w:t>
            </w:r>
            <w:proofErr w:type="spellStart"/>
            <w:r>
              <w:rPr>
                <w:sz w:val="16"/>
              </w:rPr>
              <w:t>usługa</w:t>
            </w:r>
            <w:proofErr w:type="spellEnd"/>
            <w:r>
              <w:rPr>
                <w:sz w:val="16"/>
              </w:rPr>
              <w:t xml:space="preserve"> / plan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D690F15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7A910E98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5221C41" w14:textId="77777777" w:rsidR="0068285A" w:rsidRDefault="00000000">
            <w:r>
              <w:rPr>
                <w:sz w:val="16"/>
              </w:rPr>
              <w:t>S21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8A2B85C" w14:textId="77777777" w:rsidR="0068285A" w:rsidRDefault="00000000">
            <w:r>
              <w:rPr>
                <w:sz w:val="16"/>
              </w:rPr>
              <w:t xml:space="preserve">NAS – 1 </w:t>
            </w:r>
            <w:proofErr w:type="spellStart"/>
            <w:r>
              <w:rPr>
                <w:sz w:val="16"/>
              </w:rPr>
              <w:t>szt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5879DF5" w14:textId="77777777" w:rsidR="0068285A" w:rsidRDefault="00000000">
            <w:r>
              <w:rPr>
                <w:sz w:val="16"/>
              </w:rPr>
              <w:t>producent / model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EC36F49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046686D0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9E9DD93" w14:textId="77777777" w:rsidR="0068285A" w:rsidRDefault="00000000">
            <w:r>
              <w:rPr>
                <w:sz w:val="16"/>
              </w:rPr>
              <w:t>O47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BE609BA" w14:textId="77777777" w:rsidR="0068285A" w:rsidRDefault="00000000">
            <w:r>
              <w:rPr>
                <w:sz w:val="16"/>
              </w:rPr>
              <w:t xml:space="preserve">System </w:t>
            </w:r>
            <w:proofErr w:type="spellStart"/>
            <w:r>
              <w:rPr>
                <w:sz w:val="16"/>
              </w:rPr>
              <w:t>operacyjny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licencje</w:t>
            </w:r>
            <w:proofErr w:type="spellEnd"/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30FD653" w14:textId="77777777" w:rsidR="0068285A" w:rsidRDefault="00000000">
            <w:proofErr w:type="spellStart"/>
            <w:r>
              <w:rPr>
                <w:sz w:val="16"/>
              </w:rPr>
              <w:t>produkt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edycja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typ</w:t>
            </w:r>
            <w:proofErr w:type="spellEnd"/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19DF901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0180112A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C4E9F2B" w14:textId="77777777" w:rsidR="0068285A" w:rsidRDefault="00000000">
            <w:r>
              <w:rPr>
                <w:sz w:val="16"/>
              </w:rPr>
              <w:t>S16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F3D2B03" w14:textId="77777777" w:rsidR="0068285A" w:rsidRDefault="00000000">
            <w:proofErr w:type="spellStart"/>
            <w:r>
              <w:rPr>
                <w:sz w:val="16"/>
              </w:rPr>
              <w:t>Macierz</w:t>
            </w:r>
            <w:proofErr w:type="spellEnd"/>
            <w:r>
              <w:rPr>
                <w:sz w:val="16"/>
              </w:rPr>
              <w:t xml:space="preserve"> – 1 </w:t>
            </w:r>
            <w:proofErr w:type="spellStart"/>
            <w:r>
              <w:rPr>
                <w:sz w:val="16"/>
              </w:rPr>
              <w:t>szt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8A7C545" w14:textId="77777777" w:rsidR="0068285A" w:rsidRDefault="00000000">
            <w:r>
              <w:rPr>
                <w:sz w:val="16"/>
              </w:rPr>
              <w:t>producent / model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7479DDE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4A24EBD3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91F1E9F" w14:textId="77777777" w:rsidR="0068285A" w:rsidRDefault="00000000">
            <w:r>
              <w:rPr>
                <w:sz w:val="16"/>
              </w:rPr>
              <w:t>S13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9E6939B" w14:textId="77777777" w:rsidR="0068285A" w:rsidRDefault="00000000">
            <w:r>
              <w:rPr>
                <w:sz w:val="16"/>
              </w:rPr>
              <w:t xml:space="preserve">Serwer – 1 </w:t>
            </w:r>
            <w:proofErr w:type="spellStart"/>
            <w:r>
              <w:rPr>
                <w:sz w:val="16"/>
              </w:rPr>
              <w:t>szt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DB9581F" w14:textId="77777777" w:rsidR="0068285A" w:rsidRDefault="00000000">
            <w:r>
              <w:rPr>
                <w:sz w:val="16"/>
              </w:rPr>
              <w:t>producent / model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A765EF0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4EADE039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577DC8E" w14:textId="77777777" w:rsidR="0068285A" w:rsidRDefault="00000000">
            <w:r>
              <w:rPr>
                <w:sz w:val="16"/>
              </w:rPr>
              <w:t>S30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254D5C0" w14:textId="77777777" w:rsidR="0068285A" w:rsidRDefault="00000000">
            <w:proofErr w:type="spellStart"/>
            <w:r>
              <w:rPr>
                <w:sz w:val="16"/>
              </w:rPr>
              <w:t>Szafa</w:t>
            </w:r>
            <w:proofErr w:type="spellEnd"/>
            <w:r>
              <w:rPr>
                <w:sz w:val="16"/>
              </w:rPr>
              <w:t xml:space="preserve"> RACK – 1 </w:t>
            </w:r>
            <w:proofErr w:type="spellStart"/>
            <w:r>
              <w:rPr>
                <w:sz w:val="16"/>
              </w:rPr>
              <w:t>szt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B99205B" w14:textId="77777777" w:rsidR="0068285A" w:rsidRDefault="00000000">
            <w:r>
              <w:rPr>
                <w:sz w:val="16"/>
              </w:rPr>
              <w:t>producent / model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C7B3BB1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251C6B4E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F7FCC56" w14:textId="77777777" w:rsidR="0068285A" w:rsidRDefault="00000000">
            <w:r>
              <w:rPr>
                <w:sz w:val="16"/>
              </w:rPr>
              <w:t>S27 IT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4CEF314" w14:textId="77777777" w:rsidR="0068285A" w:rsidRDefault="00000000">
            <w:r>
              <w:rPr>
                <w:sz w:val="16"/>
              </w:rPr>
              <w:t xml:space="preserve">Switch IT – 1 </w:t>
            </w:r>
            <w:proofErr w:type="spellStart"/>
            <w:r>
              <w:rPr>
                <w:sz w:val="16"/>
              </w:rPr>
              <w:t>szt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2503F92" w14:textId="77777777" w:rsidR="0068285A" w:rsidRDefault="00000000">
            <w:r>
              <w:rPr>
                <w:sz w:val="16"/>
              </w:rPr>
              <w:t>producent / model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BA3C72B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0B6F5E24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E4D4908" w14:textId="77777777" w:rsidR="0068285A" w:rsidRDefault="00000000">
            <w:r>
              <w:rPr>
                <w:sz w:val="16"/>
              </w:rPr>
              <w:t>S34 IT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5F78C81" w14:textId="77777777" w:rsidR="0068285A" w:rsidRDefault="00000000">
            <w:r>
              <w:rPr>
                <w:sz w:val="16"/>
              </w:rPr>
              <w:t xml:space="preserve">Access Point IT – 1 </w:t>
            </w:r>
            <w:proofErr w:type="spellStart"/>
            <w:r>
              <w:rPr>
                <w:sz w:val="16"/>
              </w:rPr>
              <w:t>szt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4D5E71E" w14:textId="77777777" w:rsidR="0068285A" w:rsidRDefault="00000000">
            <w:r>
              <w:rPr>
                <w:sz w:val="16"/>
              </w:rPr>
              <w:t>producent / model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D100A7F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34B99F92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A7B40CD" w14:textId="77777777" w:rsidR="0068285A" w:rsidRDefault="00000000">
            <w:r>
              <w:rPr>
                <w:sz w:val="16"/>
              </w:rPr>
              <w:t xml:space="preserve">S07 </w:t>
            </w:r>
            <w:r w:rsidR="002F3BC3">
              <w:rPr>
                <w:sz w:val="16"/>
              </w:rPr>
              <w:t>IT/</w:t>
            </w:r>
            <w:r>
              <w:rPr>
                <w:sz w:val="16"/>
              </w:rPr>
              <w:t>OT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571DB60" w14:textId="77777777" w:rsidR="0068285A" w:rsidRDefault="00000000">
            <w:r>
              <w:rPr>
                <w:sz w:val="16"/>
              </w:rPr>
              <w:t>UTM IT/</w:t>
            </w:r>
            <w:proofErr w:type="spellStart"/>
            <w:r>
              <w:rPr>
                <w:sz w:val="16"/>
              </w:rPr>
              <w:t>główny</w:t>
            </w:r>
            <w:proofErr w:type="spellEnd"/>
            <w:r>
              <w:rPr>
                <w:sz w:val="16"/>
              </w:rPr>
              <w:t xml:space="preserve"> OT – 1 </w:t>
            </w:r>
            <w:proofErr w:type="spellStart"/>
            <w:r>
              <w:rPr>
                <w:sz w:val="16"/>
              </w:rPr>
              <w:t>szt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BF9E916" w14:textId="77777777" w:rsidR="0068285A" w:rsidRDefault="00000000">
            <w:r>
              <w:rPr>
                <w:sz w:val="16"/>
              </w:rPr>
              <w:t>producent / model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D6FCA88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20E0E66E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02B678C" w14:textId="77777777" w:rsidR="0068285A" w:rsidRDefault="00000000">
            <w:r>
              <w:rPr>
                <w:sz w:val="16"/>
              </w:rPr>
              <w:t>S07 OT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C3058F3" w14:textId="77777777" w:rsidR="0068285A" w:rsidRDefault="00000000">
            <w:r>
              <w:rPr>
                <w:sz w:val="16"/>
              </w:rPr>
              <w:t xml:space="preserve">UTM </w:t>
            </w:r>
            <w:proofErr w:type="spellStart"/>
            <w:r>
              <w:rPr>
                <w:sz w:val="16"/>
              </w:rPr>
              <w:t>lokalny</w:t>
            </w:r>
            <w:proofErr w:type="spellEnd"/>
            <w:r>
              <w:rPr>
                <w:sz w:val="16"/>
              </w:rPr>
              <w:t xml:space="preserve"> OT – 3 </w:t>
            </w:r>
            <w:proofErr w:type="spellStart"/>
            <w:r>
              <w:rPr>
                <w:sz w:val="16"/>
              </w:rPr>
              <w:t>szt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5D13C1E" w14:textId="77777777" w:rsidR="0068285A" w:rsidRDefault="00000000">
            <w:r>
              <w:rPr>
                <w:sz w:val="16"/>
              </w:rPr>
              <w:t>producent / model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6FC1C92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40EDC7E8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EF4D82F" w14:textId="77777777" w:rsidR="0068285A" w:rsidRDefault="00000000">
            <w:r>
              <w:rPr>
                <w:sz w:val="16"/>
              </w:rPr>
              <w:t>S34 OT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2167531" w14:textId="77777777" w:rsidR="0068285A" w:rsidRDefault="00000000">
            <w:r>
              <w:rPr>
                <w:sz w:val="16"/>
              </w:rPr>
              <w:t xml:space="preserve">Access Point OT – 1 </w:t>
            </w:r>
            <w:proofErr w:type="spellStart"/>
            <w:r>
              <w:rPr>
                <w:sz w:val="16"/>
              </w:rPr>
              <w:t>szt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29AA4DA" w14:textId="77777777" w:rsidR="0068285A" w:rsidRDefault="00000000">
            <w:r>
              <w:rPr>
                <w:sz w:val="16"/>
              </w:rPr>
              <w:t>producent / model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1B3270C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1F9016B7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D1AF33B" w14:textId="77777777" w:rsidR="0068285A" w:rsidRDefault="00000000">
            <w:r>
              <w:rPr>
                <w:sz w:val="16"/>
              </w:rPr>
              <w:t>S27 OT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DF22A7A" w14:textId="77777777" w:rsidR="0068285A" w:rsidRDefault="00000000">
            <w:r>
              <w:rPr>
                <w:sz w:val="16"/>
              </w:rPr>
              <w:t xml:space="preserve">Switch OT – 1 </w:t>
            </w:r>
            <w:proofErr w:type="spellStart"/>
            <w:r>
              <w:rPr>
                <w:sz w:val="16"/>
              </w:rPr>
              <w:t>szt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E545088" w14:textId="77777777" w:rsidR="0068285A" w:rsidRDefault="00000000">
            <w:r>
              <w:rPr>
                <w:sz w:val="16"/>
              </w:rPr>
              <w:t>producent / model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3A22C74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8285A" w14:paraId="23808746" w14:textId="77777777">
        <w:trPr>
          <w:jc w:val="center"/>
        </w:trPr>
        <w:tc>
          <w:tcPr>
            <w:tcW w:w="79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5C42346" w14:textId="77777777" w:rsidR="0068285A" w:rsidRDefault="00000000">
            <w:r>
              <w:rPr>
                <w:sz w:val="16"/>
              </w:rPr>
              <w:t>Z1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08A287F" w14:textId="77777777" w:rsidR="0068285A" w:rsidRDefault="00000000">
            <w:r>
              <w:rPr>
                <w:sz w:val="16"/>
              </w:rPr>
              <w:t xml:space="preserve">UPS – 1 </w:t>
            </w:r>
            <w:proofErr w:type="spellStart"/>
            <w:r>
              <w:rPr>
                <w:sz w:val="16"/>
              </w:rPr>
              <w:t>szt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72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F40518C" w14:textId="77777777" w:rsidR="0068285A" w:rsidRDefault="00000000">
            <w:r>
              <w:rPr>
                <w:sz w:val="16"/>
              </w:rPr>
              <w:t>producent / model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18557A7" w14:textId="77777777" w:rsidR="0068285A" w:rsidRDefault="00000000">
            <w:r>
              <w:rPr>
                <w:sz w:val="16"/>
              </w:rPr>
              <w:t>................................</w:t>
            </w:r>
          </w:p>
        </w:tc>
      </w:tr>
      <w:tr w:rsidR="006C14F9" w14:paraId="7114CCAA" w14:textId="77777777">
        <w:trPr>
          <w:jc w:val="center"/>
        </w:trPr>
        <w:tc>
          <w:tcPr>
            <w:tcW w:w="794" w:type="dxa"/>
          </w:tcPr>
          <w:p w14:paraId="14D24799" w14:textId="77777777" w:rsidR="006C14F9" w:rsidRPr="00C43F51" w:rsidRDefault="00000000">
            <w:pPr>
              <w:rPr>
                <w:sz w:val="16"/>
                <w:szCs w:val="16"/>
              </w:rPr>
            </w:pPr>
            <w:r w:rsidRPr="00C43F51">
              <w:rPr>
                <w:sz w:val="16"/>
                <w:szCs w:val="16"/>
              </w:rPr>
              <w:t>S31</w:t>
            </w:r>
          </w:p>
        </w:tc>
        <w:tc>
          <w:tcPr>
            <w:tcW w:w="2835" w:type="dxa"/>
          </w:tcPr>
          <w:p w14:paraId="621170C7" w14:textId="46F347D0" w:rsidR="006C14F9" w:rsidRPr="00C43F51" w:rsidRDefault="00000000">
            <w:pPr>
              <w:rPr>
                <w:sz w:val="16"/>
                <w:szCs w:val="16"/>
                <w:lang w:val="pl-PL"/>
              </w:rPr>
            </w:pPr>
            <w:r w:rsidRPr="00C43F51">
              <w:rPr>
                <w:sz w:val="16"/>
                <w:szCs w:val="16"/>
                <w:lang w:val="pl-PL"/>
              </w:rPr>
              <w:t xml:space="preserve">Urządzenie do zabezpieczania dowodów cyfrowych – </w:t>
            </w:r>
            <w:r w:rsidR="00C43F51" w:rsidRPr="00C43F51">
              <w:rPr>
                <w:sz w:val="16"/>
                <w:szCs w:val="16"/>
                <w:lang w:val="pl-PL"/>
              </w:rPr>
              <w:t xml:space="preserve">1 </w:t>
            </w:r>
            <w:proofErr w:type="spellStart"/>
            <w:r w:rsidR="00C43F51" w:rsidRPr="00C43F51">
              <w:rPr>
                <w:sz w:val="16"/>
                <w:szCs w:val="16"/>
                <w:lang w:val="pl-PL"/>
              </w:rPr>
              <w:t>kpl</w:t>
            </w:r>
            <w:proofErr w:type="spellEnd"/>
            <w:r w:rsidR="00C43F51" w:rsidRPr="00C43F51">
              <w:rPr>
                <w:sz w:val="16"/>
                <w:szCs w:val="16"/>
                <w:lang w:val="pl-PL"/>
              </w:rPr>
              <w:t>.</w:t>
            </w:r>
          </w:p>
        </w:tc>
        <w:tc>
          <w:tcPr>
            <w:tcW w:w="2721" w:type="dxa"/>
          </w:tcPr>
          <w:p w14:paraId="522064F9" w14:textId="77777777" w:rsidR="006C14F9" w:rsidRPr="00C43F51" w:rsidRDefault="00000000">
            <w:pPr>
              <w:rPr>
                <w:sz w:val="16"/>
                <w:szCs w:val="16"/>
              </w:rPr>
            </w:pPr>
            <w:r w:rsidRPr="00C43F51">
              <w:rPr>
                <w:sz w:val="16"/>
                <w:szCs w:val="16"/>
              </w:rPr>
              <w:t>producent / model / wersja</w:t>
            </w:r>
          </w:p>
        </w:tc>
        <w:tc>
          <w:tcPr>
            <w:tcW w:w="2835" w:type="dxa"/>
          </w:tcPr>
          <w:p w14:paraId="3FCE86C3" w14:textId="77777777" w:rsidR="006C14F9" w:rsidRPr="00C43F51" w:rsidRDefault="00000000">
            <w:pPr>
              <w:rPr>
                <w:sz w:val="16"/>
                <w:szCs w:val="16"/>
              </w:rPr>
            </w:pPr>
            <w:r w:rsidRPr="00C43F51">
              <w:rPr>
                <w:sz w:val="16"/>
                <w:szCs w:val="16"/>
              </w:rPr>
              <w:t>................................</w:t>
            </w:r>
          </w:p>
        </w:tc>
      </w:tr>
    </w:tbl>
    <w:p w14:paraId="45FC9031" w14:textId="77777777" w:rsidR="0068285A" w:rsidRDefault="00000000">
      <w:pPr>
        <w:pStyle w:val="Nagwek1"/>
      </w:pPr>
      <w:proofErr w:type="spellStart"/>
      <w:r>
        <w:t>Oświadczenie</w:t>
      </w:r>
      <w:proofErr w:type="spellEnd"/>
      <w:r>
        <w:t xml:space="preserve"> o </w:t>
      </w:r>
      <w:proofErr w:type="spellStart"/>
      <w:r>
        <w:t>zgodności</w:t>
      </w:r>
      <w:proofErr w:type="spellEnd"/>
    </w:p>
    <w:p w14:paraId="05347A27" w14:textId="77777777" w:rsidR="0068285A" w:rsidRPr="00CC4958" w:rsidRDefault="00000000">
      <w:pPr>
        <w:rPr>
          <w:lang w:val="pl-PL"/>
        </w:rPr>
      </w:pPr>
      <w:r w:rsidRPr="00CC4958">
        <w:rPr>
          <w:lang w:val="pl-PL"/>
        </w:rPr>
        <w:t>Oświadczamy, że wszystkie wskazane rozwiązania spełniają wymagania minimalne OPZ. W przypadku zaoferowania rozwiązania równoważnego załączamy/udostępniamy dokumentację pozwalającą wykazać równoważność zgodnie z OPZ.</w:t>
      </w:r>
    </w:p>
    <w:p w14:paraId="493ECF2F" w14:textId="77777777" w:rsidR="0068285A" w:rsidRDefault="00000000">
      <w:proofErr w:type="spellStart"/>
      <w:r>
        <w:t>Podpis</w:t>
      </w:r>
      <w:proofErr w:type="spellEnd"/>
      <w:r>
        <w:t xml:space="preserve"> </w:t>
      </w:r>
      <w:proofErr w:type="spellStart"/>
      <w:r>
        <w:t>osoby</w:t>
      </w:r>
      <w:proofErr w:type="spellEnd"/>
      <w:r>
        <w:t>/</w:t>
      </w:r>
      <w:proofErr w:type="spellStart"/>
      <w:r>
        <w:t>osób</w:t>
      </w:r>
      <w:proofErr w:type="spellEnd"/>
      <w:r>
        <w:t xml:space="preserve"> </w:t>
      </w:r>
      <w:proofErr w:type="spellStart"/>
      <w:r>
        <w:t>uprawnionych</w:t>
      </w:r>
      <w:proofErr w:type="spellEnd"/>
      <w:r>
        <w:t>: ........................................................</w:t>
      </w:r>
    </w:p>
    <w:sectPr w:rsidR="0068285A" w:rsidSect="00034616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020" w:right="1134" w:bottom="907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D3A0C" w14:textId="77777777" w:rsidR="00013860" w:rsidRDefault="00013860">
      <w:pPr>
        <w:spacing w:after="0" w:line="240" w:lineRule="auto"/>
      </w:pPr>
      <w:r>
        <w:separator/>
      </w:r>
    </w:p>
  </w:endnote>
  <w:endnote w:type="continuationSeparator" w:id="0">
    <w:p w14:paraId="62AB705E" w14:textId="77777777" w:rsidR="00013860" w:rsidRDefault="00013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15AAD" w14:textId="77777777" w:rsidR="0068285A" w:rsidRDefault="00000000">
    <w:pPr>
      <w:pStyle w:val="Stopka"/>
      <w:jc w:val="center"/>
    </w:pPr>
    <w:r>
      <w:rPr>
        <w:color w:val="666666"/>
        <w:sz w:val="16"/>
      </w:rPr>
      <w:t xml:space="preserve">Strona </w:t>
    </w:r>
    <w:r>
      <w:rPr>
        <w:color w:val="666666"/>
        <w:sz w:val="16"/>
      </w:rPr>
      <w:fldChar w:fldCharType="begin"/>
    </w:r>
    <w:r>
      <w:rPr>
        <w:color w:val="666666"/>
        <w:sz w:val="16"/>
      </w:rPr>
      <w:instrText>PAGE</w:instrText>
    </w:r>
    <w:r>
      <w:rPr>
        <w:color w:val="666666"/>
        <w:sz w:val="16"/>
      </w:rPr>
      <w:fldChar w:fldCharType="separate"/>
    </w:r>
    <w:r w:rsidR="00087F62">
      <w:rPr>
        <w:noProof/>
        <w:color w:val="666666"/>
        <w:sz w:val="16"/>
      </w:rPr>
      <w:t>1</w:t>
    </w:r>
    <w:r>
      <w:rPr>
        <w:color w:val="666666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0912E" w14:textId="77777777" w:rsidR="00AB7584" w:rsidRDefault="00AB758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C6C73" w14:textId="77777777" w:rsidR="00013860" w:rsidRDefault="00013860">
      <w:pPr>
        <w:spacing w:after="0" w:line="240" w:lineRule="auto"/>
      </w:pPr>
      <w:r>
        <w:separator/>
      </w:r>
    </w:p>
  </w:footnote>
  <w:footnote w:type="continuationSeparator" w:id="0">
    <w:p w14:paraId="1489ECFF" w14:textId="77777777" w:rsidR="00013860" w:rsidRDefault="000138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77812" w14:textId="77777777" w:rsidR="00087F62" w:rsidRDefault="00087F62">
    <w:pPr>
      <w:pStyle w:val="Nagwek"/>
      <w:jc w:val="right"/>
      <w:rPr>
        <w:color w:val="666666"/>
        <w:sz w:val="16"/>
      </w:rPr>
    </w:pPr>
    <w:r w:rsidRPr="000D5503">
      <w:rPr>
        <w:noProof/>
      </w:rPr>
      <w:drawing>
        <wp:inline distT="0" distB="0" distL="0" distR="0" wp14:anchorId="3E26187C" wp14:editId="56861833">
          <wp:extent cx="6120765" cy="568325"/>
          <wp:effectExtent l="0" t="0" r="635" b="3175"/>
          <wp:docPr id="20712910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129106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568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66610C0" w14:textId="77777777" w:rsidR="0068285A" w:rsidRDefault="00000000">
    <w:pPr>
      <w:pStyle w:val="Nagwek"/>
      <w:jc w:val="right"/>
    </w:pPr>
    <w:proofErr w:type="spellStart"/>
    <w:r>
      <w:rPr>
        <w:color w:val="666666"/>
        <w:sz w:val="16"/>
      </w:rPr>
      <w:t>Gmina</w:t>
    </w:r>
    <w:proofErr w:type="spellEnd"/>
    <w:r>
      <w:rPr>
        <w:color w:val="666666"/>
        <w:sz w:val="16"/>
      </w:rPr>
      <w:t xml:space="preserve"> </w:t>
    </w:r>
    <w:proofErr w:type="spellStart"/>
    <w:r>
      <w:rPr>
        <w:color w:val="666666"/>
        <w:sz w:val="16"/>
      </w:rPr>
      <w:t>Mrozy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E9E5C" w14:textId="77777777" w:rsidR="00AB7584" w:rsidRDefault="00AB758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1225763">
    <w:abstractNumId w:val="8"/>
  </w:num>
  <w:num w:numId="2" w16cid:durableId="50462867">
    <w:abstractNumId w:val="6"/>
  </w:num>
  <w:num w:numId="3" w16cid:durableId="1184588239">
    <w:abstractNumId w:val="5"/>
  </w:num>
  <w:num w:numId="4" w16cid:durableId="808321356">
    <w:abstractNumId w:val="4"/>
  </w:num>
  <w:num w:numId="5" w16cid:durableId="1199078001">
    <w:abstractNumId w:val="7"/>
  </w:num>
  <w:num w:numId="6" w16cid:durableId="687220885">
    <w:abstractNumId w:val="3"/>
  </w:num>
  <w:num w:numId="7" w16cid:durableId="1070694078">
    <w:abstractNumId w:val="2"/>
  </w:num>
  <w:num w:numId="8" w16cid:durableId="1495872868">
    <w:abstractNumId w:val="1"/>
  </w:num>
  <w:num w:numId="9" w16cid:durableId="510729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3860"/>
    <w:rsid w:val="00034616"/>
    <w:rsid w:val="0006063C"/>
    <w:rsid w:val="00087F62"/>
    <w:rsid w:val="0015074B"/>
    <w:rsid w:val="0029639D"/>
    <w:rsid w:val="002F3BC3"/>
    <w:rsid w:val="00326F90"/>
    <w:rsid w:val="004548A1"/>
    <w:rsid w:val="005D470F"/>
    <w:rsid w:val="0068285A"/>
    <w:rsid w:val="006C14F9"/>
    <w:rsid w:val="00853752"/>
    <w:rsid w:val="00AA1D8D"/>
    <w:rsid w:val="00AB7584"/>
    <w:rsid w:val="00B47730"/>
    <w:rsid w:val="00C43F51"/>
    <w:rsid w:val="00CB0664"/>
    <w:rsid w:val="00CC4958"/>
    <w:rsid w:val="00DE042A"/>
    <w:rsid w:val="00E1403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262FFB"/>
  <w14:defaultImageDpi w14:val="300"/>
  <w15:docId w15:val="{28F6F367-9432-754C-A826-AE64B858C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8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1F4E78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2F5597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before="200" w:after="10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spacing w:after="40"/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spacing w:after="40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397</Words>
  <Characters>2384</Characters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dcterms:created xsi:type="dcterms:W3CDTF">2013-12-23T23:15:00Z</dcterms:created>
  <dcterms:modified xsi:type="dcterms:W3CDTF">2026-10-15T08:50:00Z</dcterms:modified>
  <cp:category/>
</cp:coreProperties>
</file>