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/>
          <w:b/>
          <w:color w:val="1F4E78"/>
          <w:sz w:val="36"/>
        </w:rPr>
        <w:t>OŚWIADCZENIE DOTYCZĄCE GRUPY KAPITAŁOWEJ</w:t>
      </w:r>
    </w:p>
    <w:p>
      <w:pPr>
        <w:jc w:val="center"/>
      </w:pPr>
      <w:r>
        <w:rPr>
          <w:rFonts w:ascii="Arial" w:hAnsi="Arial"/>
          <w:color w:val="666666"/>
          <w:sz w:val="20"/>
        </w:rPr>
        <w:t>Załącznik nr 10 do SWZ</w:t>
      </w:r>
    </w:p>
    <w:p>
      <w:pPr>
        <w:jc w:val="center"/>
      </w:pPr>
      <w:r>
        <w:rPr>
          <w:sz w:val="18"/>
        </w:rPr>
        <w:t>Znak postępowania: ZGK.2810.6.2026</w:t>
      </w:r>
    </w:p>
    <w:p/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B7C9D6"/>
          <w:left w:val="single" w:sz="4" w:space="0" w:color="B7C9D6"/>
          <w:bottom w:val="single" w:sz="4" w:space="0" w:color="B7C9D6"/>
          <w:right w:val="single" w:sz="4" w:space="0" w:color="B7C9D6"/>
          <w:insideH w:val="single" w:sz="4" w:space="0" w:color="B7C9D6"/>
          <w:insideV w:val="single" w:sz="4" w:space="0" w:color="B7C9D6"/>
        </w:tblBorders>
      </w:tblPr>
      <w:tblGrid>
        <w:gridCol w:w="4986"/>
        <w:gridCol w:w="4986"/>
      </w:tblGrid>
      <w:tr>
        <w:tc>
          <w:tcPr>
            <w:tcW w:type="dxa" w:w="4986"/>
            <w:shd w:fill="D9EAF7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Zamawiający</w:t>
            </w:r>
          </w:p>
        </w:tc>
        <w:tc>
          <w:tcPr>
            <w:tcW w:type="dxa" w:w="4986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Gmina Mrozy, ul. Adama Mickiewicza 35, 05-320 Mrozy, NIP: 822-21-47-185, reprezentowana przez Zakład Gospodarki Komunalnej w Mrozach, ul. Graniczna 1, 05-320 Mrozy</w:t>
            </w:r>
          </w:p>
        </w:tc>
      </w:tr>
      <w:tr>
        <w:tc>
          <w:tcPr>
            <w:tcW w:type="dxa" w:w="4986"/>
            <w:shd w:fill="D9EAF7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Projekt</w:t>
            </w:r>
          </w:p>
        </w:tc>
        <w:tc>
          <w:tcPr>
            <w:tcW w:type="dxa" w:w="4986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Cyberbezpieczny Zakład Gospodarki Komunalnej w Mrozach</w:t>
            </w:r>
          </w:p>
        </w:tc>
      </w:tr>
      <w:tr>
        <w:tc>
          <w:tcPr>
            <w:tcW w:type="dxa" w:w="4986"/>
            <w:shd w:fill="D9EAF7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Program</w:t>
            </w:r>
          </w:p>
        </w:tc>
        <w:tc>
          <w:tcPr>
            <w:tcW w:type="dxa" w:w="4986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Krajowy Plan Odbudowy i Zwiększania Odporności, C3.1.1 Cyberbezpieczeństwo – CyberPL</w:t>
            </w:r>
          </w:p>
        </w:tc>
      </w:tr>
      <w:tr>
        <w:tc>
          <w:tcPr>
            <w:tcW w:type="dxa" w:w="4986"/>
            <w:shd w:fill="D9EAF7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Nabór</w:t>
            </w:r>
          </w:p>
        </w:tc>
        <w:tc>
          <w:tcPr>
            <w:tcW w:type="dxa" w:w="4986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KPOD.05.10-CW.01-001/25</w:t>
            </w:r>
          </w:p>
        </w:tc>
      </w:tr>
    </w:tbl>
    <w:p/>
    <w:p>
      <w:pPr>
        <w:jc w:val="center"/>
      </w:pPr>
      <w:r>
        <w:rPr>
          <w:color w:val="666666"/>
          <w:sz w:val="20"/>
        </w:rPr>
        <w:t>Mrozy, 2026</w:t>
      </w:r>
    </w:p>
    <w:p>
      <w:r>
        <w:br w:type="page"/>
      </w:r>
    </w:p>
    <w:p>
      <w:r>
        <w:t>Nazwa Wykonawcy: ................................................................................................................</w:t>
      </w:r>
    </w:p>
    <w:p>
      <w:r>
        <w:t>W związku z art. 108 ust. 1 pkt 5 Pzp oświadczam, że:</w:t>
      </w:r>
    </w:p>
    <w:p>
      <w:r>
        <w:t>[ ] Wykonawca nie należy do tej samej grupy kapitałowej z żadnym z Wykonawców, którzy złożyli odrębne oferty w postępowaniu.</w:t>
      </w:r>
    </w:p>
    <w:p>
      <w:r>
        <w:t>[ ] Wykonawca należy do tej samej grupy kapitałowej z następującym Wykonawcą / Wykonawcami:</w:t>
      </w:r>
    </w:p>
    <w:p>
      <w:r>
        <w:t>................................................................................................................................................</w:t>
      </w:r>
    </w:p>
    <w:p>
      <w:r>
        <w:t>Jednocześnie przedstawiam dokumenty lub informacje potwierdzające przygotowanie oferty niezależnie od innego Wykonawcy należącego do tej samej grupy kapitałowej – jeżeli dotyczy.</w:t>
      </w:r>
    </w:p>
    <w:p>
      <w:r>
        <w:t>Miejscowość i data: ........................................................</w:t>
      </w:r>
    </w:p>
    <w:p>
      <w:r>
        <w:t>Podpis osoby/osób uprawnionych: ........................................................</w:t>
      </w:r>
    </w:p>
    <w:sectPr w:rsidR="00FC693F" w:rsidRPr="0006063C" w:rsidSect="00034616">
      <w:headerReference w:type="default" r:id="rId9"/>
      <w:footerReference w:type="default" r:id="rId10"/>
      <w:headerReference w:type="first" r:id="rId11"/>
      <w:footerReference w:type="first" r:id="rId12"/>
      <w:pgSz w:w="12240" w:h="15840"/>
      <w:pgMar w:top="1020" w:right="1134" w:bottom="907" w:left="1134" w:header="397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666666"/>
        <w:sz w:val="16"/>
      </w:rPr>
      <w:t xml:space="preserve">Strona </w:t>
      <w:fldChar w:fldCharType="begin"/>
      <w:instrText xml:space="preserve">PAGE</w:instrText>
      <w:fldChar w:fldCharType="end"/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Arial" w:hAnsi="Arial"/>
        <w:color w:val="666666"/>
        <w:sz w:val="16"/>
      </w:rPr>
      <w:t>Gmina Mrozy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1F4E78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1F4E78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Arial" w:hAnsi="Arial"/>
      <w:b/>
      <w:bCs/>
      <w:color w:val="2F5597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00" w:line="240" w:lineRule="auto" w:before="200"/>
      <w:contextualSpacing/>
    </w:pPr>
    <w:rPr>
      <w:rFonts w:asciiTheme="majorHAnsi" w:eastAsiaTheme="majorEastAsia" w:hAnsiTheme="majorHAnsi" w:cstheme="majorBidi" w:ascii="Arial" w:hAnsi="Arial"/>
      <w:b/>
      <w:color w:val="1F4E78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40"/>
      <w:contextualSpacing/>
    </w:pPr>
    <w:rPr>
      <w:rFonts w:ascii="Arial" w:hAnsi="Arial"/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40"/>
      <w:contextualSpacing/>
    </w:pPr>
    <w:rPr>
      <w:rFonts w:ascii="Arial" w:hAnsi="Arial"/>
      <w:sz w:val="2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keywords/>
  <cp:lastModifiedBy/>
  <dcterms:created xsi:type="dcterms:W3CDTF">2013-12-23T23:15:00Z</dcterms:created>
  <dcterms:modified xsi:type="dcterms:W3CDTF">2013-12-23T23:15:00Z</dcterms:modified>
  <cp:category/>
</cp:coreProperties>
</file>