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D4874B" w14:textId="77777777" w:rsidR="000B2247" w:rsidRDefault="00000000">
      <w:pPr>
        <w:jc w:val="center"/>
      </w:pPr>
      <w:r>
        <w:rPr>
          <w:b/>
          <w:color w:val="1F4E78"/>
          <w:sz w:val="36"/>
        </w:rPr>
        <w:t>ZOBOWIĄZANIE PODMIOTU UDOSTĘPNIAJĄCEGO ZASOBY</w:t>
      </w:r>
    </w:p>
    <w:p w14:paraId="1B573CE9" w14:textId="77777777" w:rsidR="000B2247" w:rsidRDefault="00000000">
      <w:pPr>
        <w:jc w:val="center"/>
      </w:pPr>
      <w:r>
        <w:rPr>
          <w:color w:val="666666"/>
        </w:rPr>
        <w:t>Załącznik nr 8 do SWZ</w:t>
      </w:r>
    </w:p>
    <w:p>
      <w:pPr>
        <w:jc w:val="center"/>
      </w:pPr>
      <w:r>
        <w:rPr>
          <w:sz w:val="18"/>
        </w:rPr>
        <w:t>Znak postępowania: ZGK.2810.6.2026</w:t>
      </w:r>
    </w:p>
    <w:p w14:paraId="7CC8895D" w14:textId="77777777" w:rsidR="000B2247" w:rsidRDefault="000B2247"/>
    <w:tbl>
      <w:tblPr>
        <w:tblW w:w="0" w:type="auto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ook w:val="04A0" w:firstRow="1" w:lastRow="0" w:firstColumn="1" w:lastColumn="0" w:noHBand="0" w:noVBand="1"/>
      </w:tblPr>
      <w:tblGrid>
        <w:gridCol w:w="4986"/>
        <w:gridCol w:w="4986"/>
      </w:tblGrid>
      <w:tr w:rsidR="000B2247" w14:paraId="23DE0AA2" w14:textId="77777777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44AA301" w14:textId="77777777" w:rsidR="000B2247" w:rsidRDefault="00000000">
            <w:r>
              <w:rPr>
                <w:b/>
              </w:rPr>
              <w:t>Zamawiający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5C3EB2" w14:textId="77777777" w:rsidR="000B2247" w:rsidRDefault="00000000">
            <w:r>
              <w:t>Gmina Mrozy, ul. Adama Mickiewicza 35, 05-320 Mrozy, NIP: 822-21-47-185, reprezentowana przez Zakład Gospodarki Komunalnej w Mrozach, ul. Graniczna 1, 05-320 Mrozy</w:t>
            </w:r>
          </w:p>
        </w:tc>
      </w:tr>
      <w:tr w:rsidR="000B2247" w14:paraId="0B276D0E" w14:textId="77777777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84AA5C5" w14:textId="77777777" w:rsidR="000B2247" w:rsidRDefault="00000000">
            <w:r>
              <w:rPr>
                <w:b/>
              </w:rPr>
              <w:t>Projekt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2C643E5" w14:textId="77777777" w:rsidR="000B2247" w:rsidRDefault="00000000">
            <w:r>
              <w:t>Cyberbezpieczny Zakład Gospodarki Komunalnej w Mrozach</w:t>
            </w:r>
          </w:p>
        </w:tc>
      </w:tr>
      <w:tr w:rsidR="000B2247" w14:paraId="601B694C" w14:textId="77777777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28F62CC" w14:textId="77777777" w:rsidR="000B2247" w:rsidRDefault="00000000">
            <w:r>
              <w:rPr>
                <w:b/>
              </w:rPr>
              <w:t>Program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1CDD2C3" w14:textId="77777777" w:rsidR="000B2247" w:rsidRDefault="00000000">
            <w:r>
              <w:t>Krajowy Plan Odbudowy i Zwiększania Odporności, C3.1.1 Cyberbezpieczeństwo – CyberPL</w:t>
            </w:r>
          </w:p>
        </w:tc>
      </w:tr>
      <w:tr w:rsidR="000B2247" w14:paraId="0A1304D0" w14:textId="77777777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6A3661F" w14:textId="77777777" w:rsidR="000B2247" w:rsidRDefault="00000000">
            <w:r>
              <w:rPr>
                <w:b/>
              </w:rPr>
              <w:t>Nabór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591811D" w14:textId="77777777" w:rsidR="000B2247" w:rsidRDefault="00000000">
            <w:r>
              <w:t>KPOD.05.10-CW.01-001/25</w:t>
            </w:r>
          </w:p>
        </w:tc>
      </w:tr>
    </w:tbl>
    <w:p w14:paraId="16AC59C9" w14:textId="77777777" w:rsidR="000B2247" w:rsidRDefault="000B2247"/>
    <w:p w14:paraId="7A7CDD1E" w14:textId="77777777" w:rsidR="000B2247" w:rsidRDefault="00000000">
      <w:r>
        <w:t>Podmiot udostępniający zasoby: ........................................................................................................</w:t>
      </w:r>
    </w:p>
    <w:p w14:paraId="233BB6F2" w14:textId="77777777" w:rsidR="000B2247" w:rsidRDefault="00000000">
      <w:r>
        <w:t>Adres / NIP: .......................................................................................................................................</w:t>
      </w:r>
    </w:p>
    <w:p w14:paraId="44E61CBC" w14:textId="77777777" w:rsidR="000B2247" w:rsidRDefault="00000000">
      <w:r>
        <w:t>Wykonawca: .........................................................................................................................................</w:t>
      </w:r>
    </w:p>
    <w:p w14:paraId="4AE92253" w14:textId="77777777" w:rsidR="000B2247" w:rsidRDefault="00000000">
      <w:r>
        <w:t>Zobowiązuję się oddać Wykonawcy do dyspozycji niezbędne zasoby na potrzeby realizacji zamówienia pn. „Dostawa i wdrożenie rozwiązań cyberbezpieczeństwa IT/OT/ICS wraz z usługami organizacyjnymi i szkoleniowymi”.</w:t>
      </w:r>
    </w:p>
    <w:p w14:paraId="6CD6B5AC" w14:textId="77777777" w:rsidR="000B2247" w:rsidRDefault="00000000">
      <w:pPr>
        <w:pStyle w:val="Nagwek1"/>
      </w:pPr>
      <w:r>
        <w:t>Zakres udostępnianych zasobów</w:t>
      </w:r>
    </w:p>
    <w:p w14:paraId="04047A6E" w14:textId="77777777" w:rsidR="000B2247" w:rsidRDefault="00000000">
      <w:r>
        <w:t>................................................................................................................................................</w:t>
      </w:r>
    </w:p>
    <w:p w14:paraId="3AD97380" w14:textId="77777777" w:rsidR="000B2247" w:rsidRDefault="00000000">
      <w:pPr>
        <w:pStyle w:val="Nagwek1"/>
      </w:pPr>
      <w:r>
        <w:t>Sposób i okres udostępnienia</w:t>
      </w:r>
    </w:p>
    <w:p w14:paraId="4330CF6A" w14:textId="77777777" w:rsidR="000B2247" w:rsidRDefault="00000000">
      <w:r>
        <w:t>................................................................................................................................................</w:t>
      </w:r>
    </w:p>
    <w:p w14:paraId="4291EE26" w14:textId="77777777" w:rsidR="000B2247" w:rsidRDefault="00000000">
      <w:pPr>
        <w:pStyle w:val="Nagwek1"/>
      </w:pPr>
      <w:r>
        <w:t>Zakres udziału podmiotu w realizacji zamówienia</w:t>
      </w:r>
    </w:p>
    <w:p w14:paraId="7369FD12" w14:textId="77777777" w:rsidR="000B2247" w:rsidRDefault="00000000">
      <w:r>
        <w:t>................................................................................................................................................</w:t>
      </w:r>
    </w:p>
    <w:p w14:paraId="441E9081" w14:textId="77777777" w:rsidR="000B2247" w:rsidRDefault="00000000">
      <w:r>
        <w:t>Jeżeli udostępniane są zasoby dotyczące wykształcenia, kwalifikacji zawodowych lub doświadczenia, podmiot udostępniający zasoby wykona usługi, do realizacji których te zdolności są wymagane.</w:t>
      </w:r>
    </w:p>
    <w:p w14:paraId="639A6D2B" w14:textId="77777777" w:rsidR="000B2247" w:rsidRDefault="00000000">
      <w:r>
        <w:t>Miejscowość i data: ........................................................</w:t>
      </w:r>
    </w:p>
    <w:p w14:paraId="365AEF53" w14:textId="77777777" w:rsidR="000B2247" w:rsidRDefault="00000000">
      <w:r>
        <w:t>Podpis podmiotu udostępniającego zasoby: ........................................................</w:t>
      </w:r>
    </w:p>
    <w:sectPr w:rsidR="000B2247" w:rsidSect="00034616">
      <w:headerReference w:type="default" r:id="rId8"/>
      <w:footerReference w:type="default" r:id="rId9"/>
      <w:headerReference w:type="first" r:id="rId12"/>
      <w:footerReference w:type="first" r:id="rId13"/>
      <w:pgSz w:w="12240" w:h="15840"/>
      <w:pgMar w:top="1020" w:right="1134" w:bottom="907" w:left="113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A93371" w14:textId="77777777" w:rsidR="00EB4EB6" w:rsidRDefault="00EB4EB6">
      <w:pPr>
        <w:spacing w:after="0" w:line="240" w:lineRule="auto"/>
      </w:pPr>
      <w:r>
        <w:separator/>
      </w:r>
    </w:p>
  </w:endnote>
  <w:endnote w:type="continuationSeparator" w:id="0">
    <w:p w14:paraId="7A22FE2F" w14:textId="77777777" w:rsidR="00EB4EB6" w:rsidRDefault="00EB4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altName w:val="Courier New"/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7A7B82" w14:textId="77777777" w:rsidR="000B2247" w:rsidRDefault="00000000">
    <w:pPr>
      <w:pStyle w:val="Stopka"/>
      <w:jc w:val="center"/>
    </w:pPr>
    <w:r>
      <w:rPr>
        <w:color w:val="666666"/>
        <w:sz w:val="16"/>
      </w:rPr>
      <w:t xml:space="preserve">Strona </w:t>
    </w:r>
    <w:r>
      <w:rPr>
        <w:color w:val="666666"/>
        <w:sz w:val="16"/>
      </w:rPr>
      <w:fldChar w:fldCharType="begin"/>
    </w:r>
    <w:r>
      <w:rPr>
        <w:color w:val="666666"/>
        <w:sz w:val="16"/>
      </w:rPr>
      <w:instrText>PAGE</w:instrText>
    </w:r>
    <w:r>
      <w:rPr>
        <w:color w:val="666666"/>
        <w:sz w:val="16"/>
      </w:rPr>
      <w:fldChar w:fldCharType="separate"/>
    </w:r>
    <w:r w:rsidR="00F55BED">
      <w:rPr>
        <w:noProof/>
        <w:color w:val="666666"/>
        <w:sz w:val="16"/>
      </w:rPr>
      <w:t>1</w:t>
    </w:r>
    <w:r>
      <w:rPr>
        <w:color w:val="666666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980C274" w14:textId="77777777" w:rsidR="00EB4EB6" w:rsidRDefault="00EB4EB6">
      <w:pPr>
        <w:spacing w:after="0" w:line="240" w:lineRule="auto"/>
      </w:pPr>
      <w:r>
        <w:separator/>
      </w:r>
    </w:p>
  </w:footnote>
  <w:footnote w:type="continuationSeparator" w:id="0">
    <w:p w14:paraId="1AAE9165" w14:textId="77777777" w:rsidR="00EB4EB6" w:rsidRDefault="00EB4E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D8315B" w14:textId="3CEA6BD7" w:rsidR="00D87F57" w:rsidRDefault="00D87F57">
    <w:pPr>
      <w:pStyle w:val="Nagwek"/>
      <w:jc w:val="right"/>
      <w:rPr>
        <w:color w:val="666666"/>
        <w:sz w:val="16"/>
      </w:rPr>
    </w:pPr>
    <w:r w:rsidRPr="000D5503">
      <w:rPr>
        <w:noProof/>
      </w:rPr>
      <w:drawing>
        <wp:inline distT="0" distB="0" distL="0" distR="0" wp14:anchorId="0837F3A5" wp14:editId="658AC0EE">
          <wp:extent cx="6120765" cy="568325"/>
          <wp:effectExtent l="0" t="0" r="635" b="3175"/>
          <wp:docPr id="207129106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129106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765" cy="568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EC7697" w14:textId="3B3EA1F6" w:rsidR="000B2247" w:rsidRDefault="00000000">
    <w:pPr>
      <w:pStyle w:val="Nagwek"/>
      <w:jc w:val="right"/>
    </w:pPr>
    <w:proofErr w:type="spellStart"/>
    <w:r>
      <w:rPr>
        <w:color w:val="666666"/>
        <w:sz w:val="16"/>
      </w:rPr>
      <w:t>Gmina Mrozy</w:t>
    </w:r>
    <w:proofErr w:type="spellEnd"/>
    <w:r>
      <w:rPr>
        <w:color w:val="666666"/>
        <w:sz w:val="16"/>
      </w:rPr>
    </w:r>
    <w:proofErr w:type="spellStart"/>
    <w:r>
      <w:rPr>
        <w:color w:val="666666"/>
        <w:sz w:val="16"/>
      </w:rPr>
    </w:r>
    <w:proofErr w:type="spellEnd"/>
    <w:r>
      <w:rPr>
        <w:color w:val="666666"/>
        <w:sz w:val="16"/>
      </w:rPr>
    </w:r>
    <w:proofErr w:type="spellStart"/>
    <w:r>
      <w:rPr>
        <w:color w:val="666666"/>
        <w:sz w:val="16"/>
      </w:rPr>
    </w:r>
    <w:proofErr w:type="spellEnd"/>
    <w:r>
      <w:rPr>
        <w:color w:val="666666"/>
        <w:sz w:val="16"/>
      </w:rPr>
    </w:r>
    <w:proofErr w:type="spellStart"/>
    <w:r>
      <w:rPr>
        <w:color w:val="666666"/>
        <w:sz w:val="16"/>
      </w:rPr>
    </w:r>
    <w:proofErr w:type="spellEnd"/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89402819">
    <w:abstractNumId w:val="8"/>
  </w:num>
  <w:num w:numId="2" w16cid:durableId="1014840492">
    <w:abstractNumId w:val="6"/>
  </w:num>
  <w:num w:numId="3" w16cid:durableId="827752407">
    <w:abstractNumId w:val="5"/>
  </w:num>
  <w:num w:numId="4" w16cid:durableId="1200359525">
    <w:abstractNumId w:val="4"/>
  </w:num>
  <w:num w:numId="5" w16cid:durableId="940528677">
    <w:abstractNumId w:val="7"/>
  </w:num>
  <w:num w:numId="6" w16cid:durableId="1010988269">
    <w:abstractNumId w:val="3"/>
  </w:num>
  <w:num w:numId="7" w16cid:durableId="1758287860">
    <w:abstractNumId w:val="2"/>
  </w:num>
  <w:num w:numId="8" w16cid:durableId="1772702820">
    <w:abstractNumId w:val="1"/>
  </w:num>
  <w:num w:numId="9" w16cid:durableId="51631282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2247"/>
    <w:rsid w:val="0015074B"/>
    <w:rsid w:val="0029639D"/>
    <w:rsid w:val="00306BA0"/>
    <w:rsid w:val="00326F90"/>
    <w:rsid w:val="00AA1D8D"/>
    <w:rsid w:val="00B47730"/>
    <w:rsid w:val="00CB0664"/>
    <w:rsid w:val="00D87F57"/>
    <w:rsid w:val="00DE042A"/>
    <w:rsid w:val="00EB4EB6"/>
    <w:rsid w:val="00F55BE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CFC6FA"/>
  <w14:defaultImageDpi w14:val="300"/>
  <w15:docId w15:val="{28F6F367-9432-754C-A826-AE64B858C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2" w:lineRule="auto"/>
    </w:pPr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F4E78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1F4E78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2F5597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before="200" w:after="10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spacing w:after="40"/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spacing w:after="40"/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header" Target="header2.xml"/><Relationship Id="rId13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1625</Characters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/>
  <dcterms:created xsi:type="dcterms:W3CDTF">2013-12-23T23:15:00Z</dcterms:created>
  <dcterms:modified xsi:type="dcterms:W3CDTF">2026-09-30T07:45:00Z</dcterms:modified>
  <cp:category/>
</cp:coreProperties>
</file>