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40D" w:rsidRPr="00DC0AF8" w:rsidRDefault="002362C9" w:rsidP="00DC0AF8">
      <w:pPr>
        <w:ind w:left="7200"/>
        <w:jc w:val="both"/>
        <w:rPr>
          <w:b/>
        </w:rPr>
      </w:pPr>
      <w:r w:rsidRPr="00DC0AF8">
        <w:rPr>
          <w:b/>
        </w:rPr>
        <w:t>Załącznik nr 7 do SWZ</w:t>
      </w:r>
    </w:p>
    <w:p w:rsidR="00D8640D" w:rsidRPr="00DC0AF8" w:rsidRDefault="002362C9">
      <w:pPr>
        <w:jc w:val="both"/>
        <w:rPr>
          <w:i/>
        </w:rPr>
      </w:pPr>
      <w:r w:rsidRPr="00DC0AF8">
        <w:rPr>
          <w:i/>
        </w:rPr>
        <w:t>Numer postępowania: ZSPD/1/2026</w:t>
      </w:r>
    </w:p>
    <w:p w:rsidR="00D8640D" w:rsidRDefault="002362C9">
      <w:pPr>
        <w:pStyle w:val="Tytu"/>
        <w:jc w:val="center"/>
      </w:pPr>
      <w:bookmarkStart w:id="0" w:name="_GoBack"/>
      <w:bookmarkEnd w:id="0"/>
      <w:r>
        <w:rPr>
          <w:rFonts w:ascii="Arial" w:hAnsi="Arial"/>
        </w:rPr>
        <w:t>WYKAZ OSÓB</w:t>
      </w:r>
    </w:p>
    <w:p w:rsidR="00D8640D" w:rsidRPr="00DC0AF8" w:rsidRDefault="002362C9">
      <w:pPr>
        <w:jc w:val="both"/>
        <w:rPr>
          <w:i/>
          <w:u w:val="single"/>
        </w:rPr>
      </w:pPr>
      <w:r w:rsidRPr="00DC0AF8">
        <w:rPr>
          <w:i/>
          <w:u w:val="single"/>
        </w:rPr>
        <w:t>Usługi wytwarzania i wydawania posiłków w Zespole Szkolno-Przedszkolnym w Dębogórzu: Szkole Podstawowej oraz Przedszkolu Publicznym w Dębogórzu w Gminie Kosakowo w roku 2027</w:t>
      </w:r>
    </w:p>
    <w:p w:rsidR="00D8640D" w:rsidRDefault="002362C9">
      <w:r>
        <w:t xml:space="preserve">Nazwa, adres i </w:t>
      </w:r>
      <w:r>
        <w:t>NIP Wykonawcy: ........................................</w:t>
      </w:r>
    </w:p>
    <w:p w:rsidR="00D8640D" w:rsidRDefault="002362C9">
      <w:pPr>
        <w:pStyle w:val="Nagwek1"/>
        <w:shd w:val="clear" w:color="auto" w:fill="E8EEF4"/>
        <w:spacing w:before="240" w:after="140"/>
      </w:pPr>
      <w:r>
        <w:rPr>
          <w:rFonts w:ascii="Arial" w:hAnsi="Arial"/>
        </w:rPr>
        <w:t>1 Kucharz</w:t>
      </w:r>
    </w:p>
    <w:p w:rsidR="00D8640D" w:rsidRDefault="002362C9">
      <w:pPr>
        <w:jc w:val="both"/>
      </w:pPr>
      <w:r>
        <w:t>Wykształcenie gastronomiczne i co najmniej 5 lat doświadczenia zawodowego.</w:t>
      </w:r>
    </w:p>
    <w:p w:rsidR="00D8640D" w:rsidRDefault="002362C9">
      <w:r>
        <w:t>Imię i nazwisko: ........................................</w:t>
      </w:r>
    </w:p>
    <w:p w:rsidR="00D8640D" w:rsidRDefault="002362C9">
      <w:pPr>
        <w:jc w:val="both"/>
      </w:pPr>
      <w:r>
        <w:t>Wykształcenie, kwalifikacje i uprawnienia: ..............</w:t>
      </w:r>
      <w:r>
        <w:t>..........................</w:t>
      </w:r>
    </w:p>
    <w:p w:rsidR="00D8640D" w:rsidRDefault="002362C9">
      <w:pPr>
        <w:jc w:val="both"/>
      </w:pPr>
      <w:r>
        <w:t>Doświadczenie (opis i okresy od-do): ........................................</w:t>
      </w:r>
    </w:p>
    <w:p w:rsidR="00D8640D" w:rsidRDefault="002362C9">
      <w:pPr>
        <w:jc w:val="both"/>
      </w:pPr>
      <w:r>
        <w:t>Zakres czynności przy realizacji zamówienia: ........................................</w:t>
      </w:r>
    </w:p>
    <w:p w:rsidR="00D8640D" w:rsidRDefault="002362C9">
      <w:pPr>
        <w:jc w:val="both"/>
      </w:pPr>
      <w:r>
        <w:t>Podstawa dysponowania osobą: ....................................</w:t>
      </w:r>
      <w:r>
        <w:t>.... . Zasób własny / zasób podmiotu trzeciego (wybrać).</w:t>
      </w:r>
    </w:p>
    <w:p w:rsidR="00D8640D" w:rsidRDefault="002362C9">
      <w:pPr>
        <w:pStyle w:val="Nagwek1"/>
        <w:shd w:val="clear" w:color="auto" w:fill="E8EEF4"/>
        <w:spacing w:before="240" w:after="140"/>
      </w:pPr>
      <w:r>
        <w:rPr>
          <w:rFonts w:ascii="Arial" w:hAnsi="Arial"/>
        </w:rPr>
        <w:t>2 Dietetyk lub specjalista do spraw żywienia</w:t>
      </w:r>
    </w:p>
    <w:p w:rsidR="00D8640D" w:rsidRDefault="002362C9">
      <w:pPr>
        <w:jc w:val="both"/>
      </w:pPr>
      <w:r>
        <w:t>Wymagania wykształcenia i co najmniej rocznego stażu pracy określone w rozdziale VIII SWZ.</w:t>
      </w:r>
    </w:p>
    <w:p w:rsidR="00D8640D" w:rsidRDefault="002362C9">
      <w:r>
        <w:t>Imię i nazwisko: ........................................</w:t>
      </w:r>
    </w:p>
    <w:p w:rsidR="00D8640D" w:rsidRDefault="002362C9">
      <w:pPr>
        <w:jc w:val="both"/>
      </w:pPr>
      <w:r>
        <w:t>Wyksz</w:t>
      </w:r>
      <w:r>
        <w:t>tałcenie, kwalifikacje i uprawnienia: ........................................</w:t>
      </w:r>
    </w:p>
    <w:p w:rsidR="00D8640D" w:rsidRDefault="002362C9">
      <w:pPr>
        <w:jc w:val="both"/>
      </w:pPr>
      <w:r>
        <w:t>Doświadczenie (opis i okresy od-do): ........................................</w:t>
      </w:r>
    </w:p>
    <w:p w:rsidR="00D8640D" w:rsidRDefault="002362C9">
      <w:pPr>
        <w:jc w:val="both"/>
      </w:pPr>
      <w:r>
        <w:t>Zakres czynności przy realizacji zamówienia: ........................................</w:t>
      </w:r>
    </w:p>
    <w:p w:rsidR="00D8640D" w:rsidRDefault="002362C9">
      <w:pPr>
        <w:jc w:val="both"/>
      </w:pPr>
      <w:r>
        <w:t>Podstawa dysp</w:t>
      </w:r>
      <w:r>
        <w:t>onowania osobą: ........................................ . Zasób własny / zasób podmiotu trzeciego (wybrać).</w:t>
      </w:r>
    </w:p>
    <w:p w:rsidR="00D8640D" w:rsidRDefault="002362C9">
      <w:pPr>
        <w:pStyle w:val="Nagwek1"/>
        <w:pageBreakBefore/>
        <w:shd w:val="clear" w:color="auto" w:fill="E8EEF4"/>
        <w:spacing w:before="240" w:after="140"/>
      </w:pPr>
      <w:r>
        <w:rPr>
          <w:rFonts w:ascii="Arial" w:hAnsi="Arial"/>
        </w:rPr>
        <w:lastRenderedPageBreak/>
        <w:t>3 Pracownicy obsługi</w:t>
      </w:r>
    </w:p>
    <w:p w:rsidR="00D8640D" w:rsidRDefault="002362C9">
      <w:pPr>
        <w:jc w:val="both"/>
      </w:pPr>
      <w:r>
        <w:t xml:space="preserve">Osoby do wydawania posiłków w miejscu realizacji zamówienia; wyjątek stanowią oddziały przy Pomorskiej 18 i Majowej 21, gdzie </w:t>
      </w:r>
      <w:r>
        <w:t>posiłki wydają pracownicy ZSP.</w:t>
      </w:r>
    </w:p>
    <w:p w:rsidR="00D8640D" w:rsidRDefault="002362C9">
      <w:r>
        <w:t>Imię i nazwisko: ........................................</w:t>
      </w:r>
    </w:p>
    <w:p w:rsidR="00D8640D" w:rsidRDefault="002362C9">
      <w:pPr>
        <w:jc w:val="both"/>
      </w:pPr>
      <w:r>
        <w:t>Wykształcenie, kwalifikacje i uprawnienia: ........................................</w:t>
      </w:r>
    </w:p>
    <w:p w:rsidR="00D8640D" w:rsidRDefault="002362C9">
      <w:pPr>
        <w:jc w:val="both"/>
      </w:pPr>
      <w:r>
        <w:t>Doświadczenie (opis i okresy od-do): ........................................</w:t>
      </w:r>
    </w:p>
    <w:p w:rsidR="00D8640D" w:rsidRDefault="002362C9">
      <w:pPr>
        <w:jc w:val="both"/>
      </w:pPr>
      <w:r>
        <w:t>Zakres czynności przy realizacji zamówienia: ........................................</w:t>
      </w:r>
    </w:p>
    <w:p w:rsidR="00D8640D" w:rsidRDefault="002362C9">
      <w:pPr>
        <w:jc w:val="both"/>
      </w:pPr>
      <w:r>
        <w:t>Podstawa dysponowania osobą: ........................................ . Zasób własny / zasób podmiotu trzeciego (wybrać).</w:t>
      </w:r>
    </w:p>
    <w:p w:rsidR="00D8640D" w:rsidRDefault="002362C9">
      <w:pPr>
        <w:jc w:val="both"/>
      </w:pPr>
      <w:r>
        <w:t>Dla kolejnych osób należy powielić właściwą częś</w:t>
      </w:r>
      <w:r>
        <w:t>ć formularza. Oświadczam, że wskazane osoby spełniają wymagania SWZ. Wymóg zatrudnienia na podstawie stosunku pracy stosuje się do czynności spełniających przesłanki art. 22 § 1 Kodeksu pracy, zgodnie z SWZ i § 2 umowy.</w:t>
      </w:r>
    </w:p>
    <w:p w:rsidR="00D8640D" w:rsidRDefault="002362C9">
      <w:r>
        <w:t>Miejscowość i data: ................</w:t>
      </w:r>
      <w:r>
        <w:t>........................</w:t>
      </w:r>
      <w:r>
        <w:br/>
        <w:t>Podpis osoby uprawnionej: ........................................</w:t>
      </w:r>
    </w:p>
    <w:sectPr w:rsidR="00D8640D" w:rsidSect="00034616">
      <w:footerReference w:type="default" r:id="rId8"/>
      <w:pgSz w:w="11906" w:h="16838"/>
      <w:pgMar w:top="1134" w:right="1134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2C9" w:rsidRDefault="002362C9">
      <w:pPr>
        <w:spacing w:after="0" w:line="240" w:lineRule="auto"/>
      </w:pPr>
      <w:r>
        <w:separator/>
      </w:r>
    </w:p>
  </w:endnote>
  <w:endnote w:type="continuationSeparator" w:id="0">
    <w:p w:rsidR="002362C9" w:rsidRDefault="00236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40D" w:rsidRDefault="002362C9">
    <w:pPr>
      <w:pStyle w:val="Stopka"/>
      <w:jc w:val="center"/>
    </w:pPr>
    <w:r>
      <w:rPr>
        <w:sz w:val="18"/>
      </w:rPr>
      <w:t xml:space="preserve">ZSPD/1/2026  |  </w:t>
    </w:r>
    <w:r>
      <w:fldChar w:fldCharType="begin"/>
    </w:r>
    <w:r>
      <w:instrText>PAGE</w:instrText>
    </w:r>
    <w:r>
      <w:fldChar w:fldCharType="separate"/>
    </w:r>
    <w:r w:rsidR="00DC0A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2C9" w:rsidRDefault="002362C9">
      <w:pPr>
        <w:spacing w:after="0" w:line="240" w:lineRule="auto"/>
      </w:pPr>
      <w:r>
        <w:separator/>
      </w:r>
    </w:p>
  </w:footnote>
  <w:footnote w:type="continuationSeparator" w:id="0">
    <w:p w:rsidR="002362C9" w:rsidRDefault="00236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62C9"/>
    <w:rsid w:val="0029639D"/>
    <w:rsid w:val="00326F90"/>
    <w:rsid w:val="00AA1D8D"/>
    <w:rsid w:val="00B47730"/>
    <w:rsid w:val="00CB0664"/>
    <w:rsid w:val="00D8640D"/>
    <w:rsid w:val="00DC0A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1F294"/>
  <w14:defaultImageDpi w14:val="300"/>
  <w15:docId w15:val="{8AD1DFC4-503C-4C8E-BC78-B3A97322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360" w:lineRule="auto"/>
    </w:pPr>
    <w:rPr>
      <w:rFonts w:ascii="Arial" w:hAnsi="Arial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100" w:line="360" w:lineRule="auto"/>
    </w:pPr>
    <w:rPr>
      <w:rFonts w:ascii="Arial" w:hAnsi="Arial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00" w:line="360" w:lineRule="auto"/>
    </w:pPr>
    <w:rPr>
      <w:rFonts w:ascii="Arial" w:hAnsi="Arial"/>
      <w:color w:val="00000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Arial" w:hAnsi="Arial"/>
      <w:sz w:val="22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AD669C-ABC1-49BC-81DA-298A8A1E7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Weronika</cp:lastModifiedBy>
  <cp:revision>2</cp:revision>
  <dcterms:created xsi:type="dcterms:W3CDTF">2013-12-23T23:15:00Z</dcterms:created>
  <dcterms:modified xsi:type="dcterms:W3CDTF">2026-11-04T13:24:00Z</dcterms:modified>
  <cp:category/>
</cp:coreProperties>
</file>