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 w:val="0"/>
        <w:pageBreakBefore w:val="0"/>
        <w:widowControl/>
        <w:spacing w:line="360" w:lineRule="auto" w:before="0" w:after="100"/>
        <w:jc w:val="both"/>
      </w:pPr>
      <w:r>
        <w:rPr>
          <w:rFonts w:ascii="Arial" w:hAnsi="Arial"/>
          <w:color w:val="000000"/>
          <w:sz w:val="22"/>
        </w:rPr>
        <w:t>Załącznik nr 5 do SWZ</w:t>
      </w:r>
    </w:p>
    <w:p>
      <w:pPr>
        <w:keepNext w:val="0"/>
        <w:keepLines w:val="0"/>
        <w:pageBreakBefore w:val="0"/>
        <w:widowControl/>
        <w:spacing w:line="360" w:lineRule="auto" w:before="0" w:after="100"/>
        <w:jc w:val="both"/>
      </w:pPr>
      <w:r>
        <w:rPr>
          <w:rFonts w:ascii="Arial" w:hAnsi="Arial"/>
          <w:color w:val="000000"/>
          <w:sz w:val="22"/>
        </w:rPr>
        <w:t>Numer postępowania: ZSPD/1/2026</w:t>
      </w:r>
    </w:p>
    <w:p>
      <w:pPr>
        <w:pStyle w:val="Title"/>
        <w:pageBreakBefore w:val="0"/>
        <w:widowControl/>
        <w:spacing w:line="360" w:lineRule="auto" w:before="0" w:after="100"/>
        <w:jc w:val="center"/>
        <w:numPr>
          <w:numId w:val="0"/>
        </w:numPr>
      </w:pPr>
      <w:r>
        <w:rPr>
          <w:rFonts w:ascii="Arial" w:hAnsi="Arial"/>
          <w:color w:val="000000"/>
          <w:sz w:val="34"/>
        </w:rPr>
        <w:t>WYKAZ USŁUG</w:t>
      </w:r>
    </w:p>
    <w:p>
      <w:pPr>
        <w:keepNext w:val="0"/>
        <w:keepLines w:val="0"/>
        <w:pageBreakBefore w:val="0"/>
        <w:widowControl/>
        <w:spacing w:line="360" w:lineRule="auto" w:before="0" w:after="100"/>
        <w:jc w:val="both"/>
      </w:pPr>
      <w:r>
        <w:rPr>
          <w:rFonts w:ascii="Arial" w:hAnsi="Arial"/>
          <w:color w:val="000000"/>
          <w:sz w:val="22"/>
        </w:rPr>
        <w:t>Usługi wytwarzania i wydawania posiłków w Zespole Szkolno-Przedszkolnym w Dębogórzu: Szkole Podstawowej oraz Przedszkolu Publicznym w Dębogórzu w Gminie Kosakowo w roku 2027</w:t>
      </w:r>
    </w:p>
    <w:p>
      <w:pPr>
        <w:keepNext w:val="0"/>
        <w:keepLines w:val="0"/>
        <w:pageBreakBefore w:val="0"/>
        <w:widowControl/>
        <w:spacing w:line="360" w:lineRule="auto" w:before="0" w:after="100"/>
        <w:jc w:val="left"/>
      </w:pPr>
      <w:r>
        <w:rPr>
          <w:rFonts w:ascii="Arial" w:hAnsi="Arial"/>
          <w:color w:val="000000"/>
          <w:sz w:val="22"/>
        </w:rPr>
        <w:t>Nazwa, adres i NIP Wykonawcy: ........................................</w:t>
      </w:r>
    </w:p>
    <w:p>
      <w:pPr>
        <w:keepNext w:val="0"/>
        <w:keepLines w:val="0"/>
        <w:pageBreakBefore w:val="0"/>
        <w:widowControl/>
        <w:spacing w:line="360" w:lineRule="auto" w:before="0" w:after="100"/>
        <w:jc w:val="both"/>
      </w:pPr>
      <w:r>
        <w:rPr>
          <w:rFonts w:ascii="Arial" w:hAnsi="Arial"/>
          <w:color w:val="000000"/>
          <w:sz w:val="22"/>
        </w:rPr>
        <w:t>Wykaz obejmuje usługi wykonane, a w przypadku świadczeń powtarzających się lub ciągłych także wykonywane, w okresie ostatnich 3 lat przed upływem terminu składania ofert, a jeżeli okres działalności jest krótszy, w tym okresie. Warunek z rozdziału VIII SWZ: co najmniej dwie usługi przygotowania i wydawania posiłków w sposób ciągły (co najmniej 4 dni w tygodniu), każda dla co najmniej 200 osób przez co najmniej 6 miesięcy. Przy usłudze trwającej należy wykazać już zrealizowany zakres spełniający warunek.</w:t>
      </w:r>
    </w:p>
    <w:p>
      <w:pPr>
        <w:pStyle w:val="Heading1"/>
        <w:keepNext/>
        <w:pageBreakBefore w:val="0"/>
        <w:widowControl/>
        <w:spacing w:line="360" w:lineRule="auto" w:before="240" w:after="140"/>
        <w:jc w:val="left"/>
        <w:shd w:fill="E8EEF4"/>
        <w:numPr>
          <w:numId w:val="0"/>
        </w:numPr>
      </w:pPr>
      <w:r>
        <w:rPr>
          <w:rFonts w:ascii="Arial" w:hAnsi="Arial"/>
          <w:color w:val="000000"/>
          <w:sz w:val="24"/>
        </w:rPr>
        <w:t>1 Usługa</w:t>
      </w:r>
    </w:p>
    <w:p>
      <w:pPr>
        <w:keepNext w:val="0"/>
        <w:keepLines w:val="0"/>
        <w:pageBreakBefore w:val="0"/>
        <w:widowControl/>
        <w:spacing w:line="360" w:lineRule="auto" w:before="0" w:after="100"/>
        <w:jc w:val="both"/>
      </w:pPr>
      <w:r>
        <w:rPr>
          <w:rFonts w:ascii="Arial" w:hAnsi="Arial"/>
          <w:color w:val="000000"/>
          <w:sz w:val="22"/>
        </w:rPr>
        <w:t>Nazwa i opis usługi: ........................................</w:t>
      </w:r>
    </w:p>
    <w:p>
      <w:pPr>
        <w:keepNext w:val="0"/>
        <w:keepLines w:val="0"/>
        <w:pageBreakBefore w:val="0"/>
        <w:widowControl/>
        <w:spacing w:line="360" w:lineRule="auto" w:before="0" w:after="100"/>
        <w:jc w:val="both"/>
      </w:pPr>
      <w:r>
        <w:rPr>
          <w:rFonts w:ascii="Arial" w:hAnsi="Arial"/>
          <w:color w:val="000000"/>
          <w:sz w:val="22"/>
        </w:rPr>
        <w:t>Odbiorca usługi i adres: ........................................</w:t>
      </w:r>
    </w:p>
    <w:p>
      <w:pPr>
        <w:keepNext w:val="0"/>
        <w:keepLines w:val="0"/>
        <w:pageBreakBefore w:val="0"/>
        <w:widowControl/>
        <w:spacing w:line="360" w:lineRule="auto" w:before="0" w:after="100"/>
        <w:jc w:val="both"/>
      </w:pPr>
      <w:r>
        <w:rPr>
          <w:rFonts w:ascii="Arial" w:hAnsi="Arial"/>
          <w:color w:val="000000"/>
          <w:sz w:val="22"/>
        </w:rPr>
        <w:t>Okres wykonania od ........ do ........; usługa zakończona / wykonywana (wybrać).</w:t>
      </w:r>
    </w:p>
    <w:p>
      <w:pPr>
        <w:keepNext w:val="0"/>
        <w:keepLines w:val="0"/>
        <w:pageBreakBefore w:val="0"/>
        <w:widowControl/>
        <w:spacing w:line="360" w:lineRule="auto" w:before="0" w:after="100"/>
        <w:jc w:val="both"/>
      </w:pPr>
      <w:r>
        <w:rPr>
          <w:rFonts w:ascii="Arial" w:hAnsi="Arial"/>
          <w:color w:val="000000"/>
          <w:sz w:val="22"/>
        </w:rPr>
        <w:t>Liczba żywionych osób: ........ . Liczba dni świadczenia w tygodniu: ........ .</w:t>
      </w:r>
    </w:p>
    <w:p>
      <w:pPr>
        <w:keepNext w:val="0"/>
        <w:keepLines w:val="0"/>
        <w:pageBreakBefore w:val="0"/>
        <w:widowControl/>
        <w:spacing w:line="360" w:lineRule="auto" w:before="0" w:after="100"/>
        <w:jc w:val="both"/>
      </w:pPr>
      <w:r>
        <w:rPr>
          <w:rFonts w:ascii="Arial" w:hAnsi="Arial"/>
          <w:color w:val="000000"/>
          <w:sz w:val="22"/>
        </w:rPr>
        <w:t>Wartość zrealizowanych usług w PLN: ........................................</w:t>
      </w:r>
    </w:p>
    <w:p>
      <w:pPr>
        <w:keepNext w:val="0"/>
        <w:keepLines w:val="0"/>
        <w:pageBreakBefore w:val="0"/>
        <w:widowControl/>
        <w:spacing w:line="360" w:lineRule="auto" w:before="0" w:after="100"/>
        <w:jc w:val="both"/>
      </w:pPr>
      <w:r>
        <w:rPr>
          <w:rFonts w:ascii="Arial" w:hAnsi="Arial"/>
          <w:color w:val="000000"/>
          <w:sz w:val="22"/>
        </w:rPr>
        <w:t>Dowód należytego wykonania lub wykonywania: ........................................</w:t>
      </w:r>
    </w:p>
    <w:p>
      <w:pPr>
        <w:pStyle w:val="Heading1"/>
        <w:keepNext/>
        <w:pageBreakBefore w:val="0"/>
        <w:widowControl/>
        <w:spacing w:line="360" w:lineRule="auto" w:before="240" w:after="140"/>
        <w:jc w:val="left"/>
        <w:shd w:fill="E8EEF4"/>
        <w:numPr>
          <w:numId w:val="0"/>
        </w:numPr>
      </w:pPr>
      <w:r>
        <w:rPr>
          <w:rFonts w:ascii="Arial" w:hAnsi="Arial"/>
          <w:color w:val="000000"/>
          <w:sz w:val="24"/>
        </w:rPr>
        <w:t>2 Usługa</w:t>
      </w:r>
    </w:p>
    <w:p>
      <w:pPr>
        <w:keepNext w:val="0"/>
        <w:keepLines w:val="0"/>
        <w:pageBreakBefore w:val="0"/>
        <w:widowControl/>
        <w:spacing w:line="360" w:lineRule="auto" w:before="0" w:after="100"/>
        <w:jc w:val="both"/>
      </w:pPr>
      <w:r>
        <w:rPr>
          <w:rFonts w:ascii="Arial" w:hAnsi="Arial"/>
          <w:color w:val="000000"/>
          <w:sz w:val="22"/>
        </w:rPr>
        <w:t>Nazwa i opis usługi: ........................................</w:t>
      </w:r>
    </w:p>
    <w:p>
      <w:pPr>
        <w:keepNext w:val="0"/>
        <w:keepLines w:val="0"/>
        <w:pageBreakBefore w:val="0"/>
        <w:widowControl/>
        <w:spacing w:line="360" w:lineRule="auto" w:before="0" w:after="100"/>
        <w:jc w:val="both"/>
      </w:pPr>
      <w:r>
        <w:rPr>
          <w:rFonts w:ascii="Arial" w:hAnsi="Arial"/>
          <w:color w:val="000000"/>
          <w:sz w:val="22"/>
        </w:rPr>
        <w:t>Odbiorca usługi i adres: ........................................</w:t>
      </w:r>
    </w:p>
    <w:p>
      <w:pPr>
        <w:keepNext w:val="0"/>
        <w:keepLines w:val="0"/>
        <w:pageBreakBefore w:val="0"/>
        <w:widowControl/>
        <w:spacing w:line="360" w:lineRule="auto" w:before="0" w:after="100"/>
        <w:jc w:val="both"/>
      </w:pPr>
      <w:r>
        <w:rPr>
          <w:rFonts w:ascii="Arial" w:hAnsi="Arial"/>
          <w:color w:val="000000"/>
          <w:sz w:val="22"/>
        </w:rPr>
        <w:t>Okres wykonania od ........ do ........; usługa zakończona / wykonywana (wybrać).</w:t>
      </w:r>
    </w:p>
    <w:p>
      <w:pPr>
        <w:keepNext w:val="0"/>
        <w:keepLines w:val="0"/>
        <w:pageBreakBefore w:val="0"/>
        <w:widowControl/>
        <w:spacing w:line="360" w:lineRule="auto" w:before="0" w:after="100"/>
        <w:jc w:val="both"/>
      </w:pPr>
      <w:r>
        <w:rPr>
          <w:rFonts w:ascii="Arial" w:hAnsi="Arial"/>
          <w:color w:val="000000"/>
          <w:sz w:val="22"/>
        </w:rPr>
        <w:t>Liczba żywionych osób: ........ . Liczba dni świadczenia w tygodniu: ........ .</w:t>
      </w:r>
    </w:p>
    <w:p>
      <w:pPr>
        <w:keepNext w:val="0"/>
        <w:keepLines w:val="0"/>
        <w:pageBreakBefore w:val="0"/>
        <w:widowControl/>
        <w:spacing w:line="360" w:lineRule="auto" w:before="0" w:after="100"/>
        <w:jc w:val="both"/>
      </w:pPr>
      <w:r>
        <w:rPr>
          <w:rFonts w:ascii="Arial" w:hAnsi="Arial"/>
          <w:color w:val="000000"/>
          <w:sz w:val="22"/>
        </w:rPr>
        <w:t>Wartość zrealizowanych usług w PLN: ........................................</w:t>
      </w:r>
    </w:p>
    <w:p>
      <w:pPr>
        <w:keepNext w:val="0"/>
        <w:keepLines w:val="0"/>
        <w:pageBreakBefore w:val="0"/>
        <w:widowControl/>
        <w:spacing w:line="360" w:lineRule="auto" w:before="0" w:after="100"/>
        <w:jc w:val="both"/>
      </w:pPr>
      <w:r>
        <w:rPr>
          <w:rFonts w:ascii="Arial" w:hAnsi="Arial"/>
          <w:color w:val="000000"/>
          <w:sz w:val="22"/>
        </w:rPr>
        <w:t>Dowód należytego wykonania lub wykonywania: ........................................</w:t>
      </w:r>
    </w:p>
    <w:p>
      <w:pPr>
        <w:keepNext w:val="0"/>
        <w:keepLines w:val="0"/>
        <w:pageBreakBefore w:val="0"/>
        <w:widowControl/>
        <w:spacing w:line="360" w:lineRule="auto" w:before="0" w:after="100"/>
        <w:jc w:val="both"/>
      </w:pPr>
      <w:r>
        <w:rPr>
          <w:rFonts w:ascii="Arial" w:hAnsi="Arial"/>
          <w:color w:val="000000"/>
          <w:sz w:val="22"/>
        </w:rPr>
        <w:t>Dołącza się referencje lub inne dokumenty sporządzone przez odbiorcę usług; gdy z obiektywnych przyczyn nie można ich uzyskać, oświadczenie Wykonawcy. Dla usług nadal wykonywanych dowody powinny być wydane w ostatnich 3 miesiącach.</w:t>
      </w:r>
    </w:p>
    <w:p>
      <w:pPr>
        <w:keepNext w:val="0"/>
        <w:keepLines w:val="0"/>
        <w:pageBreakBefore w:val="0"/>
        <w:widowControl/>
        <w:spacing w:line="360" w:lineRule="auto" w:before="0" w:after="100"/>
        <w:jc w:val="left"/>
      </w:pPr>
      <w:r>
        <w:rPr>
          <w:rFonts w:ascii="Arial" w:hAnsi="Arial"/>
          <w:color w:val="000000"/>
          <w:sz w:val="22"/>
        </w:rPr>
        <w:t>Miejscowość i data: ........................................</w:t>
        <w:br/>
        <w:t>Podpis osoby uprawnionej: ........................................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8"/>
      </w:rPr>
      <w:t xml:space="preserve">ZSPD/1/2026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0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100" w:line="360" w:lineRule="auto"/>
    </w:pPr>
    <w:rPr>
      <w:rFonts w:ascii="Arial" w:hAnsi="Arial"/>
      <w:color w:val="000000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00" w:line="360" w:lineRule="auto"/>
    </w:pPr>
    <w:rPr>
      <w:rFonts w:ascii="Arial" w:hAnsi="Arial"/>
      <w:color w:val="000000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36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36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60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100" w:line="360" w:lineRule="auto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100" w:line="360" w:lineRule="auto"/>
      <w:outlineLvl w:val="4"/>
    </w:pPr>
    <w:rPr>
      <w:rFonts w:asciiTheme="majorHAnsi" w:eastAsiaTheme="majorEastAsia" w:hAnsiTheme="majorHAnsi" w:cstheme="majorBidi" w:ascii="Arial" w:hAnsi="Arial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100" w:line="360" w:lineRule="auto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100" w:line="360" w:lineRule="auto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100" w:line="360" w:lineRule="auto"/>
      <w:outlineLvl w:val="7"/>
    </w:pPr>
    <w:rPr>
      <w:rFonts w:asciiTheme="majorHAnsi" w:eastAsiaTheme="majorEastAsia" w:hAnsiTheme="majorHAnsi" w:cstheme="majorBidi" w:ascii="Arial" w:hAnsi="Arial"/>
      <w:color w:val="000000"/>
      <w:sz w:val="22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100" w:line="360" w:lineRule="auto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100" w:line="360" w:lineRule="auto"/>
    </w:pPr>
    <w:rPr>
      <w:rFonts w:ascii="Arial" w:hAnsi="Arial"/>
      <w:color w:val="000000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36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360" w:lineRule="auto" w:after="10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line="360" w:lineRule="auto" w:after="100"/>
      <w:ind w:left="720"/>
      <w:contextualSpacing/>
    </w:pPr>
    <w:rPr>
      <w:rFonts w:ascii="Arial" w:hAnsi="Arial"/>
      <w:color w:val="000000"/>
      <w:sz w:val="22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00" w:line="360" w:lineRule="auto"/>
    </w:pPr>
    <w:rPr>
      <w:rFonts w:ascii="Arial" w:hAnsi="Arial"/>
      <w:color w:val="000000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00" w:line="360" w:lineRule="auto"/>
    </w:pPr>
    <w:rPr>
      <w:rFonts w:ascii="Arial" w:hAnsi="Arial"/>
      <w:color w:val="000000"/>
      <w:sz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00" w:line="360" w:lineRule="auto"/>
    </w:pPr>
    <w:rPr>
      <w:rFonts w:ascii="Arial" w:hAnsi="Arial"/>
      <w:color w:val="000000"/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spacing w:line="360" w:lineRule="auto" w:after="100"/>
      <w:ind w:left="360" w:hanging="360"/>
      <w:contextualSpacing/>
    </w:pPr>
    <w:rPr>
      <w:rFonts w:ascii="Arial" w:hAnsi="Arial"/>
      <w:color w:val="000000"/>
      <w:sz w:val="22"/>
    </w:rPr>
  </w:style>
  <w:style w:type="paragraph" w:styleId="List2">
    <w:name w:val="List 2"/>
    <w:basedOn w:val="Normal"/>
    <w:uiPriority w:val="99"/>
    <w:unhideWhenUsed/>
    <w:rsid w:val="00326F90"/>
    <w:pPr>
      <w:spacing w:line="360" w:lineRule="auto" w:after="100"/>
      <w:ind w:left="720" w:hanging="360"/>
      <w:contextualSpacing/>
    </w:pPr>
    <w:rPr>
      <w:rFonts w:ascii="Arial" w:hAnsi="Arial"/>
      <w:color w:val="000000"/>
      <w:sz w:val="22"/>
    </w:rPr>
  </w:style>
  <w:style w:type="paragraph" w:styleId="List3">
    <w:name w:val="List 3"/>
    <w:basedOn w:val="Normal"/>
    <w:uiPriority w:val="99"/>
    <w:unhideWhenUsed/>
    <w:rsid w:val="00326F90"/>
    <w:pPr>
      <w:spacing w:line="360" w:lineRule="auto" w:after="100"/>
      <w:ind w:left="1080" w:hanging="360"/>
      <w:contextualSpacing/>
    </w:pPr>
    <w:rPr>
      <w:rFonts w:ascii="Arial" w:hAnsi="Arial"/>
      <w:color w:val="000000"/>
      <w:sz w:val="2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360" w:lineRule="auto" w:after="100"/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line="360" w:lineRule="auto" w:after="100"/>
      <w:contextualSpacing/>
    </w:pPr>
    <w:rPr>
      <w:rFonts w:ascii="Arial" w:hAnsi="Arial"/>
      <w:color w:val="000000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line="360" w:lineRule="auto" w:after="100"/>
      <w:contextualSpacing/>
    </w:pPr>
    <w:rPr>
      <w:rFonts w:ascii="Arial" w:hAnsi="Arial"/>
      <w:color w:val="000000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360" w:lineRule="auto" w:after="100"/>
      <w:contextualSpacing/>
    </w:pPr>
    <w:rPr>
      <w:rFonts w:ascii="Arial" w:hAnsi="Arial"/>
      <w:color w:val="000000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spacing w:line="360" w:lineRule="auto" w:after="100"/>
      <w:contextualSpacing/>
    </w:pPr>
    <w:rPr>
      <w:rFonts w:ascii="Arial" w:hAnsi="Arial"/>
      <w:color w:val="000000"/>
      <w:sz w:val="22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spacing w:line="360" w:lineRule="auto" w:after="100"/>
      <w:contextualSpacing/>
    </w:pPr>
    <w:rPr>
      <w:rFonts w:ascii="Arial" w:hAnsi="Arial"/>
      <w:color w:val="000000"/>
      <w:sz w:val="22"/>
    </w:rPr>
  </w:style>
  <w:style w:type="paragraph" w:styleId="ListContinue">
    <w:name w:val="List Continue"/>
    <w:basedOn w:val="Normal"/>
    <w:uiPriority w:val="99"/>
    <w:unhideWhenUsed/>
    <w:rsid w:val="0029639D"/>
    <w:pPr>
      <w:spacing w:after="100" w:line="360" w:lineRule="auto"/>
      <w:ind w:left="360"/>
      <w:contextualSpacing/>
    </w:pPr>
    <w:rPr>
      <w:rFonts w:ascii="Arial" w:hAnsi="Arial"/>
      <w:color w:val="000000"/>
      <w:sz w:val="22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00" w:line="360" w:lineRule="auto"/>
      <w:ind w:left="720"/>
      <w:contextualSpacing/>
    </w:pPr>
    <w:rPr>
      <w:rFonts w:ascii="Arial" w:hAnsi="Arial"/>
      <w:color w:val="000000"/>
      <w:sz w:val="22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00" w:line="360" w:lineRule="auto"/>
      <w:ind w:left="1080"/>
      <w:contextualSpacing/>
    </w:pPr>
    <w:rPr>
      <w:rFonts w:ascii="Arial" w:hAnsi="Arial"/>
      <w:color w:val="000000"/>
      <w:sz w:val="22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line="360" w:lineRule="auto" w:after="100"/>
    </w:pPr>
    <w:rPr>
      <w:rFonts w:ascii="Arial" w:hAnsi="Arial"/>
      <w:color w:val="000000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line="360" w:lineRule="auto" w:after="100"/>
    </w:pPr>
    <w:rPr>
      <w:rFonts w:ascii="Arial" w:hAnsi="Arial"/>
      <w:i/>
      <w:iCs/>
      <w:color w:val="000000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360" w:lineRule="auto" w:after="100"/>
    </w:pPr>
    <w:rPr>
      <w:rFonts w:ascii="Arial" w:hAnsi="Arial"/>
      <w:b/>
      <w:bCs/>
      <w:color w:val="000000"/>
      <w:sz w:val="22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100" w:line="360" w:lineRule="auto"/>
      <w:ind w:left="936" w:right="936"/>
    </w:pPr>
    <w:rPr>
      <w:rFonts w:ascii="Arial" w:hAnsi="Arial"/>
      <w:b/>
      <w:bCs/>
      <w:i/>
      <w:iCs/>
      <w:color w:val="000000"/>
      <w:sz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spacing w:line="360" w:lineRule="auto" w:after="100"/>
      <w:outlineLvl w:val="9"/>
    </w:pPr>
    <w:rPr>
      <w:rFonts w:ascii="Arial" w:hAnsi="Arial"/>
      <w:color w:val="000000"/>
      <w:sz w:val="22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