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487" w:rsidRPr="004628D6" w:rsidRDefault="004D53B2" w:rsidP="004628D6">
      <w:pPr>
        <w:ind w:left="6480" w:firstLine="720"/>
        <w:jc w:val="both"/>
        <w:rPr>
          <w:b/>
        </w:rPr>
      </w:pPr>
      <w:r w:rsidRPr="004628D6">
        <w:rPr>
          <w:b/>
        </w:rPr>
        <w:t>Załącznik nr 4 do SWZ</w:t>
      </w:r>
    </w:p>
    <w:p w:rsidR="005D6487" w:rsidRPr="004628D6" w:rsidRDefault="004D53B2">
      <w:pPr>
        <w:jc w:val="both"/>
        <w:rPr>
          <w:i/>
        </w:rPr>
      </w:pPr>
      <w:r w:rsidRPr="004628D6">
        <w:rPr>
          <w:i/>
        </w:rPr>
        <w:t>Numer postępowania: ZSPD/1/2026</w:t>
      </w:r>
    </w:p>
    <w:p w:rsidR="005D6487" w:rsidRDefault="004D53B2">
      <w:pPr>
        <w:pStyle w:val="Tytu"/>
        <w:jc w:val="center"/>
      </w:pPr>
      <w:r>
        <w:rPr>
          <w:rFonts w:ascii="Arial" w:hAnsi="Arial"/>
        </w:rPr>
        <w:t>OŚWIADCZENIE WYKONAWCÓW WSPÓLNIE UBIEGAJĄCYCH SIĘ O ZAMÓWIENIE</w:t>
      </w:r>
    </w:p>
    <w:p w:rsidR="005D6487" w:rsidRPr="004628D6" w:rsidRDefault="004D53B2">
      <w:pPr>
        <w:jc w:val="both"/>
        <w:rPr>
          <w:i/>
          <w:u w:val="single"/>
        </w:rPr>
      </w:pPr>
      <w:r w:rsidRPr="004628D6">
        <w:rPr>
          <w:i/>
          <w:u w:val="single"/>
        </w:rPr>
        <w:t>Usługi wytwarzania i wydawania posiłków w Zespole Szkolno-Przedszkolnym w Dębogórzu: Szkole Podst</w:t>
      </w:r>
      <w:bookmarkStart w:id="0" w:name="_GoBack"/>
      <w:bookmarkEnd w:id="0"/>
      <w:r w:rsidRPr="004628D6">
        <w:rPr>
          <w:i/>
          <w:u w:val="single"/>
        </w:rPr>
        <w:t xml:space="preserve">awowej oraz Przedszkolu Publicznym w </w:t>
      </w:r>
      <w:r w:rsidRPr="004628D6">
        <w:rPr>
          <w:i/>
          <w:u w:val="single"/>
        </w:rPr>
        <w:t>Dębogórzu w Gminie Kosakowo w roku 2027</w:t>
      </w:r>
    </w:p>
    <w:p w:rsidR="005D6487" w:rsidRDefault="004D53B2">
      <w:pPr>
        <w:jc w:val="both"/>
      </w:pPr>
      <w:r>
        <w:t>Na podstawie art. 117 ust. 4 Pzp wskazujemy, które usługi wykonają poszczególni Wykonawcy.</w:t>
      </w:r>
    </w:p>
    <w:p w:rsidR="005D6487" w:rsidRDefault="004D53B2">
      <w:pPr>
        <w:jc w:val="both"/>
      </w:pPr>
      <w:r>
        <w:t>Wykonawcy i pełnomocnik (nazwy, adresy, NIP): ........................................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969"/>
        <w:gridCol w:w="2835"/>
      </w:tblGrid>
      <w:tr w:rsidR="005D6487">
        <w:trPr>
          <w:cantSplit/>
          <w:tblHeader/>
          <w:jc w:val="center"/>
        </w:trPr>
        <w:tc>
          <w:tcPr>
            <w:tcW w:w="2835" w:type="dxa"/>
            <w:shd w:val="clear" w:color="auto" w:fill="DFE8F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D6487" w:rsidRDefault="004D53B2">
            <w:pPr>
              <w:spacing w:after="60"/>
            </w:pPr>
            <w:r>
              <w:rPr>
                <w:b/>
                <w:sz w:val="20"/>
              </w:rPr>
              <w:t>Wykonawca</w:t>
            </w:r>
          </w:p>
        </w:tc>
        <w:tc>
          <w:tcPr>
            <w:tcW w:w="3969" w:type="dxa"/>
            <w:shd w:val="clear" w:color="auto" w:fill="DFE8F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D6487" w:rsidRDefault="004D53B2">
            <w:pPr>
              <w:spacing w:after="60"/>
            </w:pPr>
            <w:r>
              <w:rPr>
                <w:b/>
                <w:sz w:val="20"/>
              </w:rPr>
              <w:t>Zakres wykonywanych usług</w:t>
            </w:r>
          </w:p>
        </w:tc>
        <w:tc>
          <w:tcPr>
            <w:tcW w:w="2835" w:type="dxa"/>
            <w:shd w:val="clear" w:color="auto" w:fill="DFE8F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D6487" w:rsidRDefault="004D53B2">
            <w:pPr>
              <w:spacing w:after="60"/>
            </w:pPr>
            <w:r>
              <w:rPr>
                <w:b/>
                <w:sz w:val="20"/>
              </w:rPr>
              <w:t>Wa</w:t>
            </w:r>
            <w:r>
              <w:rPr>
                <w:b/>
                <w:sz w:val="20"/>
              </w:rPr>
              <w:t>runek udziału wykazywany przez tego Wykonawcę</w:t>
            </w:r>
          </w:p>
        </w:tc>
      </w:tr>
      <w:tr w:rsidR="005D6487">
        <w:trPr>
          <w:cantSplit/>
          <w:jc w:val="center"/>
        </w:trPr>
        <w:tc>
          <w:tcPr>
            <w:tcW w:w="2835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D6487" w:rsidRDefault="004D53B2">
            <w:pPr>
              <w:spacing w:after="60"/>
            </w:pPr>
            <w:r>
              <w:rPr>
                <w:sz w:val="20"/>
              </w:rPr>
              <w:t>................................</w:t>
            </w:r>
          </w:p>
        </w:tc>
        <w:tc>
          <w:tcPr>
            <w:tcW w:w="3969" w:type="dxa"/>
          </w:tcPr>
          <w:p w:rsidR="005D6487" w:rsidRDefault="004D53B2">
            <w:r>
              <w:t>................................</w:t>
            </w:r>
          </w:p>
        </w:tc>
        <w:tc>
          <w:tcPr>
            <w:tcW w:w="2835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D6487" w:rsidRDefault="004D53B2">
            <w:pPr>
              <w:spacing w:after="60"/>
            </w:pPr>
            <w:r>
              <w:rPr>
                <w:sz w:val="20"/>
              </w:rPr>
              <w:t>................................</w:t>
            </w:r>
          </w:p>
        </w:tc>
      </w:tr>
      <w:tr w:rsidR="005D6487">
        <w:trPr>
          <w:cantSplit/>
          <w:jc w:val="center"/>
        </w:trPr>
        <w:tc>
          <w:tcPr>
            <w:tcW w:w="2835" w:type="dxa"/>
          </w:tcPr>
          <w:p w:rsidR="005D6487" w:rsidRDefault="004D53B2">
            <w:r>
              <w:t>................................</w:t>
            </w:r>
          </w:p>
        </w:tc>
        <w:tc>
          <w:tcPr>
            <w:tcW w:w="3969" w:type="dxa"/>
          </w:tcPr>
          <w:p w:rsidR="005D6487" w:rsidRDefault="004D53B2">
            <w:r>
              <w:t>................................</w:t>
            </w:r>
          </w:p>
        </w:tc>
        <w:tc>
          <w:tcPr>
            <w:tcW w:w="2835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D6487" w:rsidRDefault="004D53B2">
            <w:pPr>
              <w:spacing w:after="60"/>
            </w:pPr>
            <w:r>
              <w:rPr>
                <w:sz w:val="20"/>
              </w:rPr>
              <w:t>................................</w:t>
            </w:r>
          </w:p>
        </w:tc>
      </w:tr>
      <w:tr w:rsidR="005D6487">
        <w:trPr>
          <w:cantSplit/>
          <w:jc w:val="center"/>
        </w:trPr>
        <w:tc>
          <w:tcPr>
            <w:tcW w:w="2835" w:type="dxa"/>
          </w:tcPr>
          <w:p w:rsidR="005D6487" w:rsidRDefault="004D53B2">
            <w:r>
              <w:t>................................</w:t>
            </w:r>
          </w:p>
        </w:tc>
        <w:tc>
          <w:tcPr>
            <w:tcW w:w="3969" w:type="dxa"/>
          </w:tcPr>
          <w:p w:rsidR="005D6487" w:rsidRDefault="004D53B2">
            <w:r>
              <w:t>................................</w:t>
            </w:r>
          </w:p>
        </w:tc>
        <w:tc>
          <w:tcPr>
            <w:tcW w:w="2835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D6487" w:rsidRDefault="004D53B2">
            <w:pPr>
              <w:spacing w:after="60"/>
            </w:pPr>
            <w:r>
              <w:rPr>
                <w:sz w:val="20"/>
              </w:rPr>
              <w:t>................................</w:t>
            </w:r>
          </w:p>
        </w:tc>
      </w:tr>
    </w:tbl>
    <w:p w:rsidR="005D6487" w:rsidRDefault="004D53B2">
      <w:pPr>
        <w:jc w:val="both"/>
      </w:pPr>
      <w:r>
        <w:t>Podział usług zapewnia, że czynności wymagające określonych uprawnień lub zdolności wykonują Wykonawcy wykazujący ich posiadanie zgodnie z art. 117 ust. 2 i</w:t>
      </w:r>
      <w:r>
        <w:t xml:space="preserve"> 3 Pzp.</w:t>
      </w:r>
    </w:p>
    <w:p w:rsidR="005D6487" w:rsidRDefault="004D53B2">
      <w:r>
        <w:t>Miejscowość i data: ........................................</w:t>
      </w:r>
      <w:r>
        <w:br/>
        <w:t>Podpis osoby uprawnionej: ........................................</w:t>
      </w:r>
    </w:p>
    <w:sectPr w:rsidR="005D6487" w:rsidSect="00034616">
      <w:footerReference w:type="default" r:id="rId8"/>
      <w:pgSz w:w="11906" w:h="16838"/>
      <w:pgMar w:top="1134" w:right="1134" w:bottom="113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3B2" w:rsidRDefault="004D53B2">
      <w:pPr>
        <w:spacing w:after="0" w:line="240" w:lineRule="auto"/>
      </w:pPr>
      <w:r>
        <w:separator/>
      </w:r>
    </w:p>
  </w:endnote>
  <w:endnote w:type="continuationSeparator" w:id="0">
    <w:p w:rsidR="004D53B2" w:rsidRDefault="004D5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87" w:rsidRDefault="004D53B2">
    <w:pPr>
      <w:pStyle w:val="Stopka"/>
      <w:jc w:val="center"/>
    </w:pPr>
    <w:r>
      <w:rPr>
        <w:sz w:val="18"/>
      </w:rPr>
      <w:t xml:space="preserve">ZSPD/1/2026  |  </w:t>
    </w:r>
    <w:r>
      <w:fldChar w:fldCharType="begin"/>
    </w:r>
    <w:r>
      <w:instrText>PAGE</w:instrText>
    </w:r>
    <w:r>
      <w:fldChar w:fldCharType="separate"/>
    </w:r>
    <w:r w:rsidR="004628D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3B2" w:rsidRDefault="004D53B2">
      <w:pPr>
        <w:spacing w:after="0" w:line="240" w:lineRule="auto"/>
      </w:pPr>
      <w:r>
        <w:separator/>
      </w:r>
    </w:p>
  </w:footnote>
  <w:footnote w:type="continuationSeparator" w:id="0">
    <w:p w:rsidR="004D53B2" w:rsidRDefault="004D5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28D6"/>
    <w:rsid w:val="004D53B2"/>
    <w:rsid w:val="005D648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96B299"/>
  <w14:defaultImageDpi w14:val="300"/>
  <w15:docId w15:val="{0EB9641B-9D14-4B91-83E4-66CE09C7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360" w:lineRule="auto"/>
    </w:pPr>
    <w:rPr>
      <w:rFonts w:ascii="Arial" w:hAnsi="Arial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100" w:line="360" w:lineRule="auto"/>
    </w:pPr>
    <w:rPr>
      <w:rFonts w:ascii="Arial" w:hAnsi="Arial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100" w:line="360" w:lineRule="auto"/>
    </w:pPr>
    <w:rPr>
      <w:rFonts w:ascii="Arial" w:hAnsi="Arial"/>
      <w:color w:val="00000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Arial" w:hAnsi="Arial"/>
      <w:sz w:val="22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2804A2-C22E-49F0-BCC3-69DE1D7D0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Weronika</cp:lastModifiedBy>
  <cp:revision>2</cp:revision>
  <dcterms:created xsi:type="dcterms:W3CDTF">2013-12-23T23:15:00Z</dcterms:created>
  <dcterms:modified xsi:type="dcterms:W3CDTF">2026-11-04T13:20:00Z</dcterms:modified>
  <cp:category/>
</cp:coreProperties>
</file>