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8B04" w14:textId="77777777" w:rsidR="008F03D3" w:rsidRPr="001A2EBB" w:rsidRDefault="00000000" w:rsidP="001A2EBB">
      <w:pPr>
        <w:spacing w:after="200"/>
        <w:jc w:val="right"/>
        <w:rPr>
          <w:lang w:val="pl-PL"/>
        </w:rPr>
      </w:pPr>
      <w:r w:rsidRPr="001A2EBB">
        <w:rPr>
          <w:rFonts w:eastAsia="Times New Roman"/>
          <w:b/>
          <w:color w:val="000000"/>
          <w:lang w:val="pl-PL"/>
        </w:rPr>
        <w:t>ZAŁĄCZNIK NR 3 DO SWZ</w:t>
      </w:r>
    </w:p>
    <w:p w14:paraId="4C06FDFB" w14:textId="77777777" w:rsidR="008F03D3" w:rsidRPr="001A2EBB" w:rsidRDefault="00000000">
      <w:pPr>
        <w:spacing w:after="120"/>
        <w:jc w:val="center"/>
        <w:rPr>
          <w:lang w:val="pl-PL"/>
        </w:rPr>
      </w:pPr>
      <w:r w:rsidRPr="001A2EBB">
        <w:rPr>
          <w:rFonts w:eastAsia="Times New Roman"/>
          <w:b/>
          <w:color w:val="000000"/>
          <w:sz w:val="26"/>
          <w:lang w:val="pl-PL"/>
        </w:rPr>
        <w:t>OŚWIADCZENIE WYKONAWCY</w:t>
      </w:r>
    </w:p>
    <w:p w14:paraId="434A64BE" w14:textId="77777777" w:rsidR="008F03D3" w:rsidRPr="001A2EBB" w:rsidRDefault="00000000">
      <w:pPr>
        <w:spacing w:after="200"/>
        <w:jc w:val="center"/>
        <w:rPr>
          <w:lang w:val="pl-PL"/>
        </w:rPr>
      </w:pPr>
      <w:r w:rsidRPr="001A2EBB">
        <w:rPr>
          <w:rFonts w:eastAsia="Times New Roman"/>
          <w:i/>
          <w:color w:val="000000"/>
          <w:sz w:val="20"/>
          <w:lang w:val="pl-PL"/>
        </w:rPr>
        <w:t xml:space="preserve">składane na podstawie art. 125 ust. 1 </w:t>
      </w:r>
      <w:proofErr w:type="spellStart"/>
      <w:r w:rsidRPr="001A2EBB">
        <w:rPr>
          <w:rFonts w:eastAsia="Times New Roman"/>
          <w:i/>
          <w:color w:val="000000"/>
          <w:sz w:val="20"/>
          <w:lang w:val="pl-PL"/>
        </w:rPr>
        <w:t>Pzp</w:t>
      </w:r>
      <w:proofErr w:type="spellEnd"/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8F03D3" w:rsidRPr="001A2EBB" w14:paraId="7E5F887D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07AFB5" w14:textId="77777777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b/>
                <w:color w:val="000000"/>
                <w:szCs w:val="28"/>
                <w:lang w:val="pl-PL"/>
              </w:rPr>
              <w:t>ZAMAWIAJĄCY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EC6EB1" w14:textId="77777777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t>Teatr Powszechny im. Jana Kochanowskiego w Radomiu</w:t>
            </w: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br/>
              <w:t>pl. Jagielloński 15, 26-600 Radom</w:t>
            </w: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br/>
              <w:t>NIP: 796-007-84-47</w:t>
            </w:r>
          </w:p>
        </w:tc>
      </w:tr>
      <w:tr w:rsidR="008F03D3" w:rsidRPr="001A2EBB" w14:paraId="0F9DDC54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2041DEB" w14:textId="77777777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b/>
                <w:color w:val="000000"/>
                <w:szCs w:val="28"/>
                <w:lang w:val="pl-PL"/>
              </w:rPr>
              <w:t>PODMIOT SKŁADAJĄCY OŚWIADCZENIE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2FC999C" w14:textId="3B50DD90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t>Nazwa/firma: ..............................................................................</w:t>
            </w: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br/>
              <w:t>Adres: ..............................................................................</w:t>
            </w: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br/>
              <w:t>NIP/REGON/KRS/CEIDG: .............................................................................</w:t>
            </w:r>
          </w:p>
        </w:tc>
      </w:tr>
      <w:tr w:rsidR="008F03D3" w:rsidRPr="001A2EBB" w14:paraId="4F5333D5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1A3026" w14:textId="77777777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b/>
                <w:color w:val="000000"/>
                <w:szCs w:val="28"/>
                <w:lang w:val="pl-PL"/>
              </w:rPr>
              <w:t>KONTAKT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B5ED09" w14:textId="77777777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t>E-mail: ..........................................................  Telefon: ....................................................</w:t>
            </w:r>
          </w:p>
        </w:tc>
      </w:tr>
      <w:tr w:rsidR="008F03D3" w:rsidRPr="001A2EBB" w14:paraId="54C21673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5F849BF" w14:textId="77777777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b/>
                <w:color w:val="000000"/>
                <w:szCs w:val="28"/>
                <w:lang w:val="pl-PL"/>
              </w:rPr>
              <w:t>REPREZENTACJA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31F648" w14:textId="77777777" w:rsidR="008F03D3" w:rsidRPr="001A2EBB" w:rsidRDefault="00000000">
            <w:pPr>
              <w:spacing w:after="0"/>
              <w:rPr>
                <w:szCs w:val="28"/>
                <w:lang w:val="pl-PL"/>
              </w:rPr>
            </w:pPr>
            <w:r w:rsidRPr="001A2EBB">
              <w:rPr>
                <w:rFonts w:eastAsia="Times New Roman"/>
                <w:color w:val="000000"/>
                <w:szCs w:val="28"/>
                <w:lang w:val="pl-PL"/>
              </w:rPr>
              <w:t>Imię, nazwisko, funkcja i podstawa umocowania: .................................................................</w:t>
            </w:r>
          </w:p>
        </w:tc>
      </w:tr>
    </w:tbl>
    <w:p w14:paraId="34E42201" w14:textId="77777777" w:rsidR="008F03D3" w:rsidRPr="001A2EBB" w:rsidRDefault="008F03D3">
      <w:pPr>
        <w:spacing w:after="40"/>
        <w:jc w:val="both"/>
        <w:rPr>
          <w:lang w:val="pl-PL"/>
        </w:rPr>
      </w:pPr>
    </w:p>
    <w:p w14:paraId="2EF94D3E" w14:textId="77777777" w:rsidR="008F03D3" w:rsidRPr="001A2EBB" w:rsidRDefault="00000000">
      <w:pPr>
        <w:jc w:val="both"/>
        <w:rPr>
          <w:lang w:val="pl-PL"/>
        </w:rPr>
      </w:pPr>
      <w:r w:rsidRPr="001A2EBB">
        <w:rPr>
          <w:rFonts w:eastAsia="Times New Roman"/>
          <w:color w:val="000000"/>
          <w:lang w:val="pl-PL"/>
        </w:rPr>
        <w:t>Oświadczam/oświadczamy, że na dzień składania ofert:</w:t>
      </w:r>
    </w:p>
    <w:p w14:paraId="3AC8CDC4" w14:textId="4036E2B6" w:rsidR="001A2EBB" w:rsidRDefault="00000000" w:rsidP="001A2EBB">
      <w:pPr>
        <w:pStyle w:val="Nagwek1"/>
        <w:numPr>
          <w:ilvl w:val="0"/>
          <w:numId w:val="10"/>
        </w:numPr>
        <w:spacing w:before="160" w:after="80"/>
        <w:rPr>
          <w:rFonts w:ascii="Times New Roman" w:eastAsia="Times New Roman" w:hAnsi="Times New Roman"/>
          <w:lang w:val="pl-PL"/>
        </w:rPr>
      </w:pPr>
      <w:r w:rsidRPr="001A2EBB">
        <w:rPr>
          <w:rFonts w:ascii="Times New Roman" w:eastAsia="Times New Roman" w:hAnsi="Times New Roman"/>
          <w:lang w:val="pl-PL"/>
        </w:rPr>
        <w:t>BRAK PODSTAW WYKLUCZENIA</w:t>
      </w:r>
    </w:p>
    <w:p w14:paraId="1A6B349F" w14:textId="2D81EDAA" w:rsidR="008F03D3" w:rsidRPr="001A2EBB" w:rsidRDefault="001A2EBB" w:rsidP="001A2EBB">
      <w:pPr>
        <w:pStyle w:val="Akapitzlist"/>
        <w:numPr>
          <w:ilvl w:val="0"/>
          <w:numId w:val="11"/>
        </w:numPr>
        <w:rPr>
          <w:lang w:val="pl-PL"/>
        </w:rPr>
      </w:pPr>
      <w:r>
        <w:rPr>
          <w:rFonts w:eastAsia="Times New Roman"/>
          <w:color w:val="000000"/>
          <w:lang w:val="pl-PL"/>
        </w:rPr>
        <w:t>N</w:t>
      </w:r>
      <w:r w:rsidR="00000000" w:rsidRPr="001A2EBB">
        <w:rPr>
          <w:rFonts w:eastAsia="Times New Roman"/>
          <w:color w:val="000000"/>
          <w:lang w:val="pl-PL"/>
        </w:rPr>
        <w:t xml:space="preserve">ie zachodzą wobec mnie/nas podstawy wykluczenia określone w art. 108 ust. 1 </w:t>
      </w:r>
      <w:proofErr w:type="spellStart"/>
      <w:r w:rsidR="00000000" w:rsidRPr="001A2EBB">
        <w:rPr>
          <w:rFonts w:eastAsia="Times New Roman"/>
          <w:color w:val="000000"/>
          <w:lang w:val="pl-PL"/>
        </w:rPr>
        <w:t>Pzp</w:t>
      </w:r>
      <w:proofErr w:type="spellEnd"/>
      <w:r w:rsidR="00000000" w:rsidRPr="001A2EBB">
        <w:rPr>
          <w:rFonts w:eastAsia="Times New Roman"/>
          <w:color w:val="000000"/>
          <w:lang w:val="pl-PL"/>
        </w:rPr>
        <w:t>;</w:t>
      </w:r>
    </w:p>
    <w:p w14:paraId="1DCE6B8A" w14:textId="48135EB4" w:rsidR="008F03D3" w:rsidRPr="001A2EBB" w:rsidRDefault="001A2EBB" w:rsidP="001A2EBB">
      <w:pPr>
        <w:pStyle w:val="Akapitzlist"/>
        <w:numPr>
          <w:ilvl w:val="0"/>
          <w:numId w:val="11"/>
        </w:numPr>
        <w:rPr>
          <w:lang w:val="pl-PL"/>
        </w:rPr>
      </w:pPr>
      <w:r>
        <w:rPr>
          <w:rFonts w:eastAsia="Times New Roman"/>
          <w:color w:val="000000"/>
          <w:lang w:val="pl-PL"/>
        </w:rPr>
        <w:t>N</w:t>
      </w:r>
      <w:r w:rsidR="00000000" w:rsidRPr="001A2EBB">
        <w:rPr>
          <w:rFonts w:eastAsia="Times New Roman"/>
          <w:color w:val="000000"/>
          <w:lang w:val="pl-PL"/>
        </w:rPr>
        <w:t xml:space="preserve">ie zachodzą podstawy z art. 109 ust. 1 pkt 4, 5, 7, 8 i 10 </w:t>
      </w:r>
      <w:proofErr w:type="spellStart"/>
      <w:r w:rsidR="00000000" w:rsidRPr="001A2EBB">
        <w:rPr>
          <w:rFonts w:eastAsia="Times New Roman"/>
          <w:color w:val="000000"/>
          <w:lang w:val="pl-PL"/>
        </w:rPr>
        <w:t>Pzp</w:t>
      </w:r>
      <w:proofErr w:type="spellEnd"/>
      <w:r w:rsidR="00000000" w:rsidRPr="001A2EBB">
        <w:rPr>
          <w:rFonts w:eastAsia="Times New Roman"/>
          <w:color w:val="000000"/>
          <w:lang w:val="pl-PL"/>
        </w:rPr>
        <w:t>;</w:t>
      </w:r>
    </w:p>
    <w:p w14:paraId="13005451" w14:textId="3C7335A2" w:rsidR="008F03D3" w:rsidRPr="001A2EBB" w:rsidRDefault="001A2EBB" w:rsidP="001A2EBB">
      <w:pPr>
        <w:pStyle w:val="Akapitzlist"/>
        <w:numPr>
          <w:ilvl w:val="0"/>
          <w:numId w:val="11"/>
        </w:numPr>
        <w:jc w:val="both"/>
        <w:rPr>
          <w:lang w:val="pl-PL"/>
        </w:rPr>
      </w:pPr>
      <w:r>
        <w:rPr>
          <w:rFonts w:eastAsia="Times New Roman"/>
          <w:color w:val="000000"/>
          <w:lang w:val="pl-PL"/>
        </w:rPr>
        <w:t>N</w:t>
      </w:r>
      <w:r w:rsidR="00000000" w:rsidRPr="001A2EBB">
        <w:rPr>
          <w:rFonts w:eastAsia="Times New Roman"/>
          <w:color w:val="000000"/>
          <w:lang w:val="pl-PL"/>
        </w:rPr>
        <w:t>ie zachodzą podstawy z art. 7 ust. 1 ustawy z 13 kwietnia 2022 r. o przeciwdziałaniu wspieraniu agresji na Ukrainę;</w:t>
      </w:r>
    </w:p>
    <w:p w14:paraId="367288A1" w14:textId="5EB8FC76" w:rsidR="001A2EBB" w:rsidRPr="001A2EBB" w:rsidRDefault="001A2EBB" w:rsidP="001A2EBB">
      <w:pPr>
        <w:pStyle w:val="Akapitzlist"/>
        <w:numPr>
          <w:ilvl w:val="0"/>
          <w:numId w:val="11"/>
        </w:numPr>
        <w:rPr>
          <w:lang w:val="pl-PL"/>
        </w:rPr>
      </w:pPr>
      <w:r>
        <w:rPr>
          <w:rFonts w:eastAsia="Times New Roman"/>
          <w:color w:val="000000"/>
          <w:lang w:val="pl-PL"/>
        </w:rPr>
        <w:t>N</w:t>
      </w:r>
      <w:r w:rsidR="00000000" w:rsidRPr="001A2EBB">
        <w:rPr>
          <w:rFonts w:eastAsia="Times New Roman"/>
          <w:color w:val="000000"/>
          <w:lang w:val="pl-PL"/>
        </w:rPr>
        <w:t xml:space="preserve">ie zachodzą inne bezpośrednio obowiązujące zakazy udziału w zamówieniach wynikające </w:t>
      </w:r>
      <w:r>
        <w:rPr>
          <w:rFonts w:eastAsia="Times New Roman"/>
          <w:color w:val="000000"/>
          <w:lang w:val="pl-PL"/>
        </w:rPr>
        <w:br/>
      </w:r>
      <w:r w:rsidR="00000000" w:rsidRPr="001A2EBB">
        <w:rPr>
          <w:rFonts w:eastAsia="Times New Roman"/>
          <w:color w:val="000000"/>
          <w:lang w:val="pl-PL"/>
        </w:rPr>
        <w:t>z sankcji Unii Europejskiej – jeżeli mają zastosowanie.</w:t>
      </w:r>
    </w:p>
    <w:p w14:paraId="7B753C99" w14:textId="77777777" w:rsidR="008F03D3" w:rsidRPr="001A2EBB" w:rsidRDefault="00000000">
      <w:pPr>
        <w:rPr>
          <w:lang w:val="pl-PL"/>
        </w:rPr>
      </w:pPr>
      <w:r w:rsidRPr="001A2EBB">
        <w:rPr>
          <w:rFonts w:eastAsia="Times New Roman"/>
          <w:color w:val="000000"/>
          <w:lang w:val="pl-PL"/>
        </w:rPr>
        <w:t xml:space="preserve">Jeżeli zachodzi podstawa wykluczenia, lecz podjęto środki naprawcze z art. 110 ust. 2 </w:t>
      </w:r>
      <w:proofErr w:type="spellStart"/>
      <w:r w:rsidRPr="001A2EBB">
        <w:rPr>
          <w:rFonts w:eastAsia="Times New Roman"/>
          <w:color w:val="000000"/>
          <w:lang w:val="pl-PL"/>
        </w:rPr>
        <w:t>Pzp</w:t>
      </w:r>
      <w:proofErr w:type="spellEnd"/>
      <w:r w:rsidRPr="001A2EBB">
        <w:rPr>
          <w:rFonts w:eastAsia="Times New Roman"/>
          <w:color w:val="000000"/>
          <w:lang w:val="pl-PL"/>
        </w:rPr>
        <w:t>, należy opisać okoliczność i środki: ................................................................................................................................................</w:t>
      </w:r>
    </w:p>
    <w:p w14:paraId="5BA2C3F9" w14:textId="05BDF10F" w:rsidR="008F03D3" w:rsidRPr="001A2EBB" w:rsidRDefault="00000000" w:rsidP="001A2EBB">
      <w:pPr>
        <w:pStyle w:val="Nagwek1"/>
        <w:numPr>
          <w:ilvl w:val="0"/>
          <w:numId w:val="10"/>
        </w:numPr>
        <w:spacing w:before="160" w:after="80"/>
        <w:rPr>
          <w:lang w:val="pl-PL"/>
        </w:rPr>
      </w:pPr>
      <w:r w:rsidRPr="001A2EBB">
        <w:rPr>
          <w:rFonts w:ascii="Times New Roman" w:eastAsia="Times New Roman" w:hAnsi="Times New Roman"/>
          <w:lang w:val="pl-PL"/>
        </w:rPr>
        <w:t>SPEŁNIANIE WARUNKÓW UDZIAŁU</w:t>
      </w:r>
    </w:p>
    <w:p w14:paraId="0E45142E" w14:textId="168CA801" w:rsidR="008F03D3" w:rsidRPr="001A2EBB" w:rsidRDefault="001A2EBB" w:rsidP="001A2EBB">
      <w:pPr>
        <w:pStyle w:val="Akapitzlist"/>
        <w:numPr>
          <w:ilvl w:val="0"/>
          <w:numId w:val="12"/>
        </w:numPr>
        <w:rPr>
          <w:rFonts w:eastAsia="Times New Roman"/>
          <w:color w:val="000000"/>
          <w:lang w:val="pl-PL"/>
        </w:rPr>
      </w:pPr>
      <w:r>
        <w:rPr>
          <w:rFonts w:eastAsia="Times New Roman"/>
          <w:color w:val="000000"/>
          <w:lang w:val="pl-PL"/>
        </w:rPr>
        <w:t>S</w:t>
      </w:r>
      <w:r w:rsidR="00000000" w:rsidRPr="001A2EBB">
        <w:rPr>
          <w:rFonts w:eastAsia="Times New Roman"/>
          <w:color w:val="000000"/>
          <w:lang w:val="pl-PL"/>
        </w:rPr>
        <w:t>pełniam/spełniamy warunek posiadania ważnej koncesji na obrót energią elektryczną;</w:t>
      </w:r>
    </w:p>
    <w:p w14:paraId="0B23F1B2" w14:textId="25F28DB4" w:rsidR="008F03D3" w:rsidRPr="001A2EBB" w:rsidRDefault="001A2EBB" w:rsidP="001A2EBB">
      <w:pPr>
        <w:pStyle w:val="Akapitzlist"/>
        <w:numPr>
          <w:ilvl w:val="0"/>
          <w:numId w:val="12"/>
        </w:numPr>
        <w:rPr>
          <w:rFonts w:eastAsia="Times New Roman"/>
          <w:color w:val="000000"/>
          <w:lang w:val="pl-PL"/>
        </w:rPr>
      </w:pPr>
      <w:r>
        <w:rPr>
          <w:rFonts w:eastAsia="Times New Roman"/>
          <w:color w:val="000000"/>
          <w:lang w:val="pl-PL"/>
        </w:rPr>
        <w:t>S</w:t>
      </w:r>
      <w:r w:rsidR="00000000" w:rsidRPr="001A2EBB">
        <w:rPr>
          <w:rFonts w:eastAsia="Times New Roman"/>
          <w:color w:val="000000"/>
          <w:lang w:val="pl-PL"/>
        </w:rPr>
        <w:t>pełniam/spełniamy warunek ubezpieczenia OC na wymaganą sumę;</w:t>
      </w:r>
    </w:p>
    <w:p w14:paraId="7CFBE9FD" w14:textId="33D1748F" w:rsidR="008F03D3" w:rsidRPr="001A2EBB" w:rsidRDefault="001A2EBB" w:rsidP="001A2EBB">
      <w:pPr>
        <w:pStyle w:val="Akapitzlist"/>
        <w:numPr>
          <w:ilvl w:val="0"/>
          <w:numId w:val="12"/>
        </w:numPr>
        <w:rPr>
          <w:rFonts w:eastAsia="Times New Roman"/>
          <w:color w:val="000000"/>
          <w:lang w:val="pl-PL"/>
        </w:rPr>
      </w:pPr>
      <w:r>
        <w:rPr>
          <w:rFonts w:eastAsia="Times New Roman"/>
          <w:color w:val="000000"/>
          <w:lang w:val="pl-PL"/>
        </w:rPr>
        <w:t>S</w:t>
      </w:r>
      <w:r w:rsidR="00000000" w:rsidRPr="001A2EBB">
        <w:rPr>
          <w:rFonts w:eastAsia="Times New Roman"/>
          <w:color w:val="000000"/>
          <w:lang w:val="pl-PL"/>
        </w:rPr>
        <w:t>pełniam/spełniamy warunek doświadczenia w dostawach energii elektrycznej;</w:t>
      </w:r>
    </w:p>
    <w:p w14:paraId="674C952E" w14:textId="54B6C1F8" w:rsidR="008F03D3" w:rsidRPr="001A2EBB" w:rsidRDefault="001A2EBB" w:rsidP="001A2EBB">
      <w:pPr>
        <w:pStyle w:val="Akapitzlist"/>
        <w:numPr>
          <w:ilvl w:val="0"/>
          <w:numId w:val="12"/>
        </w:numPr>
        <w:rPr>
          <w:lang w:val="pl-PL"/>
        </w:rPr>
      </w:pPr>
      <w:r>
        <w:rPr>
          <w:rFonts w:eastAsia="Times New Roman"/>
          <w:color w:val="000000"/>
          <w:lang w:val="pl-PL"/>
        </w:rPr>
        <w:t>W</w:t>
      </w:r>
      <w:r w:rsidR="00000000" w:rsidRPr="001A2EBB">
        <w:rPr>
          <w:rFonts w:eastAsia="Times New Roman"/>
          <w:color w:val="000000"/>
          <w:lang w:val="pl-PL"/>
        </w:rPr>
        <w:t xml:space="preserve"> celu wykazania warunku polegam/polegamy na zasobach następującego podmiotu w zakresie:……………………………………………………………………………………………… / nie polegam/polegamy na zasobach innych podmiotów*.</w:t>
      </w:r>
    </w:p>
    <w:p w14:paraId="0003F2BC" w14:textId="5F7CC509" w:rsidR="008F03D3" w:rsidRPr="001A2EBB" w:rsidRDefault="00000000" w:rsidP="0066573F">
      <w:pPr>
        <w:pStyle w:val="Nagwek1"/>
        <w:numPr>
          <w:ilvl w:val="0"/>
          <w:numId w:val="10"/>
        </w:numPr>
        <w:spacing w:before="160" w:after="80"/>
        <w:rPr>
          <w:lang w:val="pl-PL"/>
        </w:rPr>
      </w:pPr>
      <w:r w:rsidRPr="001A2EBB">
        <w:rPr>
          <w:rFonts w:ascii="Times New Roman" w:eastAsia="Times New Roman" w:hAnsi="Times New Roman"/>
          <w:lang w:val="pl-PL"/>
        </w:rPr>
        <w:t>BEZPŁATNE BAZY DANYCH</w:t>
      </w:r>
    </w:p>
    <w:p w14:paraId="3283D4CA" w14:textId="77777777" w:rsidR="008F03D3" w:rsidRPr="001A2EBB" w:rsidRDefault="00000000">
      <w:pPr>
        <w:rPr>
          <w:lang w:val="pl-PL"/>
        </w:rPr>
      </w:pPr>
      <w:r w:rsidRPr="001A2EBB">
        <w:rPr>
          <w:rFonts w:eastAsia="Times New Roman"/>
          <w:color w:val="000000"/>
          <w:lang w:val="pl-PL"/>
        </w:rPr>
        <w:t>Dokumenty możliwe do uzyskania przez Zamawiającego oraz adresy baz i dane identyfikacyjne: ........................................................................................................................................................</w:t>
      </w:r>
    </w:p>
    <w:p w14:paraId="06870F99" w14:textId="77777777" w:rsidR="008F03D3" w:rsidRPr="001A2EBB" w:rsidRDefault="00000000">
      <w:pPr>
        <w:spacing w:before="200"/>
        <w:jc w:val="both"/>
        <w:rPr>
          <w:lang w:val="pl-PL"/>
        </w:rPr>
      </w:pPr>
      <w:r w:rsidRPr="001A2EBB">
        <w:rPr>
          <w:rFonts w:eastAsia="Times New Roman"/>
          <w:b/>
          <w:color w:val="000000"/>
          <w:lang w:val="pl-PL"/>
        </w:rPr>
        <w:t>Oświadczam/oświadczamy, że informacje są aktualne i zgodne z prawdą oraz zostały przedstawione ze świadomością odpowiedzialności za wprowadzenie Zamawiającego w błąd.</w:t>
      </w:r>
    </w:p>
    <w:p w14:paraId="066E0317" w14:textId="77777777" w:rsidR="008F03D3" w:rsidRPr="001A2EBB" w:rsidRDefault="00000000">
      <w:pPr>
        <w:jc w:val="both"/>
        <w:rPr>
          <w:lang w:val="pl-PL"/>
        </w:rPr>
      </w:pPr>
      <w:r w:rsidRPr="001A2EBB">
        <w:rPr>
          <w:rFonts w:eastAsia="Times New Roman"/>
          <w:color w:val="000000"/>
          <w:lang w:val="pl-PL"/>
        </w:rPr>
        <w:t>* niepotrzebne skreślić</w:t>
      </w:r>
    </w:p>
    <w:p w14:paraId="4579426A" w14:textId="77777777" w:rsidR="008F03D3" w:rsidRPr="001A2EBB" w:rsidRDefault="00000000">
      <w:pPr>
        <w:jc w:val="center"/>
        <w:rPr>
          <w:lang w:val="pl-PL"/>
        </w:rPr>
      </w:pPr>
      <w:r w:rsidRPr="001A2EBB">
        <w:rPr>
          <w:rFonts w:eastAsia="Times New Roman"/>
          <w:i/>
          <w:color w:val="000000"/>
          <w:lang w:val="pl-PL"/>
        </w:rPr>
        <w:t>Dokument należy podpisać elektronicznie.</w:t>
      </w:r>
    </w:p>
    <w:sectPr w:rsidR="008F03D3" w:rsidRPr="001A2EBB" w:rsidSect="00034616">
      <w:footerReference w:type="default" r:id="rId8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5F0F0" w14:textId="77777777" w:rsidR="0069495C" w:rsidRDefault="0069495C">
      <w:pPr>
        <w:spacing w:after="0"/>
      </w:pPr>
      <w:r>
        <w:separator/>
      </w:r>
    </w:p>
  </w:endnote>
  <w:endnote w:type="continuationSeparator" w:id="0">
    <w:p w14:paraId="487E7A53" w14:textId="77777777" w:rsidR="0069495C" w:rsidRDefault="006949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3470E" w14:textId="77777777" w:rsidR="008F03D3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1A2EB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2E421" w14:textId="77777777" w:rsidR="0069495C" w:rsidRDefault="0069495C">
      <w:pPr>
        <w:spacing w:after="0"/>
      </w:pPr>
      <w:r>
        <w:separator/>
      </w:r>
    </w:p>
  </w:footnote>
  <w:footnote w:type="continuationSeparator" w:id="0">
    <w:p w14:paraId="150808C4" w14:textId="77777777" w:rsidR="0069495C" w:rsidRDefault="006949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7F153F"/>
    <w:multiLevelType w:val="hybridMultilevel"/>
    <w:tmpl w:val="74C2AC3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632DDB"/>
    <w:multiLevelType w:val="hybridMultilevel"/>
    <w:tmpl w:val="A5E01ED8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color w:val="000000" w:themeColor="text1"/>
        <w:u w:color="FFFFFF" w:themeColor="background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974AC6"/>
    <w:multiLevelType w:val="hybridMultilevel"/>
    <w:tmpl w:val="A5E01ED8"/>
    <w:lvl w:ilvl="0" w:tplc="8DAED606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color w:val="000000" w:themeColor="text1"/>
        <w:u w:color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2245170">
    <w:abstractNumId w:val="8"/>
  </w:num>
  <w:num w:numId="2" w16cid:durableId="1672757566">
    <w:abstractNumId w:val="6"/>
  </w:num>
  <w:num w:numId="3" w16cid:durableId="2146652917">
    <w:abstractNumId w:val="5"/>
  </w:num>
  <w:num w:numId="4" w16cid:durableId="1655645093">
    <w:abstractNumId w:val="4"/>
  </w:num>
  <w:num w:numId="5" w16cid:durableId="375862647">
    <w:abstractNumId w:val="7"/>
  </w:num>
  <w:num w:numId="6" w16cid:durableId="2004309412">
    <w:abstractNumId w:val="3"/>
  </w:num>
  <w:num w:numId="7" w16cid:durableId="323633402">
    <w:abstractNumId w:val="2"/>
  </w:num>
  <w:num w:numId="8" w16cid:durableId="498888236">
    <w:abstractNumId w:val="1"/>
  </w:num>
  <w:num w:numId="9" w16cid:durableId="259339566">
    <w:abstractNumId w:val="0"/>
  </w:num>
  <w:num w:numId="10" w16cid:durableId="982464243">
    <w:abstractNumId w:val="9"/>
  </w:num>
  <w:num w:numId="11" w16cid:durableId="1078165044">
    <w:abstractNumId w:val="11"/>
  </w:num>
  <w:num w:numId="12" w16cid:durableId="16559889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A2EBB"/>
    <w:rsid w:val="0029639D"/>
    <w:rsid w:val="00326F90"/>
    <w:rsid w:val="0066573F"/>
    <w:rsid w:val="0069495C"/>
    <w:rsid w:val="008F03D3"/>
    <w:rsid w:val="00AA1D8D"/>
    <w:rsid w:val="00B47730"/>
    <w:rsid w:val="00CB0664"/>
    <w:rsid w:val="00CF7D6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7731F4"/>
  <w14:defaultImageDpi w14:val="300"/>
  <w15:docId w15:val="{D98FEC95-96E7-490B-ADF5-6BEA591A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352</Words>
  <Characters>2112</Characters>
  <Application>Microsoft Office Word</Application>
  <DocSecurity>0</DocSecurity>
  <Lines>17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Powszechny im. Jana Kochanowskiego w Radomiu</dc:creator>
  <cp:keywords/>
  <dc:description>generated by python-docx</dc:description>
  <cp:lastModifiedBy>Katarzyna Tomala</cp:lastModifiedBy>
  <cp:revision>3</cp:revision>
  <dcterms:created xsi:type="dcterms:W3CDTF">2013-12-23T23:15:00Z</dcterms:created>
  <dcterms:modified xsi:type="dcterms:W3CDTF">2026-10-14T16:05:00Z</dcterms:modified>
  <cp:category/>
</cp:coreProperties>
</file>