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8438F" w14:textId="77777777" w:rsidR="008A6893" w:rsidRPr="003E51BA" w:rsidRDefault="00000000" w:rsidP="003E51BA">
      <w:pPr>
        <w:spacing w:after="200"/>
        <w:jc w:val="right"/>
        <w:rPr>
          <w:lang w:val="pl-PL"/>
        </w:rPr>
      </w:pPr>
      <w:r w:rsidRPr="003E51BA">
        <w:rPr>
          <w:rFonts w:eastAsia="Times New Roman"/>
          <w:b/>
          <w:color w:val="000000"/>
          <w:lang w:val="pl-PL"/>
        </w:rPr>
        <w:t>ZAŁĄCZNIK NR 4 DO SWZ</w:t>
      </w:r>
    </w:p>
    <w:p w14:paraId="5434ABAD" w14:textId="702D5FB7" w:rsidR="008A6893" w:rsidRPr="003E51BA" w:rsidRDefault="00000000">
      <w:pPr>
        <w:spacing w:after="120"/>
        <w:jc w:val="center"/>
        <w:rPr>
          <w:lang w:val="pl-PL"/>
        </w:rPr>
      </w:pPr>
      <w:r w:rsidRPr="003E51BA">
        <w:rPr>
          <w:rFonts w:eastAsia="Times New Roman"/>
          <w:b/>
          <w:color w:val="000000"/>
          <w:sz w:val="26"/>
          <w:lang w:val="pl-PL"/>
        </w:rPr>
        <w:t xml:space="preserve">OŚWIADCZENIE WYKONAWCÓW WSPÓLNIE UBIEGAJĄCYCH </w:t>
      </w:r>
      <w:r w:rsidR="003E51BA" w:rsidRPr="003E51BA">
        <w:rPr>
          <w:rFonts w:eastAsia="Times New Roman"/>
          <w:b/>
          <w:color w:val="000000"/>
          <w:sz w:val="26"/>
          <w:lang w:val="pl-PL"/>
        </w:rPr>
        <w:br/>
      </w:r>
      <w:r w:rsidRPr="003E51BA">
        <w:rPr>
          <w:rFonts w:eastAsia="Times New Roman"/>
          <w:b/>
          <w:color w:val="000000"/>
          <w:sz w:val="26"/>
          <w:lang w:val="pl-PL"/>
        </w:rPr>
        <w:t>SIĘ O ZAMÓWIENIE</w:t>
      </w:r>
    </w:p>
    <w:p w14:paraId="03AAE6D1" w14:textId="06E85787" w:rsidR="008A6893" w:rsidRPr="003E51BA" w:rsidRDefault="00000000">
      <w:pPr>
        <w:spacing w:after="200"/>
        <w:jc w:val="center"/>
        <w:rPr>
          <w:lang w:val="pl-PL"/>
        </w:rPr>
      </w:pPr>
      <w:r w:rsidRPr="003E51BA">
        <w:rPr>
          <w:rFonts w:eastAsia="Times New Roman"/>
          <w:i/>
          <w:color w:val="000000"/>
          <w:sz w:val="20"/>
          <w:lang w:val="pl-PL"/>
        </w:rPr>
        <w:t xml:space="preserve">art. 117 ust. 4 </w:t>
      </w:r>
      <w:proofErr w:type="spellStart"/>
      <w:r w:rsidRPr="003E51BA">
        <w:rPr>
          <w:rFonts w:eastAsia="Times New Roman"/>
          <w:i/>
          <w:color w:val="000000"/>
          <w:sz w:val="20"/>
          <w:lang w:val="pl-PL"/>
        </w:rPr>
        <w:t>Pzp</w:t>
      </w:r>
      <w:proofErr w:type="spellEnd"/>
      <w:r w:rsidR="003E51BA">
        <w:rPr>
          <w:rFonts w:eastAsia="Times New Roman"/>
          <w:i/>
          <w:color w:val="000000"/>
          <w:sz w:val="20"/>
          <w:lang w:val="pl-PL"/>
        </w:rPr>
        <w:t>.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8A6893" w:rsidRPr="003E51BA" w14:paraId="2D7DEB15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6580AB" w14:textId="77777777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28"/>
                <w:lang w:val="pl-PL"/>
              </w:rPr>
              <w:t>ZAMAWIAJĄCY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06086C" w14:textId="17BDE1D3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t xml:space="preserve">Teatr Powszechny im. Jana Kochanowskiego </w:t>
            </w:r>
            <w:r w:rsidR="003E51BA" w:rsidRPr="003E51BA">
              <w:rPr>
                <w:rFonts w:eastAsia="Times New Roman"/>
                <w:color w:val="000000"/>
                <w:szCs w:val="28"/>
                <w:lang w:val="pl-PL"/>
              </w:rPr>
              <w:br/>
            </w: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t>w Radomiu</w:t>
            </w: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br/>
              <w:t>pl. Jagielloński 15, 26-600 Radom</w:t>
            </w: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br/>
              <w:t>NIP: 796-007-84-47</w:t>
            </w:r>
          </w:p>
        </w:tc>
      </w:tr>
      <w:tr w:rsidR="008A6893" w:rsidRPr="003E51BA" w14:paraId="2CC9B8C0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B041EB" w14:textId="77777777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28"/>
                <w:lang w:val="pl-PL"/>
              </w:rPr>
              <w:t>WYKONAWCY WSPÓLNIE UBIEGAJĄCY SIĘ O ZAMÓWIENIE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DDC48A" w14:textId="449B22C3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t>Nazwa/firma: ..............................................................................</w:t>
            </w: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br/>
              <w:t>Adres: ...........................................................................................................</w:t>
            </w: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br/>
              <w:t>NIP/REGON/KRS/CEIDG: .............................................................................</w:t>
            </w:r>
          </w:p>
        </w:tc>
      </w:tr>
      <w:tr w:rsidR="008A6893" w:rsidRPr="003E51BA" w14:paraId="5D61F6BE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1C176B0" w14:textId="77777777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28"/>
                <w:lang w:val="pl-PL"/>
              </w:rPr>
              <w:t>KONTAKT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F32F15" w14:textId="77777777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t>E-mail: ..........................................................  Telefon: ....................................................</w:t>
            </w:r>
          </w:p>
        </w:tc>
      </w:tr>
      <w:tr w:rsidR="008A6893" w:rsidRPr="003E51BA" w14:paraId="5C216CEB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43C71F" w14:textId="77777777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28"/>
                <w:lang w:val="pl-PL"/>
              </w:rPr>
              <w:t>REPREZENTACJA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3A998C" w14:textId="77777777" w:rsidR="008A6893" w:rsidRPr="003E51BA" w:rsidRDefault="00000000">
            <w:pPr>
              <w:spacing w:after="0"/>
              <w:rPr>
                <w:szCs w:val="28"/>
                <w:lang w:val="pl-PL"/>
              </w:rPr>
            </w:pPr>
            <w:r w:rsidRPr="003E51BA">
              <w:rPr>
                <w:rFonts w:eastAsia="Times New Roman"/>
                <w:color w:val="000000"/>
                <w:szCs w:val="28"/>
                <w:lang w:val="pl-PL"/>
              </w:rPr>
              <w:t>Imię, nazwisko, funkcja i podstawa umocowania: .................................................................</w:t>
            </w:r>
          </w:p>
        </w:tc>
      </w:tr>
    </w:tbl>
    <w:p w14:paraId="095C6424" w14:textId="77777777" w:rsidR="008A6893" w:rsidRPr="003E51BA" w:rsidRDefault="008A6893">
      <w:pPr>
        <w:spacing w:after="40"/>
        <w:jc w:val="both"/>
        <w:rPr>
          <w:lang w:val="pl-PL"/>
        </w:rPr>
      </w:pPr>
    </w:p>
    <w:p w14:paraId="387A7AB7" w14:textId="77777777" w:rsidR="008A6893" w:rsidRPr="003E51BA" w:rsidRDefault="00000000">
      <w:pPr>
        <w:jc w:val="both"/>
        <w:rPr>
          <w:lang w:val="pl-PL"/>
        </w:rPr>
      </w:pPr>
      <w:r w:rsidRPr="003E51BA">
        <w:rPr>
          <w:rFonts w:eastAsia="Times New Roman"/>
          <w:color w:val="000000"/>
          <w:lang w:val="pl-PL"/>
        </w:rPr>
        <w:t>Oświadczamy, że następujące dostawy i czynności wykonają poszczególni członkowie konsorcjum:</w:t>
      </w:r>
    </w:p>
    <w:tbl>
      <w:tblPr>
        <w:tblW w:w="940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2381"/>
        <w:gridCol w:w="2721"/>
        <w:gridCol w:w="3466"/>
      </w:tblGrid>
      <w:tr w:rsidR="008A6893" w:rsidRPr="003E51BA" w14:paraId="586E21C8" w14:textId="77777777" w:rsidTr="003E51BA">
        <w:trPr>
          <w:tblHeader/>
          <w:jc w:val="center"/>
        </w:trPr>
        <w:tc>
          <w:tcPr>
            <w:tcW w:w="837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C29CD1" w14:textId="77777777" w:rsidR="008A6893" w:rsidRPr="003E51BA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32"/>
                <w:lang w:val="pl-PL"/>
              </w:rPr>
              <w:t>Lp.</w:t>
            </w:r>
          </w:p>
        </w:tc>
        <w:tc>
          <w:tcPr>
            <w:tcW w:w="238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06CBB4" w14:textId="77777777" w:rsidR="008A6893" w:rsidRPr="003E51BA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32"/>
                <w:lang w:val="pl-PL"/>
              </w:rPr>
              <w:t>Nazwa członka konsorcjum</w:t>
            </w:r>
          </w:p>
        </w:tc>
        <w:tc>
          <w:tcPr>
            <w:tcW w:w="272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C180B3" w14:textId="77777777" w:rsidR="008A6893" w:rsidRPr="003E51BA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32"/>
                <w:lang w:val="pl-PL"/>
              </w:rPr>
              <w:t>Warunek spełniany przez członka</w:t>
            </w:r>
          </w:p>
        </w:tc>
        <w:tc>
          <w:tcPr>
            <w:tcW w:w="3466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73115F" w14:textId="77777777" w:rsidR="008A6893" w:rsidRPr="003E51BA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3E51BA">
              <w:rPr>
                <w:rFonts w:eastAsia="Times New Roman"/>
                <w:b/>
                <w:color w:val="000000"/>
                <w:szCs w:val="32"/>
                <w:lang w:val="pl-PL"/>
              </w:rPr>
              <w:t>Zakres dostaw/czynności wykonywany przez członka</w:t>
            </w:r>
          </w:p>
        </w:tc>
      </w:tr>
      <w:tr w:rsidR="008A6893" w:rsidRPr="003E51BA" w14:paraId="231D513E" w14:textId="77777777" w:rsidTr="003E51BA">
        <w:trPr>
          <w:cantSplit/>
          <w:jc w:val="center"/>
        </w:trPr>
        <w:tc>
          <w:tcPr>
            <w:tcW w:w="83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2DF4F" w14:textId="77777777" w:rsidR="008A6893" w:rsidRPr="003E51BA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3E51BA">
              <w:rPr>
                <w:rFonts w:eastAsia="Times New Roman"/>
                <w:color w:val="000000"/>
                <w:szCs w:val="32"/>
                <w:lang w:val="pl-PL"/>
              </w:rPr>
              <w:t>1</w:t>
            </w:r>
          </w:p>
        </w:tc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0D9186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48185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34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399BDE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</w:tr>
      <w:tr w:rsidR="008A6893" w:rsidRPr="003E51BA" w14:paraId="055F9601" w14:textId="77777777" w:rsidTr="003E51BA">
        <w:trPr>
          <w:cantSplit/>
          <w:jc w:val="center"/>
        </w:trPr>
        <w:tc>
          <w:tcPr>
            <w:tcW w:w="83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C276D7" w14:textId="77777777" w:rsidR="008A6893" w:rsidRPr="003E51BA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3E51BA">
              <w:rPr>
                <w:rFonts w:eastAsia="Times New Roman"/>
                <w:color w:val="000000"/>
                <w:szCs w:val="32"/>
                <w:lang w:val="pl-PL"/>
              </w:rPr>
              <w:t>2</w:t>
            </w:r>
          </w:p>
        </w:tc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55DC3D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EEEA99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34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AAD2A4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</w:tr>
      <w:tr w:rsidR="008A6893" w:rsidRPr="003E51BA" w14:paraId="553CC6CA" w14:textId="77777777" w:rsidTr="003E51BA">
        <w:trPr>
          <w:cantSplit/>
          <w:jc w:val="center"/>
        </w:trPr>
        <w:tc>
          <w:tcPr>
            <w:tcW w:w="83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0A4F39" w14:textId="77777777" w:rsidR="008A6893" w:rsidRPr="003E51BA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3E51BA">
              <w:rPr>
                <w:rFonts w:eastAsia="Times New Roman"/>
                <w:color w:val="000000"/>
                <w:szCs w:val="32"/>
                <w:lang w:val="pl-PL"/>
              </w:rPr>
              <w:t>3</w:t>
            </w:r>
          </w:p>
        </w:tc>
        <w:tc>
          <w:tcPr>
            <w:tcW w:w="23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8E13A7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4AE42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  <w:tc>
          <w:tcPr>
            <w:tcW w:w="346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EDE37C" w14:textId="77777777" w:rsidR="008A6893" w:rsidRPr="003E51BA" w:rsidRDefault="008A6893">
            <w:pPr>
              <w:spacing w:after="0"/>
              <w:rPr>
                <w:szCs w:val="32"/>
                <w:lang w:val="pl-PL"/>
              </w:rPr>
            </w:pPr>
          </w:p>
        </w:tc>
      </w:tr>
    </w:tbl>
    <w:p w14:paraId="17A31CCF" w14:textId="77777777" w:rsidR="008A6893" w:rsidRPr="003E51BA" w:rsidRDefault="008A6893">
      <w:pPr>
        <w:spacing w:after="0"/>
        <w:jc w:val="both"/>
        <w:rPr>
          <w:lang w:val="pl-PL"/>
        </w:rPr>
      </w:pPr>
    </w:p>
    <w:p w14:paraId="6794FA7A" w14:textId="77777777" w:rsidR="008A6893" w:rsidRPr="003E51BA" w:rsidRDefault="00000000">
      <w:pPr>
        <w:jc w:val="both"/>
        <w:rPr>
          <w:lang w:val="pl-PL"/>
        </w:rPr>
      </w:pPr>
      <w:r w:rsidRPr="003E51BA">
        <w:rPr>
          <w:rFonts w:eastAsia="Times New Roman"/>
          <w:b/>
          <w:color w:val="000000"/>
          <w:lang w:val="pl-PL"/>
        </w:rPr>
        <w:t>Członek, który prowadzi sprzedaż energii elektrycznej, posiada ważną koncesję na obrót energią. Członek, którego doświadczenie służy wykazaniu warunku, wykona zakres dostaw wymagający tego doświadczenia.</w:t>
      </w:r>
    </w:p>
    <w:p w14:paraId="595A0CE2" w14:textId="77777777" w:rsidR="008A6893" w:rsidRPr="003E51BA" w:rsidRDefault="00000000">
      <w:pPr>
        <w:rPr>
          <w:lang w:val="pl-PL"/>
        </w:rPr>
      </w:pPr>
      <w:r w:rsidRPr="003E51BA">
        <w:rPr>
          <w:rFonts w:eastAsia="Times New Roman"/>
          <w:color w:val="000000"/>
          <w:lang w:val="pl-PL"/>
        </w:rPr>
        <w:t>Pełnomocnik wykonawców wspólnych: ………………………………………………………………………………………</w:t>
      </w:r>
    </w:p>
    <w:p w14:paraId="6EAD2FE3" w14:textId="77777777" w:rsidR="008A6893" w:rsidRPr="003E51BA" w:rsidRDefault="00000000">
      <w:pPr>
        <w:jc w:val="center"/>
        <w:rPr>
          <w:lang w:val="pl-PL"/>
        </w:rPr>
      </w:pPr>
      <w:r w:rsidRPr="003E51BA">
        <w:rPr>
          <w:rFonts w:eastAsia="Times New Roman"/>
          <w:i/>
          <w:color w:val="000000"/>
          <w:lang w:val="pl-PL"/>
        </w:rPr>
        <w:t>Dokument należy podpisać elektronicznie przez wszystkie podmioty albo należycie umocowanego pełnomocnika.</w:t>
      </w:r>
    </w:p>
    <w:sectPr w:rsidR="008A6893" w:rsidRPr="003E51BA" w:rsidSect="00034616">
      <w:footerReference w:type="default" r:id="rId8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EDF9" w14:textId="77777777" w:rsidR="00683A40" w:rsidRDefault="00683A40">
      <w:pPr>
        <w:spacing w:after="0"/>
      </w:pPr>
      <w:r>
        <w:separator/>
      </w:r>
    </w:p>
  </w:endnote>
  <w:endnote w:type="continuationSeparator" w:id="0">
    <w:p w14:paraId="10A5B6D1" w14:textId="77777777" w:rsidR="00683A40" w:rsidRDefault="00683A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D0C5" w14:textId="77777777" w:rsidR="008A6893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3E51B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7DB18" w14:textId="77777777" w:rsidR="00683A40" w:rsidRDefault="00683A40">
      <w:pPr>
        <w:spacing w:after="0"/>
      </w:pPr>
      <w:r>
        <w:separator/>
      </w:r>
    </w:p>
  </w:footnote>
  <w:footnote w:type="continuationSeparator" w:id="0">
    <w:p w14:paraId="67E35212" w14:textId="77777777" w:rsidR="00683A40" w:rsidRDefault="00683A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2509811">
    <w:abstractNumId w:val="8"/>
  </w:num>
  <w:num w:numId="2" w16cid:durableId="1481339797">
    <w:abstractNumId w:val="6"/>
  </w:num>
  <w:num w:numId="3" w16cid:durableId="218639733">
    <w:abstractNumId w:val="5"/>
  </w:num>
  <w:num w:numId="4" w16cid:durableId="1909221836">
    <w:abstractNumId w:val="4"/>
  </w:num>
  <w:num w:numId="5" w16cid:durableId="1013530539">
    <w:abstractNumId w:val="7"/>
  </w:num>
  <w:num w:numId="6" w16cid:durableId="1553883032">
    <w:abstractNumId w:val="3"/>
  </w:num>
  <w:num w:numId="7" w16cid:durableId="1771318597">
    <w:abstractNumId w:val="2"/>
  </w:num>
  <w:num w:numId="8" w16cid:durableId="554700946">
    <w:abstractNumId w:val="1"/>
  </w:num>
  <w:num w:numId="9" w16cid:durableId="31622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51BA"/>
    <w:rsid w:val="005C2157"/>
    <w:rsid w:val="00683A40"/>
    <w:rsid w:val="008A689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2FEB7F"/>
  <w14:defaultImageDpi w14:val="300"/>
  <w15:docId w15:val="{C8FC25D9-AE0B-463D-AFA8-7F7AF7DA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Powszechny im. Jana Kochanowskiego w Radomiu</dc:creator>
  <cp:keywords/>
  <dc:description>generated by python-docx</dc:description>
  <cp:lastModifiedBy>Katarzyna Tomala</cp:lastModifiedBy>
  <cp:revision>3</cp:revision>
  <dcterms:created xsi:type="dcterms:W3CDTF">2013-12-23T23:15:00Z</dcterms:created>
  <dcterms:modified xsi:type="dcterms:W3CDTF">2026-10-14T16:07:00Z</dcterms:modified>
  <cp:category/>
</cp:coreProperties>
</file>