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BCE6B" w14:textId="77777777" w:rsidR="0018287B" w:rsidRPr="00CB60ED" w:rsidRDefault="00000000" w:rsidP="00CB60ED">
      <w:pPr>
        <w:spacing w:after="200"/>
        <w:jc w:val="right"/>
        <w:rPr>
          <w:lang w:val="pl-PL"/>
        </w:rPr>
      </w:pPr>
      <w:r w:rsidRPr="00CB60ED">
        <w:rPr>
          <w:rFonts w:eastAsia="Times New Roman"/>
          <w:b/>
          <w:color w:val="000000"/>
          <w:lang w:val="pl-PL"/>
        </w:rPr>
        <w:t>ZAŁĄCZNIK NR 5 DO SWZ</w:t>
      </w:r>
    </w:p>
    <w:p w14:paraId="341A97BE" w14:textId="77777777" w:rsidR="0018287B" w:rsidRPr="00CB60ED" w:rsidRDefault="00000000">
      <w:pPr>
        <w:spacing w:after="120"/>
        <w:jc w:val="center"/>
        <w:rPr>
          <w:lang w:val="pl-PL"/>
        </w:rPr>
      </w:pPr>
      <w:r w:rsidRPr="00CB60ED">
        <w:rPr>
          <w:rFonts w:eastAsia="Times New Roman"/>
          <w:b/>
          <w:color w:val="000000"/>
          <w:sz w:val="26"/>
          <w:lang w:val="pl-PL"/>
        </w:rPr>
        <w:t>ZOBOWIĄZANIE PODMIOTU UDOSTĘPNIAJĄCEGO ZASOBY</w:t>
      </w:r>
    </w:p>
    <w:p w14:paraId="7B3C28B0" w14:textId="77777777" w:rsidR="0018287B" w:rsidRPr="00CB60ED" w:rsidRDefault="00000000">
      <w:pPr>
        <w:spacing w:after="200"/>
        <w:jc w:val="center"/>
        <w:rPr>
          <w:lang w:val="pl-PL"/>
        </w:rPr>
      </w:pPr>
      <w:r w:rsidRPr="00CB60ED">
        <w:rPr>
          <w:rFonts w:eastAsia="Times New Roman"/>
          <w:i/>
          <w:color w:val="000000"/>
          <w:sz w:val="20"/>
          <w:lang w:val="pl-PL"/>
        </w:rPr>
        <w:t xml:space="preserve">art. 118 ust. 3 i 4 </w:t>
      </w:r>
      <w:proofErr w:type="spellStart"/>
      <w:r w:rsidRPr="00CB60ED">
        <w:rPr>
          <w:rFonts w:eastAsia="Times New Roman"/>
          <w:i/>
          <w:color w:val="000000"/>
          <w:sz w:val="20"/>
          <w:lang w:val="pl-PL"/>
        </w:rPr>
        <w:t>Pzp</w:t>
      </w:r>
      <w:proofErr w:type="spellEnd"/>
    </w:p>
    <w:tbl>
      <w:tblPr>
        <w:tblW w:w="0" w:type="auto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4536"/>
      </w:tblGrid>
      <w:tr w:rsidR="0018287B" w:rsidRPr="00CB60ED" w14:paraId="07C70ACD" w14:textId="77777777">
        <w:trPr>
          <w:jc w:val="center"/>
        </w:trPr>
        <w:tc>
          <w:tcPr>
            <w:tcW w:w="4536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DF1F1E1" w14:textId="77777777" w:rsidR="0018287B" w:rsidRPr="00CB60ED" w:rsidRDefault="00000000">
            <w:pPr>
              <w:spacing w:after="0"/>
              <w:rPr>
                <w:szCs w:val="28"/>
                <w:lang w:val="pl-PL"/>
              </w:rPr>
            </w:pPr>
            <w:r w:rsidRPr="00CB60ED">
              <w:rPr>
                <w:rFonts w:eastAsia="Times New Roman"/>
                <w:b/>
                <w:color w:val="000000"/>
                <w:szCs w:val="28"/>
                <w:lang w:val="pl-PL"/>
              </w:rPr>
              <w:t>ZAMAWIAJĄCY</w:t>
            </w:r>
          </w:p>
        </w:tc>
        <w:tc>
          <w:tcPr>
            <w:tcW w:w="45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D92E03" w14:textId="59EE87F6" w:rsidR="0018287B" w:rsidRPr="00CB60ED" w:rsidRDefault="00000000">
            <w:pPr>
              <w:spacing w:after="0"/>
              <w:rPr>
                <w:szCs w:val="28"/>
                <w:lang w:val="pl-PL"/>
              </w:rPr>
            </w:pPr>
            <w:r w:rsidRPr="00CB60ED">
              <w:rPr>
                <w:rFonts w:eastAsia="Times New Roman"/>
                <w:color w:val="000000"/>
                <w:szCs w:val="28"/>
                <w:lang w:val="pl-PL"/>
              </w:rPr>
              <w:t xml:space="preserve">Teatr Powszechny im. Jana Kochanowskiego </w:t>
            </w:r>
            <w:r w:rsidR="00CB60ED" w:rsidRPr="00CB60ED">
              <w:rPr>
                <w:rFonts w:eastAsia="Times New Roman"/>
                <w:color w:val="000000"/>
                <w:szCs w:val="28"/>
                <w:lang w:val="pl-PL"/>
              </w:rPr>
              <w:br/>
            </w:r>
            <w:r w:rsidRPr="00CB60ED">
              <w:rPr>
                <w:rFonts w:eastAsia="Times New Roman"/>
                <w:color w:val="000000"/>
                <w:szCs w:val="28"/>
                <w:lang w:val="pl-PL"/>
              </w:rPr>
              <w:t>w Radomiu</w:t>
            </w:r>
            <w:r w:rsidRPr="00CB60ED">
              <w:rPr>
                <w:rFonts w:eastAsia="Times New Roman"/>
                <w:color w:val="000000"/>
                <w:szCs w:val="28"/>
                <w:lang w:val="pl-PL"/>
              </w:rPr>
              <w:br/>
              <w:t>pl. Jagielloński 15, 26-600 Radom</w:t>
            </w:r>
            <w:r w:rsidRPr="00CB60ED">
              <w:rPr>
                <w:rFonts w:eastAsia="Times New Roman"/>
                <w:color w:val="000000"/>
                <w:szCs w:val="28"/>
                <w:lang w:val="pl-PL"/>
              </w:rPr>
              <w:br/>
              <w:t>NIP: 796-007-84-47</w:t>
            </w:r>
          </w:p>
        </w:tc>
      </w:tr>
      <w:tr w:rsidR="0018287B" w:rsidRPr="00CB60ED" w14:paraId="63D11FB0" w14:textId="77777777">
        <w:trPr>
          <w:jc w:val="center"/>
        </w:trPr>
        <w:tc>
          <w:tcPr>
            <w:tcW w:w="4536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F6088D" w14:textId="77777777" w:rsidR="0018287B" w:rsidRPr="00CB60ED" w:rsidRDefault="00000000">
            <w:pPr>
              <w:spacing w:after="0"/>
              <w:rPr>
                <w:szCs w:val="28"/>
                <w:lang w:val="pl-PL"/>
              </w:rPr>
            </w:pPr>
            <w:r w:rsidRPr="00CB60ED">
              <w:rPr>
                <w:rFonts w:eastAsia="Times New Roman"/>
                <w:b/>
                <w:color w:val="000000"/>
                <w:szCs w:val="28"/>
                <w:lang w:val="pl-PL"/>
              </w:rPr>
              <w:t>PODMIOT UDOSTĘPNIAJĄCY ZASOBY</w:t>
            </w:r>
          </w:p>
        </w:tc>
        <w:tc>
          <w:tcPr>
            <w:tcW w:w="45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EB2FE42" w14:textId="48EB91E9" w:rsidR="0018287B" w:rsidRPr="00CB60ED" w:rsidRDefault="00000000">
            <w:pPr>
              <w:spacing w:after="0"/>
              <w:rPr>
                <w:szCs w:val="28"/>
                <w:lang w:val="pl-PL"/>
              </w:rPr>
            </w:pPr>
            <w:r w:rsidRPr="00CB60ED">
              <w:rPr>
                <w:rFonts w:eastAsia="Times New Roman"/>
                <w:color w:val="000000"/>
                <w:szCs w:val="28"/>
                <w:lang w:val="pl-PL"/>
              </w:rPr>
              <w:t>Nazwa/firma: ..............................................................................</w:t>
            </w:r>
            <w:r w:rsidRPr="00CB60ED">
              <w:rPr>
                <w:rFonts w:eastAsia="Times New Roman"/>
                <w:color w:val="000000"/>
                <w:szCs w:val="28"/>
                <w:lang w:val="pl-PL"/>
              </w:rPr>
              <w:br/>
              <w:t>Adres: ..............................................................................</w:t>
            </w:r>
            <w:r w:rsidRPr="00CB60ED">
              <w:rPr>
                <w:rFonts w:eastAsia="Times New Roman"/>
                <w:color w:val="000000"/>
                <w:szCs w:val="28"/>
                <w:lang w:val="pl-PL"/>
              </w:rPr>
              <w:br/>
              <w:t>NIP/REGON/KRS/CEIDG: .............................................................................</w:t>
            </w:r>
          </w:p>
        </w:tc>
      </w:tr>
      <w:tr w:rsidR="0018287B" w:rsidRPr="00CB60ED" w14:paraId="3EAB8C01" w14:textId="77777777">
        <w:trPr>
          <w:jc w:val="center"/>
        </w:trPr>
        <w:tc>
          <w:tcPr>
            <w:tcW w:w="4536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B98A90" w14:textId="77777777" w:rsidR="0018287B" w:rsidRPr="00CB60ED" w:rsidRDefault="00000000">
            <w:pPr>
              <w:spacing w:after="0"/>
              <w:rPr>
                <w:szCs w:val="28"/>
                <w:lang w:val="pl-PL"/>
              </w:rPr>
            </w:pPr>
            <w:r w:rsidRPr="00CB60ED">
              <w:rPr>
                <w:rFonts w:eastAsia="Times New Roman"/>
                <w:b/>
                <w:color w:val="000000"/>
                <w:szCs w:val="28"/>
                <w:lang w:val="pl-PL"/>
              </w:rPr>
              <w:t>KONTAKT</w:t>
            </w:r>
          </w:p>
        </w:tc>
        <w:tc>
          <w:tcPr>
            <w:tcW w:w="45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05982C" w14:textId="77777777" w:rsidR="0018287B" w:rsidRPr="00CB60ED" w:rsidRDefault="00000000">
            <w:pPr>
              <w:spacing w:after="0"/>
              <w:rPr>
                <w:szCs w:val="28"/>
                <w:lang w:val="pl-PL"/>
              </w:rPr>
            </w:pPr>
            <w:r w:rsidRPr="00CB60ED">
              <w:rPr>
                <w:rFonts w:eastAsia="Times New Roman"/>
                <w:color w:val="000000"/>
                <w:szCs w:val="28"/>
                <w:lang w:val="pl-PL"/>
              </w:rPr>
              <w:t>E-mail: ..........................................................  Telefon: ....................................................</w:t>
            </w:r>
          </w:p>
        </w:tc>
      </w:tr>
      <w:tr w:rsidR="0018287B" w:rsidRPr="00CB60ED" w14:paraId="6878B405" w14:textId="77777777">
        <w:trPr>
          <w:jc w:val="center"/>
        </w:trPr>
        <w:tc>
          <w:tcPr>
            <w:tcW w:w="4536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626C8CB" w14:textId="77777777" w:rsidR="0018287B" w:rsidRPr="00CB60ED" w:rsidRDefault="00000000">
            <w:pPr>
              <w:spacing w:after="0"/>
              <w:rPr>
                <w:szCs w:val="28"/>
                <w:lang w:val="pl-PL"/>
              </w:rPr>
            </w:pPr>
            <w:r w:rsidRPr="00CB60ED">
              <w:rPr>
                <w:rFonts w:eastAsia="Times New Roman"/>
                <w:b/>
                <w:color w:val="000000"/>
                <w:szCs w:val="28"/>
                <w:lang w:val="pl-PL"/>
              </w:rPr>
              <w:t>REPREZENTACJA</w:t>
            </w:r>
          </w:p>
        </w:tc>
        <w:tc>
          <w:tcPr>
            <w:tcW w:w="45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8F20A0F" w14:textId="77777777" w:rsidR="0018287B" w:rsidRPr="00CB60ED" w:rsidRDefault="00000000">
            <w:pPr>
              <w:spacing w:after="0"/>
              <w:rPr>
                <w:szCs w:val="28"/>
                <w:lang w:val="pl-PL"/>
              </w:rPr>
            </w:pPr>
            <w:r w:rsidRPr="00CB60ED">
              <w:rPr>
                <w:rFonts w:eastAsia="Times New Roman"/>
                <w:color w:val="000000"/>
                <w:szCs w:val="28"/>
                <w:lang w:val="pl-PL"/>
              </w:rPr>
              <w:t>Imię, nazwisko, funkcja i podstawa umocowania: .................................................................</w:t>
            </w:r>
          </w:p>
        </w:tc>
      </w:tr>
    </w:tbl>
    <w:p w14:paraId="799F0419" w14:textId="77777777" w:rsidR="0018287B" w:rsidRPr="00CB60ED" w:rsidRDefault="0018287B">
      <w:pPr>
        <w:spacing w:after="40"/>
        <w:jc w:val="both"/>
        <w:rPr>
          <w:lang w:val="pl-PL"/>
        </w:rPr>
      </w:pPr>
    </w:p>
    <w:p w14:paraId="646D1C94" w14:textId="6714916B" w:rsidR="0018287B" w:rsidRPr="00CB60ED" w:rsidRDefault="00000000" w:rsidP="00CB60ED">
      <w:pPr>
        <w:jc w:val="both"/>
        <w:rPr>
          <w:lang w:val="pl-PL"/>
        </w:rPr>
      </w:pPr>
      <w:r w:rsidRPr="00CB60ED">
        <w:rPr>
          <w:rFonts w:eastAsia="Times New Roman"/>
          <w:color w:val="000000"/>
          <w:lang w:val="pl-PL"/>
        </w:rPr>
        <w:t>Zobowiązuję/zobowiązujemy się oddać Wykonawcy: ...................................................................... do dyspozycji zasoby niezbędne do realizacji zamówienia.</w:t>
      </w:r>
    </w:p>
    <w:tbl>
      <w:tblPr>
        <w:tblW w:w="9411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041"/>
        <w:gridCol w:w="2551"/>
        <w:gridCol w:w="2268"/>
        <w:gridCol w:w="2551"/>
      </w:tblGrid>
      <w:tr w:rsidR="0018287B" w:rsidRPr="00CB60ED" w14:paraId="3BB5BACE" w14:textId="77777777" w:rsidTr="00CB60ED">
        <w:trPr>
          <w:tblHeader/>
          <w:jc w:val="center"/>
        </w:trPr>
        <w:tc>
          <w:tcPr>
            <w:tcW w:w="2041" w:type="dxa"/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EE5060" w14:textId="77777777" w:rsidR="0018287B" w:rsidRPr="00CB60ED" w:rsidRDefault="00000000">
            <w:pPr>
              <w:spacing w:after="0"/>
              <w:jc w:val="center"/>
              <w:rPr>
                <w:szCs w:val="32"/>
                <w:lang w:val="pl-PL"/>
              </w:rPr>
            </w:pPr>
            <w:r w:rsidRPr="00CB60ED">
              <w:rPr>
                <w:rFonts w:eastAsia="Times New Roman"/>
                <w:b/>
                <w:color w:val="000000"/>
                <w:szCs w:val="32"/>
                <w:lang w:val="pl-PL"/>
              </w:rPr>
              <w:t>Rodzaj i zakres zasobu</w:t>
            </w:r>
          </w:p>
        </w:tc>
        <w:tc>
          <w:tcPr>
            <w:tcW w:w="2551" w:type="dxa"/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8E6151" w14:textId="77777777" w:rsidR="0018287B" w:rsidRPr="00CB60ED" w:rsidRDefault="00000000">
            <w:pPr>
              <w:spacing w:after="0"/>
              <w:jc w:val="center"/>
              <w:rPr>
                <w:szCs w:val="32"/>
                <w:lang w:val="pl-PL"/>
              </w:rPr>
            </w:pPr>
            <w:r w:rsidRPr="00CB60ED">
              <w:rPr>
                <w:rFonts w:eastAsia="Times New Roman"/>
                <w:b/>
                <w:color w:val="000000"/>
                <w:szCs w:val="32"/>
                <w:lang w:val="pl-PL"/>
              </w:rPr>
              <w:t>Sposób wykorzystania przy wykonywaniu zamówienia</w:t>
            </w:r>
          </w:p>
        </w:tc>
        <w:tc>
          <w:tcPr>
            <w:tcW w:w="2268" w:type="dxa"/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385696" w14:textId="77777777" w:rsidR="0018287B" w:rsidRPr="00CB60ED" w:rsidRDefault="00000000">
            <w:pPr>
              <w:spacing w:after="0"/>
              <w:jc w:val="center"/>
              <w:rPr>
                <w:szCs w:val="32"/>
                <w:lang w:val="pl-PL"/>
              </w:rPr>
            </w:pPr>
            <w:r w:rsidRPr="00CB60ED">
              <w:rPr>
                <w:rFonts w:eastAsia="Times New Roman"/>
                <w:b/>
                <w:color w:val="000000"/>
                <w:szCs w:val="32"/>
                <w:lang w:val="pl-PL"/>
              </w:rPr>
              <w:t>Okres udostępnienia</w:t>
            </w:r>
          </w:p>
        </w:tc>
        <w:tc>
          <w:tcPr>
            <w:tcW w:w="2551" w:type="dxa"/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5EA391" w14:textId="77777777" w:rsidR="0018287B" w:rsidRPr="00CB60ED" w:rsidRDefault="00000000">
            <w:pPr>
              <w:spacing w:after="0"/>
              <w:jc w:val="center"/>
              <w:rPr>
                <w:szCs w:val="32"/>
                <w:lang w:val="pl-PL"/>
              </w:rPr>
            </w:pPr>
            <w:r w:rsidRPr="00CB60ED">
              <w:rPr>
                <w:rFonts w:eastAsia="Times New Roman"/>
                <w:b/>
                <w:color w:val="000000"/>
                <w:szCs w:val="32"/>
                <w:lang w:val="pl-PL"/>
              </w:rPr>
              <w:t>Czy podmiot wykona dostawy; jeśli tak – jakie</w:t>
            </w:r>
          </w:p>
        </w:tc>
      </w:tr>
      <w:tr w:rsidR="0018287B" w:rsidRPr="00CB60ED" w14:paraId="6CC20612" w14:textId="77777777" w:rsidTr="00CB60ED">
        <w:trPr>
          <w:cantSplit/>
          <w:jc w:val="center"/>
        </w:trPr>
        <w:tc>
          <w:tcPr>
            <w:tcW w:w="204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CC5577" w14:textId="77777777" w:rsidR="0018287B" w:rsidRPr="00CB60ED" w:rsidRDefault="0018287B">
            <w:pPr>
              <w:spacing w:after="0"/>
              <w:jc w:val="center"/>
              <w:rPr>
                <w:szCs w:val="32"/>
                <w:lang w:val="pl-PL"/>
              </w:rPr>
            </w:pPr>
          </w:p>
        </w:tc>
        <w:tc>
          <w:tcPr>
            <w:tcW w:w="255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F78DE5" w14:textId="77777777" w:rsidR="0018287B" w:rsidRPr="00CB60ED" w:rsidRDefault="0018287B">
            <w:pPr>
              <w:spacing w:after="0"/>
              <w:rPr>
                <w:szCs w:val="32"/>
                <w:lang w:val="pl-PL"/>
              </w:rPr>
            </w:pPr>
          </w:p>
        </w:tc>
        <w:tc>
          <w:tcPr>
            <w:tcW w:w="22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0B77F7" w14:textId="77777777" w:rsidR="0018287B" w:rsidRPr="00CB60ED" w:rsidRDefault="0018287B">
            <w:pPr>
              <w:spacing w:after="0"/>
              <w:rPr>
                <w:szCs w:val="32"/>
                <w:lang w:val="pl-PL"/>
              </w:rPr>
            </w:pPr>
          </w:p>
        </w:tc>
        <w:tc>
          <w:tcPr>
            <w:tcW w:w="255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105F62D" w14:textId="77777777" w:rsidR="0018287B" w:rsidRPr="00CB60ED" w:rsidRDefault="0018287B">
            <w:pPr>
              <w:spacing w:after="0"/>
              <w:rPr>
                <w:szCs w:val="32"/>
                <w:lang w:val="pl-PL"/>
              </w:rPr>
            </w:pPr>
          </w:p>
        </w:tc>
      </w:tr>
      <w:tr w:rsidR="0018287B" w:rsidRPr="00CB60ED" w14:paraId="7DA02802" w14:textId="77777777" w:rsidTr="00CB60ED">
        <w:trPr>
          <w:cantSplit/>
          <w:jc w:val="center"/>
        </w:trPr>
        <w:tc>
          <w:tcPr>
            <w:tcW w:w="204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A6FC5B1" w14:textId="77777777" w:rsidR="0018287B" w:rsidRPr="00CB60ED" w:rsidRDefault="0018287B">
            <w:pPr>
              <w:spacing w:after="0"/>
              <w:jc w:val="center"/>
              <w:rPr>
                <w:szCs w:val="32"/>
                <w:lang w:val="pl-PL"/>
              </w:rPr>
            </w:pPr>
          </w:p>
        </w:tc>
        <w:tc>
          <w:tcPr>
            <w:tcW w:w="255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CFFF988" w14:textId="77777777" w:rsidR="0018287B" w:rsidRPr="00CB60ED" w:rsidRDefault="0018287B">
            <w:pPr>
              <w:spacing w:after="0"/>
              <w:rPr>
                <w:szCs w:val="32"/>
                <w:lang w:val="pl-PL"/>
              </w:rPr>
            </w:pPr>
          </w:p>
        </w:tc>
        <w:tc>
          <w:tcPr>
            <w:tcW w:w="22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14B543" w14:textId="77777777" w:rsidR="0018287B" w:rsidRPr="00CB60ED" w:rsidRDefault="0018287B">
            <w:pPr>
              <w:spacing w:after="0"/>
              <w:rPr>
                <w:szCs w:val="32"/>
                <w:lang w:val="pl-PL"/>
              </w:rPr>
            </w:pPr>
          </w:p>
        </w:tc>
        <w:tc>
          <w:tcPr>
            <w:tcW w:w="255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C7AC9E5" w14:textId="77777777" w:rsidR="0018287B" w:rsidRPr="00CB60ED" w:rsidRDefault="0018287B">
            <w:pPr>
              <w:spacing w:after="0"/>
              <w:rPr>
                <w:szCs w:val="32"/>
                <w:lang w:val="pl-PL"/>
              </w:rPr>
            </w:pPr>
          </w:p>
        </w:tc>
      </w:tr>
    </w:tbl>
    <w:p w14:paraId="042BE26C" w14:textId="77777777" w:rsidR="0018287B" w:rsidRPr="00CB60ED" w:rsidRDefault="0018287B">
      <w:pPr>
        <w:spacing w:after="0"/>
        <w:jc w:val="both"/>
        <w:rPr>
          <w:lang w:val="pl-PL"/>
        </w:rPr>
      </w:pPr>
    </w:p>
    <w:p w14:paraId="2299E8EE" w14:textId="5315FDBE" w:rsidR="0018287B" w:rsidRPr="00CB60ED" w:rsidRDefault="00000000">
      <w:pPr>
        <w:jc w:val="both"/>
        <w:rPr>
          <w:lang w:val="pl-PL"/>
        </w:rPr>
      </w:pPr>
      <w:r w:rsidRPr="00CB60ED">
        <w:rPr>
          <w:rFonts w:eastAsia="Times New Roman"/>
          <w:color w:val="000000"/>
          <w:lang w:val="pl-PL"/>
        </w:rPr>
        <w:t xml:space="preserve">Oświadczam/oświadczamy, że udostępnione zasoby są realne, dostępne w wymaganym okresie </w:t>
      </w:r>
      <w:r w:rsidR="00CB60ED">
        <w:rPr>
          <w:rFonts w:eastAsia="Times New Roman"/>
          <w:color w:val="000000"/>
          <w:lang w:val="pl-PL"/>
        </w:rPr>
        <w:br/>
      </w:r>
      <w:r w:rsidRPr="00CB60ED">
        <w:rPr>
          <w:rFonts w:eastAsia="Times New Roman"/>
          <w:color w:val="000000"/>
          <w:lang w:val="pl-PL"/>
        </w:rPr>
        <w:t>i umożliwią Wykonawcy wykonanie zamówienia. Jeżeli udostępniane są doświadczenie lub kwalifikacje, podmiot wykona dostawy, do których zdolności te są wymagane.</w:t>
      </w:r>
    </w:p>
    <w:p w14:paraId="0589C5EF" w14:textId="77777777" w:rsidR="0018287B" w:rsidRPr="00CB60ED" w:rsidRDefault="00000000">
      <w:pPr>
        <w:rPr>
          <w:lang w:val="pl-PL"/>
        </w:rPr>
      </w:pPr>
      <w:r w:rsidRPr="00CB60ED">
        <w:rPr>
          <w:rFonts w:eastAsia="Times New Roman"/>
          <w:color w:val="000000"/>
          <w:lang w:val="pl-PL"/>
        </w:rPr>
        <w:t>Sposób i podstawa dysponowania zasobem (np. umowa, porozumienie, personel, systemy): ................................................................................................................................................................</w:t>
      </w:r>
    </w:p>
    <w:p w14:paraId="117B22A4" w14:textId="77777777" w:rsidR="0018287B" w:rsidRPr="00CB60ED" w:rsidRDefault="00000000">
      <w:pPr>
        <w:jc w:val="center"/>
        <w:rPr>
          <w:lang w:val="pl-PL"/>
        </w:rPr>
      </w:pPr>
      <w:r w:rsidRPr="00CB60ED">
        <w:rPr>
          <w:rFonts w:eastAsia="Times New Roman"/>
          <w:i/>
          <w:color w:val="000000"/>
          <w:lang w:val="pl-PL"/>
        </w:rPr>
        <w:t>Dokument należy podpisać elektronicznie przez podmiot udostępniający zasoby.</w:t>
      </w:r>
    </w:p>
    <w:sectPr w:rsidR="0018287B" w:rsidRPr="00CB60ED" w:rsidSect="00034616">
      <w:footerReference w:type="default" r:id="rId8"/>
      <w:pgSz w:w="11906" w:h="16838"/>
      <w:pgMar w:top="1247" w:right="1417" w:bottom="1134" w:left="141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AF28C" w14:textId="77777777" w:rsidR="007A1835" w:rsidRDefault="007A1835">
      <w:pPr>
        <w:spacing w:after="0"/>
      </w:pPr>
      <w:r>
        <w:separator/>
      </w:r>
    </w:p>
  </w:endnote>
  <w:endnote w:type="continuationSeparator" w:id="0">
    <w:p w14:paraId="0DA7C185" w14:textId="77777777" w:rsidR="007A1835" w:rsidRDefault="007A183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0FE33" w14:textId="77777777" w:rsidR="0018287B" w:rsidRDefault="00000000">
    <w:pPr>
      <w:pStyle w:val="Stopka"/>
      <w:jc w:val="center"/>
    </w:pPr>
    <w:r>
      <w:rPr>
        <w:rFonts w:eastAsia="Times New Roman"/>
        <w:color w:val="000000"/>
        <w:sz w:val="18"/>
      </w:rPr>
      <w:t xml:space="preserve">Strona </w:t>
    </w:r>
    <w:r>
      <w:fldChar w:fldCharType="begin"/>
    </w:r>
    <w:r>
      <w:instrText>PAGE</w:instrText>
    </w:r>
    <w:r>
      <w:fldChar w:fldCharType="separate"/>
    </w:r>
    <w:r w:rsidR="00CB60ED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9AE21" w14:textId="77777777" w:rsidR="007A1835" w:rsidRDefault="007A1835">
      <w:pPr>
        <w:spacing w:after="0"/>
      </w:pPr>
      <w:r>
        <w:separator/>
      </w:r>
    </w:p>
  </w:footnote>
  <w:footnote w:type="continuationSeparator" w:id="0">
    <w:p w14:paraId="4F7B80AD" w14:textId="77777777" w:rsidR="007A1835" w:rsidRDefault="007A183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95842128">
    <w:abstractNumId w:val="8"/>
  </w:num>
  <w:num w:numId="2" w16cid:durableId="1986662060">
    <w:abstractNumId w:val="6"/>
  </w:num>
  <w:num w:numId="3" w16cid:durableId="2129473355">
    <w:abstractNumId w:val="5"/>
  </w:num>
  <w:num w:numId="4" w16cid:durableId="2072188185">
    <w:abstractNumId w:val="4"/>
  </w:num>
  <w:num w:numId="5" w16cid:durableId="858737212">
    <w:abstractNumId w:val="7"/>
  </w:num>
  <w:num w:numId="6" w16cid:durableId="309067815">
    <w:abstractNumId w:val="3"/>
  </w:num>
  <w:num w:numId="7" w16cid:durableId="1805388610">
    <w:abstractNumId w:val="2"/>
  </w:num>
  <w:num w:numId="8" w16cid:durableId="1674214353">
    <w:abstractNumId w:val="1"/>
  </w:num>
  <w:num w:numId="9" w16cid:durableId="236985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287B"/>
    <w:rsid w:val="0029639D"/>
    <w:rsid w:val="00326F90"/>
    <w:rsid w:val="007A1835"/>
    <w:rsid w:val="007D3E4A"/>
    <w:rsid w:val="00AA1D8D"/>
    <w:rsid w:val="00B47730"/>
    <w:rsid w:val="00CB0664"/>
    <w:rsid w:val="00CB60E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30329E"/>
  <w14:defaultImageDpi w14:val="300"/>
  <w15:docId w15:val="{4D2DDB72-14CB-4C63-AE19-6D833794F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40" w:lineRule="auto"/>
    </w:pPr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Teatr Powszechny im. Jana Kochanowskiego w Radomiu</dc:creator>
  <cp:keywords/>
  <dc:description>generated by python-docx</dc:description>
  <cp:lastModifiedBy>Katarzyna Tomala</cp:lastModifiedBy>
  <cp:revision>3</cp:revision>
  <dcterms:created xsi:type="dcterms:W3CDTF">2013-12-23T23:15:00Z</dcterms:created>
  <dcterms:modified xsi:type="dcterms:W3CDTF">2026-10-14T16:08:00Z</dcterms:modified>
  <cp:category/>
</cp:coreProperties>
</file>