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44F2F" w14:textId="77777777" w:rsidR="000111F4" w:rsidRPr="00275AA5" w:rsidRDefault="00000000" w:rsidP="00275AA5">
      <w:pPr>
        <w:spacing w:after="200"/>
        <w:jc w:val="right"/>
        <w:rPr>
          <w:lang w:val="pl-PL"/>
        </w:rPr>
      </w:pPr>
      <w:r w:rsidRPr="00275AA5">
        <w:rPr>
          <w:rFonts w:eastAsia="Times New Roman"/>
          <w:b/>
          <w:color w:val="000000"/>
          <w:lang w:val="pl-PL"/>
        </w:rPr>
        <w:t>ZAŁĄCZNIK NR 6 DO SWZ</w:t>
      </w:r>
    </w:p>
    <w:p w14:paraId="340E7D04" w14:textId="77777777" w:rsidR="000111F4" w:rsidRPr="00275AA5" w:rsidRDefault="00000000">
      <w:pPr>
        <w:spacing w:after="120"/>
        <w:jc w:val="center"/>
        <w:rPr>
          <w:lang w:val="pl-PL"/>
        </w:rPr>
      </w:pPr>
      <w:r w:rsidRPr="00275AA5">
        <w:rPr>
          <w:rFonts w:eastAsia="Times New Roman"/>
          <w:b/>
          <w:color w:val="000000"/>
          <w:sz w:val="26"/>
          <w:lang w:val="pl-PL"/>
        </w:rPr>
        <w:t>WYKAZ DOSTAW</w:t>
      </w:r>
    </w:p>
    <w:p w14:paraId="2ADEE31D" w14:textId="77777777" w:rsidR="000111F4" w:rsidRPr="00275AA5" w:rsidRDefault="00000000">
      <w:pPr>
        <w:spacing w:after="200"/>
        <w:jc w:val="center"/>
        <w:rPr>
          <w:lang w:val="pl-PL"/>
        </w:rPr>
      </w:pPr>
      <w:r w:rsidRPr="00275AA5">
        <w:rPr>
          <w:rFonts w:eastAsia="Times New Roman"/>
          <w:i/>
          <w:color w:val="000000"/>
          <w:sz w:val="20"/>
          <w:lang w:val="pl-PL"/>
        </w:rPr>
        <w:t>na potwierdzenie warunku doświadczenia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0111F4" w:rsidRPr="00275AA5" w14:paraId="0A93A385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BB8F26" w14:textId="77777777" w:rsidR="000111F4" w:rsidRPr="00275AA5" w:rsidRDefault="00000000">
            <w:pPr>
              <w:spacing w:after="0"/>
              <w:rPr>
                <w:szCs w:val="28"/>
                <w:lang w:val="pl-PL"/>
              </w:rPr>
            </w:pPr>
            <w:r w:rsidRPr="00275AA5">
              <w:rPr>
                <w:rFonts w:eastAsia="Times New Roman"/>
                <w:b/>
                <w:color w:val="000000"/>
                <w:szCs w:val="28"/>
                <w:lang w:val="pl-PL"/>
              </w:rPr>
              <w:t>ZAMAWIAJĄCY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6F86D0" w14:textId="08C2C195" w:rsidR="000111F4" w:rsidRPr="00275AA5" w:rsidRDefault="00000000">
            <w:pPr>
              <w:spacing w:after="0"/>
              <w:rPr>
                <w:szCs w:val="28"/>
                <w:lang w:val="pl-PL"/>
              </w:rPr>
            </w:pPr>
            <w:r w:rsidRPr="00275AA5">
              <w:rPr>
                <w:rFonts w:eastAsia="Times New Roman"/>
                <w:color w:val="000000"/>
                <w:szCs w:val="28"/>
                <w:lang w:val="pl-PL"/>
              </w:rPr>
              <w:t xml:space="preserve">Teatr Powszechny im. Jana Kochanowskiego </w:t>
            </w:r>
            <w:r w:rsidR="00275AA5" w:rsidRPr="00275AA5">
              <w:rPr>
                <w:rFonts w:eastAsia="Times New Roman"/>
                <w:color w:val="000000"/>
                <w:szCs w:val="28"/>
                <w:lang w:val="pl-PL"/>
              </w:rPr>
              <w:br/>
            </w:r>
            <w:r w:rsidRPr="00275AA5">
              <w:rPr>
                <w:rFonts w:eastAsia="Times New Roman"/>
                <w:color w:val="000000"/>
                <w:szCs w:val="28"/>
                <w:lang w:val="pl-PL"/>
              </w:rPr>
              <w:t>w Radomiu</w:t>
            </w:r>
            <w:r w:rsidRPr="00275AA5">
              <w:rPr>
                <w:rFonts w:eastAsia="Times New Roman"/>
                <w:color w:val="000000"/>
                <w:szCs w:val="28"/>
                <w:lang w:val="pl-PL"/>
              </w:rPr>
              <w:br/>
              <w:t>pl. Jagielloński 15, 26-600 Radom</w:t>
            </w:r>
            <w:r w:rsidRPr="00275AA5">
              <w:rPr>
                <w:rFonts w:eastAsia="Times New Roman"/>
                <w:color w:val="000000"/>
                <w:szCs w:val="28"/>
                <w:lang w:val="pl-PL"/>
              </w:rPr>
              <w:br/>
              <w:t>NIP: 796-007-84-47</w:t>
            </w:r>
          </w:p>
        </w:tc>
      </w:tr>
      <w:tr w:rsidR="000111F4" w:rsidRPr="00275AA5" w14:paraId="65EAC9A0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F4E381" w14:textId="77777777" w:rsidR="000111F4" w:rsidRPr="00275AA5" w:rsidRDefault="00000000">
            <w:pPr>
              <w:spacing w:after="0"/>
              <w:rPr>
                <w:szCs w:val="28"/>
                <w:lang w:val="pl-PL"/>
              </w:rPr>
            </w:pPr>
            <w:r w:rsidRPr="00275AA5">
              <w:rPr>
                <w:rFonts w:eastAsia="Times New Roman"/>
                <w:b/>
                <w:color w:val="000000"/>
                <w:szCs w:val="28"/>
                <w:lang w:val="pl-PL"/>
              </w:rPr>
              <w:t>WYKONAWCA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C8C2ED" w14:textId="58E7FC2C" w:rsidR="000111F4" w:rsidRPr="00275AA5" w:rsidRDefault="00000000">
            <w:pPr>
              <w:spacing w:after="0"/>
              <w:rPr>
                <w:szCs w:val="28"/>
                <w:lang w:val="pl-PL"/>
              </w:rPr>
            </w:pPr>
            <w:r w:rsidRPr="00275AA5">
              <w:rPr>
                <w:rFonts w:eastAsia="Times New Roman"/>
                <w:color w:val="000000"/>
                <w:szCs w:val="28"/>
                <w:lang w:val="pl-PL"/>
              </w:rPr>
              <w:t>Nazwa/firma: ..............................................................................</w:t>
            </w:r>
            <w:r w:rsidRPr="00275AA5">
              <w:rPr>
                <w:rFonts w:eastAsia="Times New Roman"/>
                <w:color w:val="000000"/>
                <w:szCs w:val="28"/>
                <w:lang w:val="pl-PL"/>
              </w:rPr>
              <w:br/>
              <w:t>Adres: ...........................................................................................................</w:t>
            </w:r>
            <w:r w:rsidRPr="00275AA5">
              <w:rPr>
                <w:rFonts w:eastAsia="Times New Roman"/>
                <w:color w:val="000000"/>
                <w:szCs w:val="28"/>
                <w:lang w:val="pl-PL"/>
              </w:rPr>
              <w:br/>
              <w:t>NIP/REGON/KRS/CEIDG: .............................................................................</w:t>
            </w:r>
          </w:p>
        </w:tc>
      </w:tr>
      <w:tr w:rsidR="000111F4" w:rsidRPr="00275AA5" w14:paraId="11571CB6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45DC8F" w14:textId="77777777" w:rsidR="000111F4" w:rsidRPr="00275AA5" w:rsidRDefault="00000000">
            <w:pPr>
              <w:spacing w:after="0"/>
              <w:rPr>
                <w:szCs w:val="28"/>
                <w:lang w:val="pl-PL"/>
              </w:rPr>
            </w:pPr>
            <w:r w:rsidRPr="00275AA5">
              <w:rPr>
                <w:rFonts w:eastAsia="Times New Roman"/>
                <w:b/>
                <w:color w:val="000000"/>
                <w:szCs w:val="28"/>
                <w:lang w:val="pl-PL"/>
              </w:rPr>
              <w:t>KONTAKT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2B4732" w14:textId="77777777" w:rsidR="000111F4" w:rsidRPr="00275AA5" w:rsidRDefault="00000000">
            <w:pPr>
              <w:spacing w:after="0"/>
              <w:rPr>
                <w:szCs w:val="28"/>
                <w:lang w:val="pl-PL"/>
              </w:rPr>
            </w:pPr>
            <w:r w:rsidRPr="00275AA5">
              <w:rPr>
                <w:rFonts w:eastAsia="Times New Roman"/>
                <w:color w:val="000000"/>
                <w:szCs w:val="28"/>
                <w:lang w:val="pl-PL"/>
              </w:rPr>
              <w:t>E-mail: ..........................................................  Telefon: ....................................................</w:t>
            </w:r>
          </w:p>
        </w:tc>
      </w:tr>
      <w:tr w:rsidR="000111F4" w:rsidRPr="00275AA5" w14:paraId="11026197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F539E6" w14:textId="77777777" w:rsidR="000111F4" w:rsidRPr="00275AA5" w:rsidRDefault="00000000">
            <w:pPr>
              <w:spacing w:after="0"/>
              <w:rPr>
                <w:szCs w:val="28"/>
                <w:lang w:val="pl-PL"/>
              </w:rPr>
            </w:pPr>
            <w:r w:rsidRPr="00275AA5">
              <w:rPr>
                <w:rFonts w:eastAsia="Times New Roman"/>
                <w:b/>
                <w:color w:val="000000"/>
                <w:szCs w:val="28"/>
                <w:lang w:val="pl-PL"/>
              </w:rPr>
              <w:t>REPREZENTACJA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BB06D8" w14:textId="77777777" w:rsidR="000111F4" w:rsidRPr="00275AA5" w:rsidRDefault="00000000">
            <w:pPr>
              <w:spacing w:after="0"/>
              <w:rPr>
                <w:szCs w:val="28"/>
                <w:lang w:val="pl-PL"/>
              </w:rPr>
            </w:pPr>
            <w:r w:rsidRPr="00275AA5">
              <w:rPr>
                <w:rFonts w:eastAsia="Times New Roman"/>
                <w:color w:val="000000"/>
                <w:szCs w:val="28"/>
                <w:lang w:val="pl-PL"/>
              </w:rPr>
              <w:t>Imię, nazwisko, funkcja i podstawa umocowania: .................................................................</w:t>
            </w:r>
          </w:p>
        </w:tc>
      </w:tr>
    </w:tbl>
    <w:p w14:paraId="23669E85" w14:textId="77777777" w:rsidR="000111F4" w:rsidRPr="00275AA5" w:rsidRDefault="000111F4">
      <w:pPr>
        <w:spacing w:after="40"/>
        <w:jc w:val="both"/>
        <w:rPr>
          <w:lang w:val="pl-PL"/>
        </w:rPr>
      </w:pPr>
    </w:p>
    <w:p w14:paraId="32DC24CA" w14:textId="77777777" w:rsidR="000111F4" w:rsidRPr="00275AA5" w:rsidRDefault="00000000">
      <w:pPr>
        <w:jc w:val="both"/>
        <w:rPr>
          <w:lang w:val="pl-PL"/>
        </w:rPr>
      </w:pPr>
      <w:r w:rsidRPr="00275AA5">
        <w:rPr>
          <w:rFonts w:eastAsia="Times New Roman"/>
          <w:color w:val="000000"/>
          <w:lang w:val="pl-PL"/>
        </w:rPr>
        <w:t>Wykazujemy dostawy energii elektrycznej wykonane lub wykonywane w okresie ostatnich 3 lat przed terminem składania ofert. Łączny wykazywany wolumen musi wynosić co najmniej 400 000 kWh.</w:t>
      </w:r>
    </w:p>
    <w:tbl>
      <w:tblPr>
        <w:tblW w:w="9704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984"/>
        <w:gridCol w:w="1984"/>
        <w:gridCol w:w="1512"/>
        <w:gridCol w:w="1757"/>
        <w:gridCol w:w="1587"/>
      </w:tblGrid>
      <w:tr w:rsidR="000111F4" w:rsidRPr="00275AA5" w14:paraId="4D96DF4C" w14:textId="77777777" w:rsidTr="00275AA5">
        <w:trPr>
          <w:tblHeader/>
          <w:jc w:val="center"/>
        </w:trPr>
        <w:tc>
          <w:tcPr>
            <w:tcW w:w="880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7C365E" w14:textId="77777777" w:rsidR="000111F4" w:rsidRPr="00275AA5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275AA5">
              <w:rPr>
                <w:rFonts w:eastAsia="Times New Roman"/>
                <w:b/>
                <w:color w:val="000000"/>
                <w:szCs w:val="32"/>
                <w:lang w:val="pl-PL"/>
              </w:rPr>
              <w:t>Lp.</w:t>
            </w:r>
          </w:p>
        </w:tc>
        <w:tc>
          <w:tcPr>
            <w:tcW w:w="1984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3E9DF3" w14:textId="77777777" w:rsidR="000111F4" w:rsidRPr="00275AA5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275AA5">
              <w:rPr>
                <w:rFonts w:eastAsia="Times New Roman"/>
                <w:b/>
                <w:color w:val="000000"/>
                <w:szCs w:val="32"/>
                <w:lang w:val="pl-PL"/>
              </w:rPr>
              <w:t>Odbiorca i adres</w:t>
            </w:r>
          </w:p>
        </w:tc>
        <w:tc>
          <w:tcPr>
            <w:tcW w:w="1984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3E390A" w14:textId="77777777" w:rsidR="000111F4" w:rsidRPr="00275AA5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275AA5">
              <w:rPr>
                <w:rFonts w:eastAsia="Times New Roman"/>
                <w:b/>
                <w:color w:val="000000"/>
                <w:szCs w:val="32"/>
                <w:lang w:val="pl-PL"/>
              </w:rPr>
              <w:t>Przedmiot/zakres</w:t>
            </w:r>
          </w:p>
        </w:tc>
        <w:tc>
          <w:tcPr>
            <w:tcW w:w="1512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1EEC3B" w14:textId="77777777" w:rsidR="000111F4" w:rsidRPr="00275AA5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275AA5">
              <w:rPr>
                <w:rFonts w:eastAsia="Times New Roman"/>
                <w:b/>
                <w:color w:val="000000"/>
                <w:szCs w:val="32"/>
                <w:lang w:val="pl-PL"/>
              </w:rPr>
              <w:t>Okres realizacji od–do</w:t>
            </w:r>
          </w:p>
        </w:tc>
        <w:tc>
          <w:tcPr>
            <w:tcW w:w="1757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5964BB" w14:textId="77777777" w:rsidR="000111F4" w:rsidRPr="00275AA5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275AA5">
              <w:rPr>
                <w:rFonts w:eastAsia="Times New Roman"/>
                <w:b/>
                <w:color w:val="000000"/>
                <w:szCs w:val="32"/>
                <w:lang w:val="pl-PL"/>
              </w:rPr>
              <w:t>Wolumen należycie wykonany do terminu ofert [kWh]</w:t>
            </w:r>
          </w:p>
        </w:tc>
        <w:tc>
          <w:tcPr>
            <w:tcW w:w="1587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7A36D8" w14:textId="77777777" w:rsidR="000111F4" w:rsidRPr="00275AA5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275AA5">
              <w:rPr>
                <w:rFonts w:eastAsia="Times New Roman"/>
                <w:b/>
                <w:color w:val="000000"/>
                <w:szCs w:val="32"/>
                <w:lang w:val="pl-PL"/>
              </w:rPr>
              <w:t>Dowód należytego wykonania</w:t>
            </w:r>
          </w:p>
        </w:tc>
      </w:tr>
      <w:tr w:rsidR="000111F4" w:rsidRPr="00275AA5" w14:paraId="414B31A9" w14:textId="77777777" w:rsidTr="00275AA5">
        <w:trPr>
          <w:cantSplit/>
          <w:jc w:val="center"/>
        </w:trPr>
        <w:tc>
          <w:tcPr>
            <w:tcW w:w="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0156DA" w14:textId="77777777" w:rsidR="000111F4" w:rsidRPr="00275AA5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275AA5">
              <w:rPr>
                <w:rFonts w:eastAsia="Times New Roman"/>
                <w:color w:val="000000"/>
                <w:szCs w:val="32"/>
                <w:lang w:val="pl-PL"/>
              </w:rPr>
              <w:t>1</w:t>
            </w:r>
          </w:p>
        </w:tc>
        <w:tc>
          <w:tcPr>
            <w:tcW w:w="19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6DC6C8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9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6FBB7A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5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78027A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03BCEB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5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73387F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</w:tr>
      <w:tr w:rsidR="000111F4" w:rsidRPr="00275AA5" w14:paraId="660B6326" w14:textId="77777777" w:rsidTr="00275AA5">
        <w:trPr>
          <w:cantSplit/>
          <w:jc w:val="center"/>
        </w:trPr>
        <w:tc>
          <w:tcPr>
            <w:tcW w:w="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BCEBD8" w14:textId="77777777" w:rsidR="000111F4" w:rsidRPr="00275AA5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275AA5">
              <w:rPr>
                <w:rFonts w:eastAsia="Times New Roman"/>
                <w:color w:val="000000"/>
                <w:szCs w:val="32"/>
                <w:lang w:val="pl-PL"/>
              </w:rPr>
              <w:t>2</w:t>
            </w:r>
          </w:p>
        </w:tc>
        <w:tc>
          <w:tcPr>
            <w:tcW w:w="19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B0BA4C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9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E7E71F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5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9A97A7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B8EA8F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5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0B6AC2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</w:tr>
      <w:tr w:rsidR="000111F4" w:rsidRPr="00275AA5" w14:paraId="314B9382" w14:textId="77777777" w:rsidTr="00275AA5">
        <w:trPr>
          <w:cantSplit/>
          <w:jc w:val="center"/>
        </w:trPr>
        <w:tc>
          <w:tcPr>
            <w:tcW w:w="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E79E5E" w14:textId="77777777" w:rsidR="000111F4" w:rsidRPr="00275AA5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275AA5">
              <w:rPr>
                <w:rFonts w:eastAsia="Times New Roman"/>
                <w:color w:val="000000"/>
                <w:szCs w:val="32"/>
                <w:lang w:val="pl-PL"/>
              </w:rPr>
              <w:t>3</w:t>
            </w:r>
          </w:p>
        </w:tc>
        <w:tc>
          <w:tcPr>
            <w:tcW w:w="19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B355C4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9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EDFCF9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5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0E9BD9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7DA0EF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15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93C725" w14:textId="77777777" w:rsidR="000111F4" w:rsidRPr="00275AA5" w:rsidRDefault="000111F4">
            <w:pPr>
              <w:spacing w:after="0"/>
              <w:rPr>
                <w:szCs w:val="32"/>
                <w:lang w:val="pl-PL"/>
              </w:rPr>
            </w:pPr>
          </w:p>
        </w:tc>
      </w:tr>
    </w:tbl>
    <w:p w14:paraId="3B66BD7D" w14:textId="77777777" w:rsidR="000111F4" w:rsidRPr="00275AA5" w:rsidRDefault="000111F4">
      <w:pPr>
        <w:spacing w:after="0"/>
        <w:jc w:val="both"/>
        <w:rPr>
          <w:lang w:val="pl-PL"/>
        </w:rPr>
      </w:pPr>
    </w:p>
    <w:p w14:paraId="6F804763" w14:textId="77777777" w:rsidR="000111F4" w:rsidRPr="00275AA5" w:rsidRDefault="00000000">
      <w:pPr>
        <w:jc w:val="both"/>
        <w:rPr>
          <w:lang w:val="pl-PL"/>
        </w:rPr>
      </w:pPr>
      <w:r w:rsidRPr="00275AA5">
        <w:rPr>
          <w:rFonts w:eastAsia="Times New Roman"/>
          <w:b/>
          <w:color w:val="000000"/>
          <w:lang w:val="pl-PL"/>
        </w:rPr>
        <w:t>Łączny wolumen: ……………………… kWh.</w:t>
      </w:r>
    </w:p>
    <w:p w14:paraId="273F9F25" w14:textId="77777777" w:rsidR="000111F4" w:rsidRPr="00275AA5" w:rsidRDefault="00000000">
      <w:pPr>
        <w:jc w:val="both"/>
        <w:rPr>
          <w:lang w:val="pl-PL"/>
        </w:rPr>
      </w:pPr>
      <w:r w:rsidRPr="00275AA5">
        <w:rPr>
          <w:rFonts w:eastAsia="Times New Roman"/>
          <w:i/>
          <w:color w:val="000000"/>
          <w:lang w:val="pl-PL"/>
        </w:rPr>
        <w:t>Do wykazu dołączamy referencje lub inne dokumenty sporządzone przez odbiorcę. Dla dostaw wykonywanych dokument powinien być wystawiony w okresie ostatnich 3 miesięcy.</w:t>
      </w:r>
    </w:p>
    <w:p w14:paraId="67F48F40" w14:textId="77777777" w:rsidR="00275AA5" w:rsidRDefault="00275AA5">
      <w:pPr>
        <w:jc w:val="center"/>
        <w:rPr>
          <w:rFonts w:eastAsia="Times New Roman"/>
          <w:i/>
          <w:color w:val="000000"/>
          <w:lang w:val="pl-PL"/>
        </w:rPr>
      </w:pPr>
    </w:p>
    <w:p w14:paraId="4EC923C9" w14:textId="0EFF01CB" w:rsidR="000111F4" w:rsidRPr="00275AA5" w:rsidRDefault="00000000">
      <w:pPr>
        <w:jc w:val="center"/>
        <w:rPr>
          <w:lang w:val="pl-PL"/>
        </w:rPr>
      </w:pPr>
      <w:r w:rsidRPr="00275AA5">
        <w:rPr>
          <w:rFonts w:eastAsia="Times New Roman"/>
          <w:i/>
          <w:color w:val="000000"/>
          <w:lang w:val="pl-PL"/>
        </w:rPr>
        <w:t>Dokument należy podpisać elektronicznie.</w:t>
      </w:r>
    </w:p>
    <w:sectPr w:rsidR="000111F4" w:rsidRPr="00275AA5" w:rsidSect="00034616">
      <w:footerReference w:type="default" r:id="rId8"/>
      <w:pgSz w:w="11906" w:h="16838"/>
      <w:pgMar w:top="1247" w:right="1417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6EB4D" w14:textId="77777777" w:rsidR="00292902" w:rsidRDefault="00292902">
      <w:pPr>
        <w:spacing w:after="0"/>
      </w:pPr>
      <w:r>
        <w:separator/>
      </w:r>
    </w:p>
  </w:endnote>
  <w:endnote w:type="continuationSeparator" w:id="0">
    <w:p w14:paraId="7D2EFD21" w14:textId="77777777" w:rsidR="00292902" w:rsidRDefault="002929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2BDF" w14:textId="77777777" w:rsidR="000111F4" w:rsidRDefault="00000000">
    <w:pPr>
      <w:pStyle w:val="Stopka"/>
      <w:jc w:val="center"/>
    </w:pPr>
    <w:r>
      <w:rPr>
        <w:rFonts w:eastAsia="Times New Roman"/>
        <w:color w:val="000000"/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275AA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04D9A" w14:textId="77777777" w:rsidR="00292902" w:rsidRDefault="00292902">
      <w:pPr>
        <w:spacing w:after="0"/>
      </w:pPr>
      <w:r>
        <w:separator/>
      </w:r>
    </w:p>
  </w:footnote>
  <w:footnote w:type="continuationSeparator" w:id="0">
    <w:p w14:paraId="1D64F0DE" w14:textId="77777777" w:rsidR="00292902" w:rsidRDefault="0029290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4663618">
    <w:abstractNumId w:val="8"/>
  </w:num>
  <w:num w:numId="2" w16cid:durableId="2119179454">
    <w:abstractNumId w:val="6"/>
  </w:num>
  <w:num w:numId="3" w16cid:durableId="1974820681">
    <w:abstractNumId w:val="5"/>
  </w:num>
  <w:num w:numId="4" w16cid:durableId="439111670">
    <w:abstractNumId w:val="4"/>
  </w:num>
  <w:num w:numId="5" w16cid:durableId="896743302">
    <w:abstractNumId w:val="7"/>
  </w:num>
  <w:num w:numId="6" w16cid:durableId="1702589486">
    <w:abstractNumId w:val="3"/>
  </w:num>
  <w:num w:numId="7" w16cid:durableId="589580219">
    <w:abstractNumId w:val="2"/>
  </w:num>
  <w:num w:numId="8" w16cid:durableId="19430492">
    <w:abstractNumId w:val="1"/>
  </w:num>
  <w:num w:numId="9" w16cid:durableId="1339306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1F4"/>
    <w:rsid w:val="00034616"/>
    <w:rsid w:val="0006063C"/>
    <w:rsid w:val="0015074B"/>
    <w:rsid w:val="00275AA5"/>
    <w:rsid w:val="00292902"/>
    <w:rsid w:val="0029639D"/>
    <w:rsid w:val="00326F90"/>
    <w:rsid w:val="006C352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99C9DD"/>
  <w14:defaultImageDpi w14:val="300"/>
  <w15:docId w15:val="{C9043384-734D-478D-9A75-5B54BDB2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 Powszechny im. Jana Kochanowskiego w Radomiu</dc:creator>
  <cp:keywords/>
  <dc:description>generated by python-docx</dc:description>
  <cp:lastModifiedBy>Katarzyna Tomala</cp:lastModifiedBy>
  <cp:revision>3</cp:revision>
  <dcterms:created xsi:type="dcterms:W3CDTF">2013-12-23T23:15:00Z</dcterms:created>
  <dcterms:modified xsi:type="dcterms:W3CDTF">2026-10-14T16:10:00Z</dcterms:modified>
  <cp:category/>
</cp:coreProperties>
</file>