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4F70C" w14:textId="77777777" w:rsidR="00F05784" w:rsidRPr="00BA0196" w:rsidRDefault="00000000" w:rsidP="00BA0196">
      <w:pPr>
        <w:spacing w:after="200"/>
        <w:jc w:val="right"/>
        <w:rPr>
          <w:lang w:val="pl-PL"/>
        </w:rPr>
      </w:pPr>
      <w:r w:rsidRPr="00BA0196">
        <w:rPr>
          <w:rFonts w:eastAsia="Times New Roman"/>
          <w:b/>
          <w:color w:val="000000"/>
          <w:lang w:val="pl-PL"/>
        </w:rPr>
        <w:t>ZAŁĄCZNIK NR 7 DO SWZ</w:t>
      </w:r>
    </w:p>
    <w:p w14:paraId="4D665296" w14:textId="77777777" w:rsidR="00F05784" w:rsidRPr="00BA0196" w:rsidRDefault="00000000">
      <w:pPr>
        <w:spacing w:after="120"/>
        <w:jc w:val="center"/>
        <w:rPr>
          <w:lang w:val="pl-PL"/>
        </w:rPr>
      </w:pPr>
      <w:r w:rsidRPr="00BA0196">
        <w:rPr>
          <w:rFonts w:eastAsia="Times New Roman"/>
          <w:b/>
          <w:color w:val="000000"/>
          <w:sz w:val="26"/>
          <w:lang w:val="pl-PL"/>
        </w:rPr>
        <w:t>OŚWIADCZENIE DOTYCZĄCE GRUPY KAPITAŁOWEJ</w:t>
      </w:r>
    </w:p>
    <w:p w14:paraId="697B2C6A" w14:textId="77777777" w:rsidR="00F05784" w:rsidRPr="00BA0196" w:rsidRDefault="00000000">
      <w:pPr>
        <w:spacing w:after="200"/>
        <w:jc w:val="center"/>
        <w:rPr>
          <w:lang w:val="pl-PL"/>
        </w:rPr>
      </w:pPr>
      <w:r w:rsidRPr="00BA0196">
        <w:rPr>
          <w:rFonts w:eastAsia="Times New Roman"/>
          <w:i/>
          <w:color w:val="000000"/>
          <w:sz w:val="20"/>
          <w:lang w:val="pl-PL"/>
        </w:rPr>
        <w:t xml:space="preserve">art. 108 ust. 1 pkt 5 </w:t>
      </w:r>
      <w:proofErr w:type="spellStart"/>
      <w:r w:rsidRPr="00BA0196">
        <w:rPr>
          <w:rFonts w:eastAsia="Times New Roman"/>
          <w:i/>
          <w:color w:val="000000"/>
          <w:sz w:val="20"/>
          <w:lang w:val="pl-PL"/>
        </w:rPr>
        <w:t>Pzp</w:t>
      </w:r>
      <w:proofErr w:type="spellEnd"/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F05784" w:rsidRPr="00BA0196" w14:paraId="7D612161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63DC3D" w14:textId="77777777" w:rsidR="00F05784" w:rsidRPr="00BA0196" w:rsidRDefault="00000000">
            <w:pPr>
              <w:spacing w:after="0"/>
              <w:rPr>
                <w:szCs w:val="28"/>
                <w:lang w:val="pl-PL"/>
              </w:rPr>
            </w:pPr>
            <w:r w:rsidRPr="00BA0196">
              <w:rPr>
                <w:rFonts w:eastAsia="Times New Roman"/>
                <w:b/>
                <w:color w:val="000000"/>
                <w:szCs w:val="28"/>
                <w:lang w:val="pl-PL"/>
              </w:rPr>
              <w:t>ZAMAWIAJĄCY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04E20E" w14:textId="5F651509" w:rsidR="00F05784" w:rsidRPr="00BA0196" w:rsidRDefault="00000000">
            <w:pPr>
              <w:spacing w:after="0"/>
              <w:rPr>
                <w:szCs w:val="28"/>
                <w:lang w:val="pl-PL"/>
              </w:rPr>
            </w:pPr>
            <w:r w:rsidRPr="00BA0196">
              <w:rPr>
                <w:rFonts w:eastAsia="Times New Roman"/>
                <w:color w:val="000000"/>
                <w:szCs w:val="28"/>
                <w:lang w:val="pl-PL"/>
              </w:rPr>
              <w:t xml:space="preserve">Teatr Powszechny im. Jana Kochanowskiego </w:t>
            </w:r>
            <w:r w:rsidR="00BA0196" w:rsidRPr="00BA0196">
              <w:rPr>
                <w:rFonts w:eastAsia="Times New Roman"/>
                <w:color w:val="000000"/>
                <w:szCs w:val="28"/>
                <w:lang w:val="pl-PL"/>
              </w:rPr>
              <w:br/>
            </w:r>
            <w:r w:rsidRPr="00BA0196">
              <w:rPr>
                <w:rFonts w:eastAsia="Times New Roman"/>
                <w:color w:val="000000"/>
                <w:szCs w:val="28"/>
                <w:lang w:val="pl-PL"/>
              </w:rPr>
              <w:t>w Radomiu</w:t>
            </w:r>
            <w:r w:rsidRPr="00BA0196">
              <w:rPr>
                <w:rFonts w:eastAsia="Times New Roman"/>
                <w:color w:val="000000"/>
                <w:szCs w:val="28"/>
                <w:lang w:val="pl-PL"/>
              </w:rPr>
              <w:br/>
              <w:t>pl. Jagielloński 15, 26-600 Radom</w:t>
            </w:r>
            <w:r w:rsidRPr="00BA0196">
              <w:rPr>
                <w:rFonts w:eastAsia="Times New Roman"/>
                <w:color w:val="000000"/>
                <w:szCs w:val="28"/>
                <w:lang w:val="pl-PL"/>
              </w:rPr>
              <w:br/>
              <w:t>NIP: 796-007-84-47</w:t>
            </w:r>
          </w:p>
        </w:tc>
      </w:tr>
      <w:tr w:rsidR="00F05784" w:rsidRPr="00BA0196" w14:paraId="62E70B74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4A6E77" w14:textId="77777777" w:rsidR="00F05784" w:rsidRPr="00BA0196" w:rsidRDefault="00000000">
            <w:pPr>
              <w:spacing w:after="0"/>
              <w:rPr>
                <w:szCs w:val="28"/>
                <w:lang w:val="pl-PL"/>
              </w:rPr>
            </w:pPr>
            <w:r w:rsidRPr="00BA0196">
              <w:rPr>
                <w:rFonts w:eastAsia="Times New Roman"/>
                <w:b/>
                <w:color w:val="000000"/>
                <w:szCs w:val="28"/>
                <w:lang w:val="pl-PL"/>
              </w:rPr>
              <w:t>WYKONAWCA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7C982E" w14:textId="0E57E691" w:rsidR="00F05784" w:rsidRPr="00BA0196" w:rsidRDefault="00000000">
            <w:pPr>
              <w:spacing w:after="0"/>
              <w:rPr>
                <w:szCs w:val="28"/>
                <w:lang w:val="pl-PL"/>
              </w:rPr>
            </w:pPr>
            <w:r w:rsidRPr="00BA0196">
              <w:rPr>
                <w:rFonts w:eastAsia="Times New Roman"/>
                <w:color w:val="000000"/>
                <w:szCs w:val="28"/>
                <w:lang w:val="pl-PL"/>
              </w:rPr>
              <w:t>Nazwa/firma: ..............................................................................</w:t>
            </w:r>
            <w:r w:rsidRPr="00BA0196">
              <w:rPr>
                <w:rFonts w:eastAsia="Times New Roman"/>
                <w:color w:val="000000"/>
                <w:szCs w:val="28"/>
                <w:lang w:val="pl-PL"/>
              </w:rPr>
              <w:br/>
              <w:t>Adres: ..............................................................................</w:t>
            </w:r>
            <w:r w:rsidRPr="00BA0196">
              <w:rPr>
                <w:rFonts w:eastAsia="Times New Roman"/>
                <w:color w:val="000000"/>
                <w:szCs w:val="28"/>
                <w:lang w:val="pl-PL"/>
              </w:rPr>
              <w:br/>
              <w:t>NIP/REGON/KRS/CEIDG: .............................................................................</w:t>
            </w:r>
          </w:p>
        </w:tc>
      </w:tr>
      <w:tr w:rsidR="00F05784" w:rsidRPr="00BA0196" w14:paraId="1FB09CEE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AF4CD0" w14:textId="77777777" w:rsidR="00F05784" w:rsidRPr="00BA0196" w:rsidRDefault="00000000">
            <w:pPr>
              <w:spacing w:after="0"/>
              <w:rPr>
                <w:szCs w:val="28"/>
                <w:lang w:val="pl-PL"/>
              </w:rPr>
            </w:pPr>
            <w:r w:rsidRPr="00BA0196">
              <w:rPr>
                <w:rFonts w:eastAsia="Times New Roman"/>
                <w:b/>
                <w:color w:val="000000"/>
                <w:szCs w:val="28"/>
                <w:lang w:val="pl-PL"/>
              </w:rPr>
              <w:t>KONTAKT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22A213" w14:textId="77777777" w:rsidR="00F05784" w:rsidRPr="00BA0196" w:rsidRDefault="00000000">
            <w:pPr>
              <w:spacing w:after="0"/>
              <w:rPr>
                <w:szCs w:val="28"/>
                <w:lang w:val="pl-PL"/>
              </w:rPr>
            </w:pPr>
            <w:r w:rsidRPr="00BA0196">
              <w:rPr>
                <w:rFonts w:eastAsia="Times New Roman"/>
                <w:color w:val="000000"/>
                <w:szCs w:val="28"/>
                <w:lang w:val="pl-PL"/>
              </w:rPr>
              <w:t>E-mail: ..........................................................  Telefon: ....................................................</w:t>
            </w:r>
          </w:p>
        </w:tc>
      </w:tr>
      <w:tr w:rsidR="00F05784" w:rsidRPr="00BA0196" w14:paraId="1392171D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810AC3" w14:textId="77777777" w:rsidR="00F05784" w:rsidRPr="00BA0196" w:rsidRDefault="00000000">
            <w:pPr>
              <w:spacing w:after="0"/>
              <w:rPr>
                <w:szCs w:val="28"/>
                <w:lang w:val="pl-PL"/>
              </w:rPr>
            </w:pPr>
            <w:r w:rsidRPr="00BA0196">
              <w:rPr>
                <w:rFonts w:eastAsia="Times New Roman"/>
                <w:b/>
                <w:color w:val="000000"/>
                <w:szCs w:val="28"/>
                <w:lang w:val="pl-PL"/>
              </w:rPr>
              <w:t>REPREZENTACJA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86AC70" w14:textId="77777777" w:rsidR="00F05784" w:rsidRPr="00BA0196" w:rsidRDefault="00000000">
            <w:pPr>
              <w:spacing w:after="0"/>
              <w:rPr>
                <w:szCs w:val="28"/>
                <w:lang w:val="pl-PL"/>
              </w:rPr>
            </w:pPr>
            <w:r w:rsidRPr="00BA0196">
              <w:rPr>
                <w:rFonts w:eastAsia="Times New Roman"/>
                <w:color w:val="000000"/>
                <w:szCs w:val="28"/>
                <w:lang w:val="pl-PL"/>
              </w:rPr>
              <w:t>Imię, nazwisko, funkcja i podstawa umocowania: .................................................................</w:t>
            </w:r>
          </w:p>
        </w:tc>
      </w:tr>
    </w:tbl>
    <w:p w14:paraId="668D5F84" w14:textId="77777777" w:rsidR="00F05784" w:rsidRPr="00BA0196" w:rsidRDefault="00F05784">
      <w:pPr>
        <w:spacing w:after="40"/>
        <w:jc w:val="both"/>
        <w:rPr>
          <w:lang w:val="pl-PL"/>
        </w:rPr>
      </w:pPr>
    </w:p>
    <w:p w14:paraId="55BFCA12" w14:textId="39B7F68C" w:rsidR="00BA0196" w:rsidRDefault="00000000" w:rsidP="00BA0196">
      <w:pPr>
        <w:jc w:val="both"/>
        <w:rPr>
          <w:rFonts w:eastAsia="Times New Roman"/>
          <w:color w:val="000000"/>
          <w:lang w:val="pl-PL"/>
        </w:rPr>
      </w:pPr>
      <w:r w:rsidRPr="00BA0196">
        <w:rPr>
          <w:rFonts w:eastAsia="Times New Roman"/>
          <w:color w:val="000000"/>
          <w:lang w:val="pl-PL"/>
        </w:rPr>
        <w:t>Po zapoznaniu się z informacją z otwarcia ofert oświadczam/oświadczamy, że:</w:t>
      </w:r>
    </w:p>
    <w:p w14:paraId="16A3482A" w14:textId="591341E1" w:rsidR="00F05784" w:rsidRPr="00BA0196" w:rsidRDefault="00BA0196" w:rsidP="00BA0196">
      <w:pPr>
        <w:pStyle w:val="Akapitzlist"/>
        <w:numPr>
          <w:ilvl w:val="0"/>
          <w:numId w:val="10"/>
        </w:numPr>
        <w:jc w:val="both"/>
        <w:rPr>
          <w:rFonts w:eastAsia="Times New Roman"/>
          <w:color w:val="000000"/>
          <w:lang w:val="pl-PL"/>
        </w:rPr>
      </w:pPr>
      <w:r w:rsidRPr="00BA0196">
        <w:rPr>
          <w:rFonts w:eastAsia="Times New Roman"/>
          <w:color w:val="000000"/>
          <w:lang w:val="pl-PL"/>
        </w:rPr>
        <w:t>N</w:t>
      </w:r>
      <w:r w:rsidR="00000000" w:rsidRPr="00BA0196">
        <w:rPr>
          <w:rFonts w:eastAsia="Times New Roman"/>
          <w:color w:val="000000"/>
          <w:lang w:val="pl-PL"/>
        </w:rPr>
        <w:t xml:space="preserve">ie należymy do tej samej grupy kapitałowej w rozumieniu ustawy o ochronie konkurencji </w:t>
      </w:r>
      <w:r w:rsidRPr="00BA0196">
        <w:rPr>
          <w:rFonts w:eastAsia="Times New Roman"/>
          <w:color w:val="000000"/>
          <w:lang w:val="pl-PL"/>
        </w:rPr>
        <w:br/>
      </w:r>
      <w:r w:rsidR="00000000" w:rsidRPr="00BA0196">
        <w:rPr>
          <w:rFonts w:eastAsia="Times New Roman"/>
          <w:color w:val="000000"/>
          <w:lang w:val="pl-PL"/>
        </w:rPr>
        <w:t>i konsumentów z żadnym wykonawcą, który złożył odrębną ofertę*;</w:t>
      </w:r>
    </w:p>
    <w:p w14:paraId="11144263" w14:textId="6F681534" w:rsidR="00F05784" w:rsidRDefault="00BA0196" w:rsidP="00BA0196">
      <w:pPr>
        <w:pStyle w:val="Akapitzlist"/>
        <w:numPr>
          <w:ilvl w:val="0"/>
          <w:numId w:val="10"/>
        </w:numPr>
        <w:jc w:val="both"/>
        <w:rPr>
          <w:rFonts w:eastAsia="Times New Roman"/>
          <w:color w:val="000000"/>
          <w:lang w:val="pl-PL"/>
        </w:rPr>
      </w:pPr>
      <w:r>
        <w:rPr>
          <w:rFonts w:eastAsia="Times New Roman"/>
          <w:color w:val="000000"/>
          <w:lang w:val="pl-PL"/>
        </w:rPr>
        <w:t>N</w:t>
      </w:r>
      <w:r w:rsidR="00000000" w:rsidRPr="00BA0196">
        <w:rPr>
          <w:rFonts w:eastAsia="Times New Roman"/>
          <w:color w:val="000000"/>
          <w:lang w:val="pl-PL"/>
        </w:rPr>
        <w:t>ależymy do tej samej grupy kapitałowej z następującym wykonawcą: …………………………………………………………………………………, lecz oferty przygotowano niezależnie; w załączeniu przekazujemy dowody niezależnego przygotowania ofert*;</w:t>
      </w:r>
    </w:p>
    <w:p w14:paraId="51437C3F" w14:textId="41F82FB3" w:rsidR="00F05784" w:rsidRPr="00BA0196" w:rsidRDefault="00BA0196" w:rsidP="00BA0196">
      <w:pPr>
        <w:pStyle w:val="Akapitzlist"/>
        <w:numPr>
          <w:ilvl w:val="0"/>
          <w:numId w:val="10"/>
        </w:numPr>
        <w:jc w:val="both"/>
        <w:rPr>
          <w:rFonts w:eastAsia="Times New Roman"/>
          <w:color w:val="000000"/>
          <w:lang w:val="pl-PL"/>
        </w:rPr>
      </w:pPr>
      <w:r>
        <w:rPr>
          <w:rFonts w:eastAsia="Times New Roman"/>
          <w:color w:val="000000"/>
          <w:lang w:val="pl-PL"/>
        </w:rPr>
        <w:t>N</w:t>
      </w:r>
      <w:r w:rsidR="00000000" w:rsidRPr="00BA0196">
        <w:rPr>
          <w:rFonts w:eastAsia="Times New Roman"/>
          <w:color w:val="000000"/>
          <w:lang w:val="pl-PL"/>
        </w:rPr>
        <w:t>ie należymy do żadnej grupy kapitałowej*.</w:t>
      </w:r>
    </w:p>
    <w:p w14:paraId="25026424" w14:textId="77777777" w:rsidR="00F05784" w:rsidRPr="00BA0196" w:rsidRDefault="00000000">
      <w:pPr>
        <w:jc w:val="both"/>
        <w:rPr>
          <w:lang w:val="pl-PL"/>
        </w:rPr>
      </w:pPr>
      <w:r w:rsidRPr="00BA0196">
        <w:rPr>
          <w:rFonts w:eastAsia="Times New Roman"/>
          <w:color w:val="000000"/>
          <w:lang w:val="pl-PL"/>
        </w:rPr>
        <w:t>* zaznaczyć właściwe, pozostałe skreślić</w:t>
      </w:r>
    </w:p>
    <w:p w14:paraId="75C90122" w14:textId="77777777" w:rsidR="00BA0196" w:rsidRDefault="00BA0196">
      <w:pPr>
        <w:jc w:val="both"/>
        <w:rPr>
          <w:rFonts w:eastAsia="Times New Roman"/>
          <w:b/>
          <w:color w:val="000000"/>
          <w:lang w:val="pl-PL"/>
        </w:rPr>
      </w:pPr>
    </w:p>
    <w:p w14:paraId="67C87817" w14:textId="694ACDE0" w:rsidR="00F05784" w:rsidRPr="00BA0196" w:rsidRDefault="00000000">
      <w:pPr>
        <w:jc w:val="both"/>
        <w:rPr>
          <w:lang w:val="pl-PL"/>
        </w:rPr>
      </w:pPr>
      <w:r w:rsidRPr="00BA0196">
        <w:rPr>
          <w:rFonts w:eastAsia="Times New Roman"/>
          <w:b/>
          <w:color w:val="000000"/>
          <w:lang w:val="pl-PL"/>
        </w:rPr>
        <w:t>Oświadczam/oświadczamy, że informacje są aktualne i zgodne z prawdą.</w:t>
      </w:r>
    </w:p>
    <w:p w14:paraId="3F4100DB" w14:textId="77777777" w:rsidR="00BA0196" w:rsidRDefault="00BA0196">
      <w:pPr>
        <w:jc w:val="center"/>
        <w:rPr>
          <w:rFonts w:eastAsia="Times New Roman"/>
          <w:i/>
          <w:color w:val="000000"/>
          <w:lang w:val="pl-PL"/>
        </w:rPr>
      </w:pPr>
    </w:p>
    <w:p w14:paraId="10B40158" w14:textId="3B3D71BC" w:rsidR="00F05784" w:rsidRPr="00BA0196" w:rsidRDefault="00000000">
      <w:pPr>
        <w:jc w:val="center"/>
        <w:rPr>
          <w:lang w:val="pl-PL"/>
        </w:rPr>
      </w:pPr>
      <w:r w:rsidRPr="00BA0196">
        <w:rPr>
          <w:rFonts w:eastAsia="Times New Roman"/>
          <w:i/>
          <w:color w:val="000000"/>
          <w:lang w:val="pl-PL"/>
        </w:rPr>
        <w:t>Dokument należy podpisać elektronicznie.</w:t>
      </w:r>
    </w:p>
    <w:sectPr w:rsidR="00F05784" w:rsidRPr="00BA0196" w:rsidSect="00034616">
      <w:footerReference w:type="default" r:id="rId8"/>
      <w:pgSz w:w="11906" w:h="16838"/>
      <w:pgMar w:top="1247" w:right="1417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E820B" w14:textId="77777777" w:rsidR="00595610" w:rsidRDefault="00595610">
      <w:pPr>
        <w:spacing w:after="0"/>
      </w:pPr>
      <w:r>
        <w:separator/>
      </w:r>
    </w:p>
  </w:endnote>
  <w:endnote w:type="continuationSeparator" w:id="0">
    <w:p w14:paraId="75E6B4EB" w14:textId="77777777" w:rsidR="00595610" w:rsidRDefault="005956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D98BC" w14:textId="77777777" w:rsidR="00F05784" w:rsidRDefault="00000000">
    <w:pPr>
      <w:pStyle w:val="Stopka"/>
      <w:jc w:val="center"/>
    </w:pPr>
    <w:r>
      <w:rPr>
        <w:rFonts w:eastAsia="Times New Roman"/>
        <w:color w:val="000000"/>
        <w:sz w:val="18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BA019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60B76" w14:textId="77777777" w:rsidR="00595610" w:rsidRDefault="00595610">
      <w:pPr>
        <w:spacing w:after="0"/>
      </w:pPr>
      <w:r>
        <w:separator/>
      </w:r>
    </w:p>
  </w:footnote>
  <w:footnote w:type="continuationSeparator" w:id="0">
    <w:p w14:paraId="1A7D1762" w14:textId="77777777" w:rsidR="00595610" w:rsidRDefault="0059561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0A6A02"/>
    <w:multiLevelType w:val="hybridMultilevel"/>
    <w:tmpl w:val="3A9022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035967">
    <w:abstractNumId w:val="8"/>
  </w:num>
  <w:num w:numId="2" w16cid:durableId="438718428">
    <w:abstractNumId w:val="6"/>
  </w:num>
  <w:num w:numId="3" w16cid:durableId="759722417">
    <w:abstractNumId w:val="5"/>
  </w:num>
  <w:num w:numId="4" w16cid:durableId="218060201">
    <w:abstractNumId w:val="4"/>
  </w:num>
  <w:num w:numId="5" w16cid:durableId="425925738">
    <w:abstractNumId w:val="7"/>
  </w:num>
  <w:num w:numId="6" w16cid:durableId="934753404">
    <w:abstractNumId w:val="3"/>
  </w:num>
  <w:num w:numId="7" w16cid:durableId="1445344639">
    <w:abstractNumId w:val="2"/>
  </w:num>
  <w:num w:numId="8" w16cid:durableId="47922827">
    <w:abstractNumId w:val="1"/>
  </w:num>
  <w:num w:numId="9" w16cid:durableId="598830108">
    <w:abstractNumId w:val="0"/>
  </w:num>
  <w:num w:numId="10" w16cid:durableId="18763125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5610"/>
    <w:rsid w:val="007355E9"/>
    <w:rsid w:val="00AA1D8D"/>
    <w:rsid w:val="00B47730"/>
    <w:rsid w:val="00BA0196"/>
    <w:rsid w:val="00CB0664"/>
    <w:rsid w:val="00F057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EA4CE5"/>
  <w14:defaultImageDpi w14:val="300"/>
  <w15:docId w15:val="{492A4FB3-2C74-4050-8238-244AA736D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Teatr Powszechny im. Jana Kochanowskiego w Radomiu</dc:creator>
  <cp:keywords/>
  <dc:description>generated by python-docx</dc:description>
  <cp:lastModifiedBy>Katarzyna Tomala</cp:lastModifiedBy>
  <cp:revision>3</cp:revision>
  <dcterms:created xsi:type="dcterms:W3CDTF">2013-12-23T23:15:00Z</dcterms:created>
  <dcterms:modified xsi:type="dcterms:W3CDTF">2026-10-14T16:11:00Z</dcterms:modified>
  <cp:category/>
</cp:coreProperties>
</file>