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200" w:line="240" w:lineRule="auto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ZAŁĄCZNIK NR 8 DO SWZ</w:t>
      </w:r>
    </w:p>
    <w:p>
      <w:pPr>
        <w:keepNext w:val="0"/>
        <w:spacing w:before="0" w:after="12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OŚWIADCZENIE O AKTUALNOŚCI INFORMACJI</w:t>
      </w:r>
    </w:p>
    <w:p>
      <w:pPr>
        <w:keepNext w:val="0"/>
        <w:spacing w:before="0" w:after="20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000000"/>
          <w:sz w:val="20"/>
        </w:rPr>
        <w:t>zawartych w oświadczeniu z art. 125 ust. 1 Pzp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</w:tblPr>
      <w:tblGrid>
        <w:gridCol w:w="4536"/>
        <w:gridCol w:w="4536"/>
      </w:tblGrid>
      <w:tr>
        <w:tc>
          <w:tcPr>
            <w:tcW w:type="dxa" w:w="45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ZAMAWIAJĄCY</w:t>
            </w:r>
          </w:p>
        </w:tc>
        <w:tc>
          <w:tcPr>
            <w:tcW w:type="dxa" w:w="45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Teatr Powszechny im. Jana Kochanowskiego w Radomiu</w:t>
              <w:br/>
              <w:t>pl. Jagielloński 15, 26-600 Radom</w:t>
              <w:br/>
              <w:t>NIP: 796-007-84-47</w:t>
            </w:r>
          </w:p>
        </w:tc>
      </w:tr>
      <w:tr>
        <w:tc>
          <w:tcPr>
            <w:tcW w:type="dxa" w:w="45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PODMIOT SKŁADAJĄCY OŚWIADCZENIE</w:t>
            </w:r>
          </w:p>
        </w:tc>
        <w:tc>
          <w:tcPr>
            <w:tcW w:type="dxa" w:w="45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Nazwa/firma: .............................................................................................</w:t>
              <w:br/>
              <w:t>Adres: ...........................................................................................................</w:t>
              <w:br/>
              <w:t>NIP/REGON/KRS/CEIDG: .............................................................................</w:t>
            </w:r>
          </w:p>
        </w:tc>
      </w:tr>
      <w:tr>
        <w:tc>
          <w:tcPr>
            <w:tcW w:type="dxa" w:w="45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KONTAKT</w:t>
            </w:r>
          </w:p>
        </w:tc>
        <w:tc>
          <w:tcPr>
            <w:tcW w:type="dxa" w:w="45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E-mail: ..........................................................  Telefon: ....................................................</w:t>
            </w:r>
          </w:p>
        </w:tc>
      </w:tr>
      <w:tr>
        <w:tc>
          <w:tcPr>
            <w:tcW w:type="dxa" w:w="45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REPREZENTACJA</w:t>
            </w:r>
          </w:p>
        </w:tc>
        <w:tc>
          <w:tcPr>
            <w:tcW w:type="dxa" w:w="45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Imię, nazwisko, funkcja i podstawa umocowania: .................................................................</w:t>
            </w:r>
          </w:p>
        </w:tc>
      </w:tr>
    </w:tbl>
    <w:p>
      <w:pPr>
        <w:keepNext w:val="0"/>
        <w:spacing w:before="0" w:after="40" w:line="240" w:lineRule="auto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</w:r>
    </w:p>
    <w:p>
      <w:pPr>
        <w:keepNext w:val="0"/>
        <w:spacing w:before="0" w:after="80" w:line="240" w:lineRule="auto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Oświadczam/oświadczamy, że informacje dotyczące braku podstaw wykluczenia zawarte w oświadczeniu złożonym wraz z ofertą pozostają aktualne w zakresie:</w:t>
      </w:r>
    </w:p>
    <w:p>
      <w:pPr>
        <w:keepNext w:val="0"/>
        <w:spacing w:before="0" w:after="80" w:line="240" w:lineRule="auto"/>
        <w:ind w:left="312" w:hanging="312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1. art. 108 ust. 1 Pzp;</w:t>
      </w:r>
    </w:p>
    <w:p>
      <w:pPr>
        <w:keepNext w:val="0"/>
        <w:spacing w:before="0" w:after="80" w:line="240" w:lineRule="auto"/>
        <w:ind w:left="312" w:hanging="312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2. art. 109 ust. 1 pkt 4, 5, 7, 8 i 10 Pzp;</w:t>
      </w:r>
    </w:p>
    <w:p>
      <w:pPr>
        <w:keepNext w:val="0"/>
        <w:spacing w:before="0" w:after="80" w:line="240" w:lineRule="auto"/>
        <w:ind w:left="312" w:hanging="312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3. art. 7 ust. 1 ustawy z 13 kwietnia 2022 r. o przeciwdziałaniu wspieraniu agresji na Ukrainę;</w:t>
      </w:r>
    </w:p>
    <w:p>
      <w:pPr>
        <w:keepNext w:val="0"/>
        <w:spacing w:before="0" w:after="80" w:line="240" w:lineRule="auto"/>
        <w:ind w:left="312" w:hanging="312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4. innych bezpośrednio obowiązujących sankcji Unii Europejskiej, jeżeli mają zastosowanie.</w:t>
      </w:r>
    </w:p>
    <w:p>
      <w:pPr>
        <w:keepNext w:val="0"/>
        <w:spacing w:before="0" w:after="80" w:line="240" w:lineRule="auto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Zmiana okoliczności od dnia złożenia oświadczenia (jeżeli wystąpiła): ................................................................................................................................................................</w:t>
      </w:r>
    </w:p>
    <w:p>
      <w:pPr>
        <w:keepNext w:val="0"/>
        <w:spacing w:before="0" w:after="80" w:line="240" w:lineRule="auto"/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Oświadczam/oświadczamy, że informacje są zgodne z prawdą.</w:t>
      </w:r>
    </w:p>
    <w:p>
      <w:pPr>
        <w:keepNext w:val="0"/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000000"/>
          <w:sz w:val="22"/>
        </w:rPr>
        <w:t>Dokument należy podpisać elektronicznie.</w:t>
      </w:r>
    </w:p>
    <w:sectPr w:rsidR="00FC693F" w:rsidRPr="0006063C" w:rsidSect="00034616">
      <w:footerReference w:type="default" r:id="rId9"/>
      <w:pgSz w:w="11906" w:h="16838"/>
      <w:pgMar w:top="1247" w:right="1417" w:bottom="1134" w:left="141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000000"/>
        <w:sz w:val="18"/>
      </w:rPr>
      <w:t xml:space="preserve">Strona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Teatr Powszechny im. Jana Kochanowskiego w Radomiu</dc:creator>
  <cp:keywords/>
  <dc:description>generated by python-docx</dc:description>
  <cp:lastModifiedBy>Teatr Powszechny im. Jana Kochanowskiego w Radomiu</cp:lastModifiedBy>
  <cp:revision>1</cp:revision>
  <dcterms:created xsi:type="dcterms:W3CDTF">2013-12-23T23:15:00Z</dcterms:created>
  <dcterms:modified xsi:type="dcterms:W3CDTF">2013-12-23T23:15:00Z</dcterms:modified>
  <cp:category/>
</cp:coreProperties>
</file>