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77C22" w14:textId="77777777" w:rsidR="00935510" w:rsidRPr="009F69F2" w:rsidRDefault="00000000" w:rsidP="009F69F2">
      <w:pPr>
        <w:spacing w:after="200"/>
        <w:jc w:val="right"/>
        <w:rPr>
          <w:lang w:val="pl-PL"/>
        </w:rPr>
      </w:pPr>
      <w:r w:rsidRPr="009F69F2">
        <w:rPr>
          <w:rFonts w:eastAsia="Times New Roman"/>
          <w:b/>
          <w:color w:val="000000"/>
          <w:lang w:val="pl-PL"/>
        </w:rPr>
        <w:t>ZAŁĄCZNIK NR 1 DO SWZ</w:t>
      </w:r>
    </w:p>
    <w:p w14:paraId="5831EB88" w14:textId="77777777" w:rsidR="00935510" w:rsidRPr="009F69F2" w:rsidRDefault="00000000">
      <w:pPr>
        <w:spacing w:after="120"/>
        <w:jc w:val="center"/>
        <w:rPr>
          <w:lang w:val="pl-PL"/>
        </w:rPr>
      </w:pPr>
      <w:r w:rsidRPr="009F69F2">
        <w:rPr>
          <w:rFonts w:eastAsia="Times New Roman"/>
          <w:b/>
          <w:color w:val="000000"/>
          <w:sz w:val="26"/>
          <w:lang w:val="pl-PL"/>
        </w:rPr>
        <w:t>FORMULARZ OFERTOWY</w:t>
      </w:r>
    </w:p>
    <w:p w14:paraId="0E25AFAE" w14:textId="77777777" w:rsidR="00935510" w:rsidRPr="009F69F2" w:rsidRDefault="00000000">
      <w:pPr>
        <w:spacing w:after="200"/>
        <w:jc w:val="center"/>
        <w:rPr>
          <w:lang w:val="pl-PL"/>
        </w:rPr>
      </w:pPr>
      <w:r w:rsidRPr="009F69F2">
        <w:rPr>
          <w:rFonts w:eastAsia="Times New Roman"/>
          <w:i/>
          <w:color w:val="000000"/>
          <w:sz w:val="20"/>
          <w:lang w:val="pl-PL"/>
        </w:rPr>
        <w:t>Dostawa energii elektrycznej dla Teatru Powszechnego w Radomiu w latach 2027–2028</w:t>
      </w:r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4536"/>
        <w:gridCol w:w="4536"/>
      </w:tblGrid>
      <w:tr w:rsidR="00935510" w:rsidRPr="00BD5012" w14:paraId="429910D2" w14:textId="77777777">
        <w:trPr>
          <w:jc w:val="center"/>
        </w:trPr>
        <w:tc>
          <w:tcPr>
            <w:tcW w:w="453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6D14F92" w14:textId="77777777" w:rsidR="00935510" w:rsidRPr="00BD5012" w:rsidRDefault="00000000">
            <w:pPr>
              <w:spacing w:after="0"/>
              <w:rPr>
                <w:sz w:val="20"/>
                <w:szCs w:val="24"/>
                <w:lang w:val="pl-PL"/>
              </w:rPr>
            </w:pPr>
            <w:r w:rsidRPr="00BD5012">
              <w:rPr>
                <w:rFonts w:eastAsia="Times New Roman"/>
                <w:b/>
                <w:color w:val="000000"/>
                <w:sz w:val="20"/>
                <w:szCs w:val="24"/>
                <w:lang w:val="pl-PL"/>
              </w:rPr>
              <w:t>ZAMAWIAJĄCY</w:t>
            </w:r>
          </w:p>
        </w:tc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36E67812" w14:textId="650CD02A" w:rsidR="00935510" w:rsidRPr="00BD5012" w:rsidRDefault="00000000">
            <w:pPr>
              <w:spacing w:after="0"/>
              <w:rPr>
                <w:sz w:val="20"/>
                <w:szCs w:val="24"/>
                <w:lang w:val="pl-PL"/>
              </w:rPr>
            </w:pPr>
            <w:r w:rsidRPr="00BD5012">
              <w:rPr>
                <w:rFonts w:eastAsia="Times New Roman"/>
                <w:color w:val="000000"/>
                <w:sz w:val="20"/>
                <w:szCs w:val="24"/>
                <w:lang w:val="pl-PL"/>
              </w:rPr>
              <w:t xml:space="preserve">Teatr Powszechny im. Jana Kochanowskiego </w:t>
            </w:r>
            <w:r w:rsidR="00DE7EA9">
              <w:rPr>
                <w:rFonts w:eastAsia="Times New Roman"/>
                <w:color w:val="000000"/>
                <w:sz w:val="20"/>
                <w:szCs w:val="24"/>
                <w:lang w:val="pl-PL"/>
              </w:rPr>
              <w:br/>
            </w:r>
            <w:r w:rsidRPr="00BD5012">
              <w:rPr>
                <w:rFonts w:eastAsia="Times New Roman"/>
                <w:color w:val="000000"/>
                <w:sz w:val="20"/>
                <w:szCs w:val="24"/>
                <w:lang w:val="pl-PL"/>
              </w:rPr>
              <w:t>w Radomiu</w:t>
            </w:r>
            <w:r w:rsidRPr="00BD5012">
              <w:rPr>
                <w:rFonts w:eastAsia="Times New Roman"/>
                <w:color w:val="000000"/>
                <w:sz w:val="20"/>
                <w:szCs w:val="24"/>
                <w:lang w:val="pl-PL"/>
              </w:rPr>
              <w:br/>
              <w:t>pl. Jagielloński 15, 26-600 Radom</w:t>
            </w:r>
            <w:r w:rsidRPr="00BD5012">
              <w:rPr>
                <w:rFonts w:eastAsia="Times New Roman"/>
                <w:color w:val="000000"/>
                <w:sz w:val="20"/>
                <w:szCs w:val="24"/>
                <w:lang w:val="pl-PL"/>
              </w:rPr>
              <w:br/>
              <w:t>NIP: 796-007-84-47</w:t>
            </w:r>
          </w:p>
        </w:tc>
      </w:tr>
      <w:tr w:rsidR="00935510" w:rsidRPr="00DE7EA9" w14:paraId="72BBF492" w14:textId="77777777">
        <w:trPr>
          <w:jc w:val="center"/>
        </w:trPr>
        <w:tc>
          <w:tcPr>
            <w:tcW w:w="453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52730AB" w14:textId="77777777" w:rsidR="00935510" w:rsidRPr="00BD5012" w:rsidRDefault="00000000">
            <w:pPr>
              <w:spacing w:after="0"/>
              <w:rPr>
                <w:sz w:val="20"/>
                <w:szCs w:val="24"/>
                <w:lang w:val="pl-PL"/>
              </w:rPr>
            </w:pPr>
            <w:r w:rsidRPr="00BD5012">
              <w:rPr>
                <w:rFonts w:eastAsia="Times New Roman"/>
                <w:b/>
                <w:color w:val="000000"/>
                <w:sz w:val="20"/>
                <w:szCs w:val="24"/>
                <w:lang w:val="pl-PL"/>
              </w:rPr>
              <w:t>WYKONAWCA</w:t>
            </w:r>
          </w:p>
        </w:tc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B82C492" w14:textId="606647C4" w:rsidR="00935510" w:rsidRPr="00BD5012" w:rsidRDefault="00000000">
            <w:pPr>
              <w:spacing w:after="0"/>
              <w:rPr>
                <w:sz w:val="20"/>
                <w:szCs w:val="24"/>
                <w:lang w:val="pl-PL"/>
              </w:rPr>
            </w:pPr>
            <w:r w:rsidRPr="00BD5012">
              <w:rPr>
                <w:rFonts w:eastAsia="Times New Roman"/>
                <w:color w:val="000000"/>
                <w:sz w:val="20"/>
                <w:szCs w:val="24"/>
                <w:lang w:val="pl-PL"/>
              </w:rPr>
              <w:t>Nazwa/firma: ......................................................................................</w:t>
            </w:r>
            <w:r w:rsidRPr="00BD5012">
              <w:rPr>
                <w:rFonts w:eastAsia="Times New Roman"/>
                <w:color w:val="000000"/>
                <w:sz w:val="20"/>
                <w:szCs w:val="24"/>
                <w:lang w:val="pl-PL"/>
              </w:rPr>
              <w:br/>
              <w:t>Adres: ......................................................................................</w:t>
            </w:r>
            <w:r w:rsidRPr="00BD5012">
              <w:rPr>
                <w:rFonts w:eastAsia="Times New Roman"/>
                <w:color w:val="000000"/>
                <w:sz w:val="20"/>
                <w:szCs w:val="24"/>
                <w:lang w:val="pl-PL"/>
              </w:rPr>
              <w:br/>
              <w:t>NIP/REGON/KRS/CEIDG: .............................................................................</w:t>
            </w:r>
          </w:p>
        </w:tc>
      </w:tr>
      <w:tr w:rsidR="00935510" w:rsidRPr="00BD5012" w14:paraId="50993D25" w14:textId="77777777">
        <w:trPr>
          <w:jc w:val="center"/>
        </w:trPr>
        <w:tc>
          <w:tcPr>
            <w:tcW w:w="453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FA27595" w14:textId="77777777" w:rsidR="00935510" w:rsidRPr="00BD5012" w:rsidRDefault="00000000">
            <w:pPr>
              <w:spacing w:after="0"/>
              <w:rPr>
                <w:sz w:val="20"/>
                <w:szCs w:val="24"/>
                <w:lang w:val="pl-PL"/>
              </w:rPr>
            </w:pPr>
            <w:r w:rsidRPr="00BD5012">
              <w:rPr>
                <w:rFonts w:eastAsia="Times New Roman"/>
                <w:b/>
                <w:color w:val="000000"/>
                <w:sz w:val="20"/>
                <w:szCs w:val="24"/>
                <w:lang w:val="pl-PL"/>
              </w:rPr>
              <w:t>KONTAKT</w:t>
            </w:r>
          </w:p>
        </w:tc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685A861" w14:textId="77777777" w:rsidR="00935510" w:rsidRPr="00BD5012" w:rsidRDefault="00000000">
            <w:pPr>
              <w:spacing w:after="0"/>
              <w:rPr>
                <w:sz w:val="20"/>
                <w:szCs w:val="24"/>
                <w:lang w:val="pl-PL"/>
              </w:rPr>
            </w:pPr>
            <w:r w:rsidRPr="00BD5012">
              <w:rPr>
                <w:rFonts w:eastAsia="Times New Roman"/>
                <w:color w:val="000000"/>
                <w:sz w:val="20"/>
                <w:szCs w:val="24"/>
                <w:lang w:val="pl-PL"/>
              </w:rPr>
              <w:t>E-mail: ..........................................................  Telefon: ....................................................</w:t>
            </w:r>
          </w:p>
        </w:tc>
      </w:tr>
      <w:tr w:rsidR="00935510" w:rsidRPr="00DE7EA9" w14:paraId="1093E6B3" w14:textId="77777777">
        <w:trPr>
          <w:jc w:val="center"/>
        </w:trPr>
        <w:tc>
          <w:tcPr>
            <w:tcW w:w="4536" w:type="dxa"/>
            <w:shd w:val="clear" w:color="auto" w:fill="E7E6E6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1CB9F37" w14:textId="77777777" w:rsidR="00935510" w:rsidRPr="00BD5012" w:rsidRDefault="00000000">
            <w:pPr>
              <w:spacing w:after="0"/>
              <w:rPr>
                <w:sz w:val="20"/>
                <w:szCs w:val="24"/>
                <w:lang w:val="pl-PL"/>
              </w:rPr>
            </w:pPr>
            <w:r w:rsidRPr="00BD5012">
              <w:rPr>
                <w:rFonts w:eastAsia="Times New Roman"/>
                <w:b/>
                <w:color w:val="000000"/>
                <w:sz w:val="20"/>
                <w:szCs w:val="24"/>
                <w:lang w:val="pl-PL"/>
              </w:rPr>
              <w:t>REPREZENTACJA</w:t>
            </w:r>
          </w:p>
        </w:tc>
        <w:tc>
          <w:tcPr>
            <w:tcW w:w="4536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BA7D49A" w14:textId="77777777" w:rsidR="00935510" w:rsidRPr="00BD5012" w:rsidRDefault="00000000">
            <w:pPr>
              <w:spacing w:after="0"/>
              <w:rPr>
                <w:sz w:val="20"/>
                <w:szCs w:val="24"/>
                <w:lang w:val="pl-PL"/>
              </w:rPr>
            </w:pPr>
            <w:r w:rsidRPr="00BD5012">
              <w:rPr>
                <w:rFonts w:eastAsia="Times New Roman"/>
                <w:color w:val="000000"/>
                <w:sz w:val="20"/>
                <w:szCs w:val="24"/>
                <w:lang w:val="pl-PL"/>
              </w:rPr>
              <w:t>Imię, nazwisko, funkcja i podstawa umocowania: .................................................................</w:t>
            </w:r>
          </w:p>
        </w:tc>
      </w:tr>
    </w:tbl>
    <w:p w14:paraId="150610D6" w14:textId="77777777" w:rsidR="00935510" w:rsidRPr="009F69F2" w:rsidRDefault="00935510">
      <w:pPr>
        <w:spacing w:after="40"/>
        <w:jc w:val="both"/>
        <w:rPr>
          <w:lang w:val="pl-PL"/>
        </w:rPr>
      </w:pPr>
    </w:p>
    <w:p w14:paraId="24C090E0" w14:textId="77777777" w:rsidR="00935510" w:rsidRPr="009F69F2" w:rsidRDefault="00000000">
      <w:pPr>
        <w:jc w:val="both"/>
        <w:rPr>
          <w:lang w:val="pl-PL"/>
        </w:rPr>
      </w:pPr>
      <w:r w:rsidRPr="009F69F2">
        <w:rPr>
          <w:rFonts w:eastAsia="Times New Roman"/>
          <w:color w:val="000000"/>
          <w:lang w:val="pl-PL"/>
        </w:rPr>
        <w:t>Składając ofertę w postępowaniu nr ………………………………, oferujemy wykonanie zamówienia na warunkach SWZ:</w:t>
      </w:r>
    </w:p>
    <w:tbl>
      <w:tblPr>
        <w:tblW w:w="9450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795"/>
        <w:gridCol w:w="1512"/>
        <w:gridCol w:w="1701"/>
        <w:gridCol w:w="1512"/>
        <w:gridCol w:w="1182"/>
        <w:gridCol w:w="1748"/>
      </w:tblGrid>
      <w:tr w:rsidR="00935510" w:rsidRPr="009F69F2" w14:paraId="5E3B8575" w14:textId="77777777" w:rsidTr="009F69F2">
        <w:trPr>
          <w:tblHeader/>
          <w:jc w:val="center"/>
        </w:trPr>
        <w:tc>
          <w:tcPr>
            <w:tcW w:w="1795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A829E85" w14:textId="77777777" w:rsidR="00935510" w:rsidRPr="00526FF4" w:rsidRDefault="00000000">
            <w:pPr>
              <w:spacing w:after="0"/>
              <w:jc w:val="center"/>
              <w:rPr>
                <w:szCs w:val="32"/>
                <w:lang w:val="pl-PL"/>
              </w:rPr>
            </w:pPr>
            <w:r w:rsidRPr="00526FF4">
              <w:rPr>
                <w:rFonts w:eastAsia="Times New Roman"/>
                <w:b/>
                <w:color w:val="000000"/>
                <w:szCs w:val="32"/>
                <w:lang w:val="pl-PL"/>
              </w:rPr>
              <w:t>Przedmiot</w:t>
            </w:r>
          </w:p>
        </w:tc>
        <w:tc>
          <w:tcPr>
            <w:tcW w:w="1512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008102F" w14:textId="77777777" w:rsidR="00935510" w:rsidRPr="00526FF4" w:rsidRDefault="00000000">
            <w:pPr>
              <w:spacing w:after="0"/>
              <w:jc w:val="center"/>
              <w:rPr>
                <w:szCs w:val="32"/>
                <w:lang w:val="pl-PL"/>
              </w:rPr>
            </w:pPr>
            <w:r w:rsidRPr="00526FF4">
              <w:rPr>
                <w:rFonts w:eastAsia="Times New Roman"/>
                <w:b/>
                <w:color w:val="000000"/>
                <w:szCs w:val="32"/>
                <w:lang w:val="pl-PL"/>
              </w:rPr>
              <w:t>Szacowana ilość</w:t>
            </w:r>
          </w:p>
        </w:tc>
        <w:tc>
          <w:tcPr>
            <w:tcW w:w="1701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061B9EF" w14:textId="77777777" w:rsidR="00935510" w:rsidRPr="00526FF4" w:rsidRDefault="00000000">
            <w:pPr>
              <w:spacing w:after="0"/>
              <w:jc w:val="center"/>
              <w:rPr>
                <w:szCs w:val="32"/>
                <w:lang w:val="pl-PL"/>
              </w:rPr>
            </w:pPr>
            <w:r w:rsidRPr="00526FF4">
              <w:rPr>
                <w:rFonts w:eastAsia="Times New Roman"/>
                <w:b/>
                <w:color w:val="000000"/>
                <w:szCs w:val="32"/>
                <w:lang w:val="pl-PL"/>
              </w:rPr>
              <w:t>Cena jednostkowa netto [zł/kWh] (do 5 miejsc)</w:t>
            </w:r>
          </w:p>
        </w:tc>
        <w:tc>
          <w:tcPr>
            <w:tcW w:w="1512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026DE04" w14:textId="2912DFED" w:rsidR="00935510" w:rsidRPr="00526FF4" w:rsidRDefault="00000000">
            <w:pPr>
              <w:spacing w:after="0"/>
              <w:jc w:val="center"/>
              <w:rPr>
                <w:szCs w:val="32"/>
                <w:lang w:val="pl-PL"/>
              </w:rPr>
            </w:pPr>
            <w:r w:rsidRPr="00526FF4">
              <w:rPr>
                <w:rFonts w:eastAsia="Times New Roman"/>
                <w:b/>
                <w:color w:val="000000"/>
                <w:szCs w:val="32"/>
                <w:lang w:val="pl-PL"/>
              </w:rPr>
              <w:t>Wartość netto [zł]</w:t>
            </w:r>
            <w:r w:rsidR="00526FF4">
              <w:rPr>
                <w:rFonts w:eastAsia="Times New Roman"/>
                <w:b/>
                <w:color w:val="000000"/>
                <w:szCs w:val="32"/>
                <w:lang w:val="pl-PL"/>
              </w:rPr>
              <w:br/>
              <w:t>(do 2 miejsc)</w:t>
            </w:r>
          </w:p>
        </w:tc>
        <w:tc>
          <w:tcPr>
            <w:tcW w:w="1182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201147" w14:textId="77777777" w:rsidR="00935510" w:rsidRPr="00526FF4" w:rsidRDefault="00000000">
            <w:pPr>
              <w:spacing w:after="0"/>
              <w:jc w:val="center"/>
              <w:rPr>
                <w:szCs w:val="32"/>
                <w:lang w:val="pl-PL"/>
              </w:rPr>
            </w:pPr>
            <w:r w:rsidRPr="00526FF4">
              <w:rPr>
                <w:rFonts w:eastAsia="Times New Roman"/>
                <w:b/>
                <w:color w:val="000000"/>
                <w:szCs w:val="32"/>
                <w:lang w:val="pl-PL"/>
              </w:rPr>
              <w:t>VAT [%]</w:t>
            </w:r>
          </w:p>
        </w:tc>
        <w:tc>
          <w:tcPr>
            <w:tcW w:w="1748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4391C1" w14:textId="77777777" w:rsidR="00935510" w:rsidRPr="00526FF4" w:rsidRDefault="00000000">
            <w:pPr>
              <w:spacing w:after="0"/>
              <w:jc w:val="center"/>
              <w:rPr>
                <w:szCs w:val="32"/>
                <w:lang w:val="pl-PL"/>
              </w:rPr>
            </w:pPr>
            <w:r w:rsidRPr="00526FF4">
              <w:rPr>
                <w:rFonts w:eastAsia="Times New Roman"/>
                <w:b/>
                <w:color w:val="000000"/>
                <w:szCs w:val="32"/>
                <w:lang w:val="pl-PL"/>
              </w:rPr>
              <w:t>Cena brutto [zł]</w:t>
            </w:r>
          </w:p>
        </w:tc>
      </w:tr>
      <w:tr w:rsidR="00935510" w:rsidRPr="009F69F2" w14:paraId="5D933FBC" w14:textId="77777777" w:rsidTr="009F69F2">
        <w:trPr>
          <w:cantSplit/>
          <w:jc w:val="center"/>
        </w:trPr>
        <w:tc>
          <w:tcPr>
            <w:tcW w:w="179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C7BCC85" w14:textId="77777777" w:rsidR="00935510" w:rsidRPr="00526FF4" w:rsidRDefault="00000000">
            <w:pPr>
              <w:spacing w:after="0"/>
              <w:jc w:val="center"/>
              <w:rPr>
                <w:szCs w:val="32"/>
                <w:lang w:val="pl-PL"/>
              </w:rPr>
            </w:pPr>
            <w:r w:rsidRPr="00526FF4">
              <w:rPr>
                <w:rFonts w:eastAsia="Times New Roman"/>
                <w:color w:val="000000"/>
                <w:szCs w:val="32"/>
                <w:lang w:val="pl-PL"/>
              </w:rPr>
              <w:t>Sprzedaż energii elektrycznej w okresie 01.01.2027–31.12.2028, wraz ze wszystkimi kosztami sprzedaży i zmiany sprzedawcy</w:t>
            </w:r>
          </w:p>
        </w:tc>
        <w:tc>
          <w:tcPr>
            <w:tcW w:w="15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461DD30" w14:textId="77777777" w:rsidR="00935510" w:rsidRPr="00526FF4" w:rsidRDefault="00000000">
            <w:pPr>
              <w:spacing w:after="0"/>
              <w:rPr>
                <w:szCs w:val="32"/>
                <w:lang w:val="pl-PL"/>
              </w:rPr>
            </w:pPr>
            <w:r w:rsidRPr="00526FF4">
              <w:rPr>
                <w:rFonts w:eastAsia="Times New Roman"/>
                <w:color w:val="000000"/>
                <w:szCs w:val="32"/>
                <w:lang w:val="pl-PL"/>
              </w:rPr>
              <w:t>440 000 kWh</w:t>
            </w:r>
          </w:p>
        </w:tc>
        <w:tc>
          <w:tcPr>
            <w:tcW w:w="1701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96F503B" w14:textId="522A974B" w:rsidR="00935510" w:rsidRPr="00526FF4" w:rsidRDefault="00000000">
            <w:pPr>
              <w:spacing w:after="0"/>
              <w:rPr>
                <w:szCs w:val="32"/>
                <w:lang w:val="pl-PL"/>
              </w:rPr>
            </w:pPr>
            <w:r w:rsidRPr="00526FF4">
              <w:rPr>
                <w:rFonts w:eastAsia="Times New Roman"/>
                <w:color w:val="000000"/>
                <w:szCs w:val="32"/>
                <w:lang w:val="pl-PL"/>
              </w:rPr>
              <w:t>……………</w:t>
            </w:r>
          </w:p>
        </w:tc>
        <w:tc>
          <w:tcPr>
            <w:tcW w:w="151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1E65C073" w14:textId="6749B649" w:rsidR="00935510" w:rsidRPr="00526FF4" w:rsidRDefault="00000000">
            <w:pPr>
              <w:spacing w:after="0"/>
              <w:rPr>
                <w:szCs w:val="32"/>
                <w:lang w:val="pl-PL"/>
              </w:rPr>
            </w:pPr>
            <w:r w:rsidRPr="00526FF4">
              <w:rPr>
                <w:rFonts w:eastAsia="Times New Roman"/>
                <w:color w:val="000000"/>
                <w:szCs w:val="32"/>
                <w:lang w:val="pl-PL"/>
              </w:rPr>
              <w:t>…………</w:t>
            </w:r>
          </w:p>
        </w:tc>
        <w:tc>
          <w:tcPr>
            <w:tcW w:w="1182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094CD86" w14:textId="77777777" w:rsidR="00935510" w:rsidRPr="00526FF4" w:rsidRDefault="00000000">
            <w:pPr>
              <w:spacing w:after="0"/>
              <w:rPr>
                <w:szCs w:val="32"/>
                <w:lang w:val="pl-PL"/>
              </w:rPr>
            </w:pPr>
            <w:r w:rsidRPr="00526FF4">
              <w:rPr>
                <w:rFonts w:eastAsia="Times New Roman"/>
                <w:color w:val="000000"/>
                <w:szCs w:val="32"/>
                <w:lang w:val="pl-PL"/>
              </w:rPr>
              <w:t>………</w:t>
            </w:r>
          </w:p>
        </w:tc>
        <w:tc>
          <w:tcPr>
            <w:tcW w:w="1748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279D6E0A" w14:textId="4D7C6F1B" w:rsidR="00935510" w:rsidRPr="00526FF4" w:rsidRDefault="00000000">
            <w:pPr>
              <w:spacing w:after="0"/>
              <w:rPr>
                <w:szCs w:val="32"/>
                <w:lang w:val="pl-PL"/>
              </w:rPr>
            </w:pPr>
            <w:r w:rsidRPr="00526FF4">
              <w:rPr>
                <w:rFonts w:eastAsia="Times New Roman"/>
                <w:color w:val="000000"/>
                <w:szCs w:val="32"/>
                <w:lang w:val="pl-PL"/>
              </w:rPr>
              <w:t>………………</w:t>
            </w:r>
          </w:p>
        </w:tc>
      </w:tr>
    </w:tbl>
    <w:p w14:paraId="750101C9" w14:textId="77777777" w:rsidR="00935510" w:rsidRPr="009F69F2" w:rsidRDefault="00935510">
      <w:pPr>
        <w:spacing w:after="0"/>
        <w:jc w:val="both"/>
        <w:rPr>
          <w:lang w:val="pl-PL"/>
        </w:rPr>
      </w:pPr>
    </w:p>
    <w:p w14:paraId="2A61279D" w14:textId="77777777" w:rsidR="00BD5012" w:rsidRDefault="00000000" w:rsidP="00BD5012">
      <w:pPr>
        <w:jc w:val="both"/>
        <w:rPr>
          <w:rFonts w:eastAsia="Times New Roman"/>
          <w:color w:val="000000"/>
          <w:lang w:val="pl-PL"/>
        </w:rPr>
      </w:pPr>
      <w:r w:rsidRPr="009F69F2">
        <w:rPr>
          <w:rFonts w:eastAsia="Times New Roman"/>
          <w:color w:val="000000"/>
          <w:lang w:val="pl-PL"/>
        </w:rPr>
        <w:t>Cena brutto słowni</w:t>
      </w:r>
      <w:r w:rsidR="00BD5012">
        <w:rPr>
          <w:rFonts w:eastAsia="Times New Roman"/>
          <w:color w:val="000000"/>
          <w:lang w:val="pl-PL"/>
        </w:rPr>
        <w:t>e………………………………………………………………………………..</w:t>
      </w:r>
      <w:r w:rsidRPr="009F69F2">
        <w:rPr>
          <w:rFonts w:eastAsia="Times New Roman"/>
          <w:color w:val="000000"/>
          <w:lang w:val="pl-PL"/>
        </w:rPr>
        <w:t>..........</w:t>
      </w:r>
    </w:p>
    <w:p w14:paraId="7C2CC507" w14:textId="68128ABB" w:rsidR="00BD5012" w:rsidRPr="00BD5012" w:rsidRDefault="00BD5012" w:rsidP="00BD5012">
      <w:pPr>
        <w:jc w:val="both"/>
        <w:rPr>
          <w:rFonts w:eastAsia="Times New Roman"/>
          <w:lang w:val="pl-PL"/>
        </w:rPr>
      </w:pPr>
      <w:r>
        <w:rPr>
          <w:rFonts w:eastAsia="Times New Roman"/>
          <w:color w:val="000000"/>
          <w:lang w:val="pl-PL"/>
        </w:rPr>
        <w:br/>
      </w:r>
      <w:r>
        <w:rPr>
          <w:rFonts w:eastAsia="Times New Roman"/>
          <w:bCs/>
          <w:lang w:val="pl-PL"/>
        </w:rPr>
        <w:t>P</w:t>
      </w:r>
      <w:r w:rsidRPr="009F69F2">
        <w:rPr>
          <w:rFonts w:eastAsia="Times New Roman"/>
          <w:color w:val="000000"/>
          <w:lang w:val="pl-PL"/>
        </w:rPr>
        <w:t>odana cena obejmuje cały zakres zamówienia, w tym bilansowanie handlowe, opłaty handlowe oraz przeprowadzenie pierwszej zmiany sprzedawcy; nie obejmuje opłat dystrybucyjnych rozliczanych przez OSD;</w:t>
      </w:r>
    </w:p>
    <w:p w14:paraId="73EF021E" w14:textId="77777777" w:rsidR="00BD5012" w:rsidRDefault="00BD5012" w:rsidP="00BD5012">
      <w:pPr>
        <w:rPr>
          <w:rFonts w:eastAsia="Times New Roman"/>
          <w:b/>
          <w:color w:val="000000"/>
          <w:lang w:val="pl-PL"/>
        </w:rPr>
      </w:pPr>
    </w:p>
    <w:p w14:paraId="465245AE" w14:textId="3B659CA7" w:rsidR="00552EE9" w:rsidRDefault="00000000" w:rsidP="00552EE9">
      <w:pPr>
        <w:rPr>
          <w:rFonts w:eastAsia="Times New Roman"/>
          <w:b/>
          <w:color w:val="000000"/>
          <w:lang w:val="pl-PL"/>
        </w:rPr>
      </w:pPr>
      <w:r w:rsidRPr="009F69F2">
        <w:rPr>
          <w:rFonts w:eastAsia="Times New Roman"/>
          <w:b/>
          <w:color w:val="000000"/>
          <w:lang w:val="pl-PL"/>
        </w:rPr>
        <w:t>OŚWIADCZENIA WYKONAWCY</w:t>
      </w:r>
    </w:p>
    <w:p w14:paraId="140E4AE0" w14:textId="0EF7A32B" w:rsidR="00552EE9" w:rsidRPr="00552EE9" w:rsidRDefault="00552EE9" w:rsidP="00552EE9">
      <w:pPr>
        <w:pStyle w:val="Akapitzlist"/>
        <w:numPr>
          <w:ilvl w:val="0"/>
          <w:numId w:val="11"/>
        </w:numPr>
        <w:ind w:left="357" w:hanging="357"/>
        <w:rPr>
          <w:lang w:val="pl-PL"/>
        </w:rPr>
      </w:pPr>
      <w:r w:rsidRPr="00552EE9">
        <w:rPr>
          <w:lang w:val="pl-PL"/>
        </w:rPr>
        <w:t>Posiadamy ważną koncesję na obrót energią elektryczną nr ………………………, ważną do ………………………;</w:t>
      </w:r>
    </w:p>
    <w:p w14:paraId="035B201C" w14:textId="7F772A03" w:rsidR="00552EE9" w:rsidRPr="00552EE9" w:rsidRDefault="00552EE9" w:rsidP="00552EE9">
      <w:pPr>
        <w:pStyle w:val="Akapitzlist"/>
        <w:numPr>
          <w:ilvl w:val="0"/>
          <w:numId w:val="11"/>
        </w:numPr>
        <w:ind w:left="357" w:hanging="357"/>
        <w:jc w:val="both"/>
        <w:rPr>
          <w:lang w:val="pl-PL"/>
        </w:rPr>
      </w:pPr>
      <w:r w:rsidRPr="00552EE9">
        <w:rPr>
          <w:lang w:val="pl-PL"/>
        </w:rPr>
        <w:t>Posiadamy generalną umowę dystrybucji z właściwym OSD, umożliwiającą sprzedaż energii do PPE Zamawiającego, albo zobowiązujemy się zapewnić jej obowiązywanie najpóźniej w chwili zgłoszenia umowy do OSD;</w:t>
      </w:r>
    </w:p>
    <w:p w14:paraId="59EB9681" w14:textId="085A0DFD" w:rsidR="00552EE9" w:rsidRPr="00552EE9" w:rsidRDefault="00552EE9" w:rsidP="00552EE9">
      <w:pPr>
        <w:pStyle w:val="Akapitzlist"/>
        <w:numPr>
          <w:ilvl w:val="0"/>
          <w:numId w:val="11"/>
        </w:numPr>
        <w:ind w:left="357" w:hanging="357"/>
        <w:jc w:val="both"/>
        <w:rPr>
          <w:lang w:val="pl-PL"/>
        </w:rPr>
      </w:pPr>
      <w:r w:rsidRPr="00552EE9">
        <w:rPr>
          <w:lang w:val="pl-PL"/>
        </w:rPr>
        <w:t xml:space="preserve">Zapoznaliśmy się z SWZ, akceptujemy projekt umowy i zobowiązujemy się przeprowadzić pierwszą zmianę sprzedawcy, w tym czynności dotyczące rozwiązania umowy kompleksowej </w:t>
      </w:r>
    </w:p>
    <w:p w14:paraId="3DF9C5E1" w14:textId="77777777" w:rsidR="00552EE9" w:rsidRPr="00552EE9" w:rsidRDefault="00552EE9" w:rsidP="00552EE9">
      <w:pPr>
        <w:pStyle w:val="Akapitzlist"/>
        <w:ind w:left="357"/>
        <w:jc w:val="both"/>
        <w:rPr>
          <w:lang w:val="pl-PL"/>
        </w:rPr>
      </w:pPr>
      <w:r w:rsidRPr="00552EE9">
        <w:rPr>
          <w:lang w:val="pl-PL"/>
        </w:rPr>
        <w:lastRenderedPageBreak/>
        <w:t>i zawarcia umowy dystrybucyjnej w imieniu Zamawiającego;</w:t>
      </w:r>
    </w:p>
    <w:p w14:paraId="32291B9C" w14:textId="3D18D704" w:rsidR="00552EE9" w:rsidRPr="00552EE9" w:rsidRDefault="00552EE9" w:rsidP="00552EE9">
      <w:pPr>
        <w:pStyle w:val="Akapitzlist"/>
        <w:numPr>
          <w:ilvl w:val="0"/>
          <w:numId w:val="11"/>
        </w:numPr>
        <w:ind w:left="357" w:hanging="357"/>
        <w:jc w:val="both"/>
        <w:rPr>
          <w:lang w:val="pl-PL"/>
        </w:rPr>
      </w:pPr>
      <w:r w:rsidRPr="00552EE9">
        <w:rPr>
          <w:lang w:val="pl-PL"/>
        </w:rPr>
        <w:t>Jesteśmy związani ofertą przez okres wskazany w SWZ;</w:t>
      </w:r>
    </w:p>
    <w:p w14:paraId="7A349A62" w14:textId="765E8736" w:rsidR="00552EE9" w:rsidRPr="00526FF4" w:rsidRDefault="00552EE9" w:rsidP="00526FF4">
      <w:pPr>
        <w:pStyle w:val="Akapitzlist"/>
        <w:numPr>
          <w:ilvl w:val="0"/>
          <w:numId w:val="11"/>
        </w:numPr>
        <w:ind w:left="357" w:hanging="357"/>
        <w:jc w:val="both"/>
        <w:rPr>
          <w:lang w:val="pl-PL"/>
        </w:rPr>
      </w:pPr>
      <w:r w:rsidRPr="00552EE9">
        <w:rPr>
          <w:lang w:val="pl-PL"/>
        </w:rPr>
        <w:t>Wykonamy zamówienie samodzielnie / z udziałem podwykonawców* w zakresie wskazanym poniżej;</w:t>
      </w:r>
    </w:p>
    <w:p w14:paraId="3409D234" w14:textId="77777777" w:rsidR="00552EE9" w:rsidRPr="00552EE9" w:rsidRDefault="00552EE9" w:rsidP="00552EE9">
      <w:pPr>
        <w:jc w:val="both"/>
        <w:rPr>
          <w:lang w:val="pl-PL"/>
        </w:rPr>
      </w:pPr>
    </w:p>
    <w:tbl>
      <w:tblPr>
        <w:tblW w:w="9095" w:type="dxa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1005"/>
        <w:gridCol w:w="4725"/>
        <w:gridCol w:w="3365"/>
      </w:tblGrid>
      <w:tr w:rsidR="00552EE9" w:rsidRPr="00DE7EA9" w14:paraId="580BFA1D" w14:textId="77777777" w:rsidTr="003930FD">
        <w:trPr>
          <w:tblHeader/>
          <w:jc w:val="center"/>
        </w:trPr>
        <w:tc>
          <w:tcPr>
            <w:tcW w:w="1005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6199C8D" w14:textId="77777777" w:rsidR="00552EE9" w:rsidRPr="009F69F2" w:rsidRDefault="00552EE9" w:rsidP="003930FD">
            <w:pPr>
              <w:spacing w:after="0"/>
              <w:jc w:val="center"/>
              <w:rPr>
                <w:lang w:val="pl-PL"/>
              </w:rPr>
            </w:pPr>
            <w:r w:rsidRPr="009F69F2">
              <w:rPr>
                <w:rFonts w:eastAsia="Times New Roman"/>
                <w:b/>
                <w:color w:val="000000"/>
                <w:sz w:val="18"/>
                <w:lang w:val="pl-PL"/>
              </w:rPr>
              <w:t>Lp.</w:t>
            </w:r>
          </w:p>
        </w:tc>
        <w:tc>
          <w:tcPr>
            <w:tcW w:w="4725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F97C542" w14:textId="77777777" w:rsidR="00552EE9" w:rsidRPr="009F69F2" w:rsidRDefault="00552EE9" w:rsidP="003930FD">
            <w:pPr>
              <w:spacing w:after="0"/>
              <w:jc w:val="center"/>
              <w:rPr>
                <w:lang w:val="pl-PL"/>
              </w:rPr>
            </w:pPr>
            <w:r w:rsidRPr="009F69F2">
              <w:rPr>
                <w:rFonts w:eastAsia="Times New Roman"/>
                <w:b/>
                <w:color w:val="000000"/>
                <w:sz w:val="18"/>
                <w:lang w:val="pl-PL"/>
              </w:rPr>
              <w:t>Zakres powierzany podwykonawcy</w:t>
            </w:r>
          </w:p>
        </w:tc>
        <w:tc>
          <w:tcPr>
            <w:tcW w:w="3365" w:type="dxa"/>
            <w:shd w:val="clear" w:color="auto" w:fill="D9E2F3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C774E85" w14:textId="77777777" w:rsidR="00552EE9" w:rsidRPr="009F69F2" w:rsidRDefault="00552EE9" w:rsidP="003930FD">
            <w:pPr>
              <w:spacing w:after="0"/>
              <w:jc w:val="center"/>
              <w:rPr>
                <w:lang w:val="pl-PL"/>
              </w:rPr>
            </w:pPr>
            <w:r w:rsidRPr="009F69F2">
              <w:rPr>
                <w:rFonts w:eastAsia="Times New Roman"/>
                <w:b/>
                <w:color w:val="000000"/>
                <w:sz w:val="18"/>
                <w:lang w:val="pl-PL"/>
              </w:rPr>
              <w:t>Nazwa i adres podwykonawcy, jeżeli znany</w:t>
            </w:r>
          </w:p>
        </w:tc>
      </w:tr>
      <w:tr w:rsidR="00552EE9" w:rsidRPr="009F69F2" w14:paraId="07265CF2" w14:textId="77777777" w:rsidTr="003930FD">
        <w:trPr>
          <w:cantSplit/>
          <w:jc w:val="center"/>
        </w:trPr>
        <w:tc>
          <w:tcPr>
            <w:tcW w:w="100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871468" w14:textId="77777777" w:rsidR="00552EE9" w:rsidRPr="009F69F2" w:rsidRDefault="00552EE9" w:rsidP="003930FD">
            <w:pPr>
              <w:spacing w:after="0"/>
              <w:jc w:val="center"/>
              <w:rPr>
                <w:lang w:val="pl-PL"/>
              </w:rPr>
            </w:pPr>
            <w:r w:rsidRPr="009F69F2">
              <w:rPr>
                <w:rFonts w:eastAsia="Times New Roman"/>
                <w:color w:val="000000"/>
                <w:sz w:val="18"/>
                <w:lang w:val="pl-PL"/>
              </w:rPr>
              <w:t>1</w:t>
            </w:r>
          </w:p>
        </w:tc>
        <w:tc>
          <w:tcPr>
            <w:tcW w:w="472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7F26CCDE" w14:textId="77777777" w:rsidR="00552EE9" w:rsidRPr="009F69F2" w:rsidRDefault="00552EE9" w:rsidP="003930FD">
            <w:pPr>
              <w:spacing w:after="0"/>
              <w:rPr>
                <w:lang w:val="pl-PL"/>
              </w:rPr>
            </w:pPr>
          </w:p>
        </w:tc>
        <w:tc>
          <w:tcPr>
            <w:tcW w:w="336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0E8E60DB" w14:textId="77777777" w:rsidR="00552EE9" w:rsidRPr="009F69F2" w:rsidRDefault="00552EE9" w:rsidP="003930FD">
            <w:pPr>
              <w:spacing w:after="0"/>
              <w:rPr>
                <w:lang w:val="pl-PL"/>
              </w:rPr>
            </w:pPr>
          </w:p>
        </w:tc>
      </w:tr>
      <w:tr w:rsidR="00552EE9" w:rsidRPr="009F69F2" w14:paraId="1B188E32" w14:textId="77777777" w:rsidTr="003930FD">
        <w:trPr>
          <w:cantSplit/>
          <w:jc w:val="center"/>
        </w:trPr>
        <w:tc>
          <w:tcPr>
            <w:tcW w:w="100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65C869E8" w14:textId="77777777" w:rsidR="00552EE9" w:rsidRPr="009F69F2" w:rsidRDefault="00552EE9" w:rsidP="003930FD">
            <w:pPr>
              <w:spacing w:after="0"/>
              <w:jc w:val="center"/>
              <w:rPr>
                <w:lang w:val="pl-PL"/>
              </w:rPr>
            </w:pPr>
            <w:r w:rsidRPr="009F69F2">
              <w:rPr>
                <w:rFonts w:eastAsia="Times New Roman"/>
                <w:color w:val="000000"/>
                <w:sz w:val="18"/>
                <w:lang w:val="pl-PL"/>
              </w:rPr>
              <w:t>2</w:t>
            </w:r>
          </w:p>
        </w:tc>
        <w:tc>
          <w:tcPr>
            <w:tcW w:w="472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493D9BF" w14:textId="77777777" w:rsidR="00552EE9" w:rsidRPr="009F69F2" w:rsidRDefault="00552EE9" w:rsidP="003930FD">
            <w:pPr>
              <w:spacing w:after="0"/>
              <w:rPr>
                <w:lang w:val="pl-PL"/>
              </w:rPr>
            </w:pPr>
          </w:p>
        </w:tc>
        <w:tc>
          <w:tcPr>
            <w:tcW w:w="3365" w:type="dxa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471566E1" w14:textId="77777777" w:rsidR="00552EE9" w:rsidRPr="009F69F2" w:rsidRDefault="00552EE9" w:rsidP="003930FD">
            <w:pPr>
              <w:spacing w:after="0"/>
              <w:rPr>
                <w:lang w:val="pl-PL"/>
              </w:rPr>
            </w:pPr>
          </w:p>
        </w:tc>
      </w:tr>
    </w:tbl>
    <w:p w14:paraId="510F1014" w14:textId="77777777" w:rsidR="00552EE9" w:rsidRPr="00552EE9" w:rsidRDefault="00552EE9" w:rsidP="00552EE9">
      <w:pPr>
        <w:jc w:val="both"/>
        <w:rPr>
          <w:lang w:val="pl-PL"/>
        </w:rPr>
      </w:pPr>
    </w:p>
    <w:p w14:paraId="160CC012" w14:textId="377F7F3F" w:rsidR="009F69F2" w:rsidRPr="009F69F2" w:rsidRDefault="00552EE9" w:rsidP="00552EE9">
      <w:pPr>
        <w:ind w:left="312" w:hanging="312"/>
        <w:jc w:val="both"/>
        <w:rPr>
          <w:lang w:val="pl-PL"/>
        </w:rPr>
      </w:pPr>
      <w:r w:rsidRPr="00552EE9">
        <w:rPr>
          <w:lang w:val="pl-PL"/>
        </w:rPr>
        <w:t>6.</w:t>
      </w:r>
      <w:r w:rsidRPr="00552EE9">
        <w:rPr>
          <w:lang w:val="pl-PL"/>
        </w:rPr>
        <w:tab/>
        <w:t>Wypełniliśmy obowiązki informacyjne z art. 13 lub 14 RODO wobec osób, których dane przekazujemy Zamawiającemu, o ile obowiązek ten miał zastosowanie.</w:t>
      </w:r>
    </w:p>
    <w:p w14:paraId="09CF055A" w14:textId="77777777" w:rsidR="00935510" w:rsidRPr="009F69F2" w:rsidRDefault="00935510">
      <w:pPr>
        <w:spacing w:after="0"/>
        <w:jc w:val="both"/>
        <w:rPr>
          <w:lang w:val="pl-PL"/>
        </w:rPr>
      </w:pPr>
    </w:p>
    <w:p w14:paraId="660CFFD3" w14:textId="3B0EE059" w:rsidR="00935510" w:rsidRPr="009F69F2" w:rsidRDefault="00000000" w:rsidP="001C10F3">
      <w:pPr>
        <w:jc w:val="both"/>
        <w:rPr>
          <w:lang w:val="pl-PL"/>
        </w:rPr>
      </w:pPr>
      <w:r w:rsidRPr="009F69F2">
        <w:rPr>
          <w:rFonts w:eastAsia="Times New Roman"/>
          <w:color w:val="000000"/>
          <w:lang w:val="pl-PL"/>
        </w:rPr>
        <w:t>Informacje stanowiące tajemnicę przedsiębiorstwa znajdują się w pliku/załączniku: ………………………………………; uzasadnienie zastrzeżenia: …………………………………</w:t>
      </w:r>
    </w:p>
    <w:p w14:paraId="4FEA437C" w14:textId="77777777" w:rsidR="001C10F3" w:rsidRDefault="001C10F3" w:rsidP="001C10F3">
      <w:pPr>
        <w:jc w:val="both"/>
        <w:rPr>
          <w:rFonts w:eastAsia="Times New Roman"/>
          <w:color w:val="000000"/>
          <w:lang w:val="pl-PL"/>
        </w:rPr>
      </w:pPr>
    </w:p>
    <w:p w14:paraId="1BBF1FFB" w14:textId="44C18A7A" w:rsidR="00935510" w:rsidRPr="009F69F2" w:rsidRDefault="00000000" w:rsidP="001C10F3">
      <w:pPr>
        <w:jc w:val="both"/>
        <w:rPr>
          <w:lang w:val="pl-PL"/>
        </w:rPr>
      </w:pPr>
      <w:r w:rsidRPr="009F69F2">
        <w:rPr>
          <w:rFonts w:eastAsia="Times New Roman"/>
          <w:color w:val="000000"/>
          <w:lang w:val="pl-PL"/>
        </w:rPr>
        <w:t>Wybór oferty nie będzie / będzie* prowadził do powstania u Zamawiającego obowiązku podatkowego. Jeżeli będzie: rodzaj świadczenia ………………………, wartość netto ……………………… zł, stawka VAT …………%.</w:t>
      </w:r>
    </w:p>
    <w:p w14:paraId="50339D0C" w14:textId="77777777" w:rsidR="001C10F3" w:rsidRDefault="001C10F3" w:rsidP="001C10F3">
      <w:pPr>
        <w:jc w:val="both"/>
        <w:rPr>
          <w:rFonts w:eastAsia="Times New Roman"/>
          <w:color w:val="000000"/>
          <w:lang w:val="pl-PL"/>
        </w:rPr>
      </w:pPr>
    </w:p>
    <w:p w14:paraId="0E3A9EAD" w14:textId="692BCBBA" w:rsidR="00935510" w:rsidRPr="001C10F3" w:rsidRDefault="00000000" w:rsidP="001C10F3">
      <w:pPr>
        <w:jc w:val="both"/>
        <w:rPr>
          <w:b/>
          <w:bCs/>
          <w:lang w:val="pl-PL"/>
        </w:rPr>
      </w:pPr>
      <w:r w:rsidRPr="001C10F3">
        <w:rPr>
          <w:rFonts w:eastAsia="Times New Roman"/>
          <w:b/>
          <w:bCs/>
          <w:color w:val="000000"/>
          <w:lang w:val="pl-PL"/>
        </w:rPr>
        <w:t>Status przedsiębiorcy: mikro / mały / średni / duży / inny*.</w:t>
      </w:r>
    </w:p>
    <w:p w14:paraId="55FAE0D9" w14:textId="77777777" w:rsidR="001C10F3" w:rsidRPr="001C10F3" w:rsidRDefault="001C10F3" w:rsidP="001C10F3">
      <w:pPr>
        <w:pStyle w:val="Nagwek1"/>
        <w:spacing w:before="160" w:after="80"/>
        <w:jc w:val="both"/>
        <w:rPr>
          <w:rFonts w:ascii="Times New Roman" w:eastAsia="Times New Roman" w:hAnsi="Times New Roman"/>
          <w:lang w:val="pl-PL"/>
        </w:rPr>
      </w:pPr>
    </w:p>
    <w:p w14:paraId="12A73EDD" w14:textId="35235776" w:rsidR="001C10F3" w:rsidRDefault="00000000" w:rsidP="001C10F3">
      <w:pPr>
        <w:pStyle w:val="Nagwek1"/>
        <w:spacing w:before="160" w:after="80"/>
        <w:jc w:val="both"/>
        <w:rPr>
          <w:rFonts w:ascii="Times New Roman" w:eastAsia="Times New Roman" w:hAnsi="Times New Roman"/>
          <w:lang w:val="pl-PL"/>
        </w:rPr>
      </w:pPr>
      <w:r w:rsidRPr="009F69F2">
        <w:rPr>
          <w:rFonts w:ascii="Times New Roman" w:eastAsia="Times New Roman" w:hAnsi="Times New Roman"/>
          <w:lang w:val="pl-PL"/>
        </w:rPr>
        <w:t>ZAŁĄCZNIKI DO OFERTY</w:t>
      </w:r>
    </w:p>
    <w:p w14:paraId="1986AA53" w14:textId="77777777" w:rsidR="00BD5012" w:rsidRDefault="001C10F3" w:rsidP="001C10F3">
      <w:pPr>
        <w:rPr>
          <w:rFonts w:eastAsia="Times New Roman"/>
          <w:color w:val="000000"/>
          <w:lang w:val="pl-PL"/>
        </w:rPr>
      </w:pPr>
      <w:r>
        <w:rPr>
          <w:lang w:val="pl-PL"/>
        </w:rPr>
        <w:t xml:space="preserve">1) </w:t>
      </w:r>
      <w:r w:rsidRPr="009F69F2">
        <w:rPr>
          <w:rFonts w:eastAsia="Times New Roman"/>
          <w:color w:val="000000"/>
          <w:lang w:val="pl-PL"/>
        </w:rPr>
        <w:t xml:space="preserve">oświadczenie z art. 125 ust. 1 </w:t>
      </w:r>
      <w:proofErr w:type="spellStart"/>
      <w:r w:rsidRPr="009F69F2">
        <w:rPr>
          <w:rFonts w:eastAsia="Times New Roman"/>
          <w:color w:val="000000"/>
          <w:lang w:val="pl-PL"/>
        </w:rPr>
        <w:t>Pzp</w:t>
      </w:r>
      <w:proofErr w:type="spellEnd"/>
      <w:r w:rsidRPr="009F69F2">
        <w:rPr>
          <w:rFonts w:eastAsia="Times New Roman"/>
          <w:color w:val="000000"/>
          <w:lang w:val="pl-PL"/>
        </w:rPr>
        <w:t xml:space="preserve">; </w:t>
      </w:r>
    </w:p>
    <w:p w14:paraId="7C0F13A3" w14:textId="77777777" w:rsidR="00BD5012" w:rsidRDefault="00000000" w:rsidP="001C10F3">
      <w:pPr>
        <w:rPr>
          <w:rFonts w:eastAsia="Times New Roman"/>
          <w:color w:val="000000"/>
          <w:lang w:val="pl-PL"/>
        </w:rPr>
      </w:pPr>
      <w:r w:rsidRPr="009F69F2">
        <w:rPr>
          <w:rFonts w:eastAsia="Times New Roman"/>
          <w:color w:val="000000"/>
          <w:lang w:val="pl-PL"/>
        </w:rPr>
        <w:t xml:space="preserve">2) pełnomocnictwo – jeżeli dotyczy; </w:t>
      </w:r>
    </w:p>
    <w:p w14:paraId="3C501827" w14:textId="77777777" w:rsidR="00BD5012" w:rsidRDefault="00000000" w:rsidP="001C10F3">
      <w:pPr>
        <w:rPr>
          <w:rFonts w:eastAsia="Times New Roman"/>
          <w:color w:val="000000"/>
          <w:lang w:val="pl-PL"/>
        </w:rPr>
      </w:pPr>
      <w:r w:rsidRPr="009F69F2">
        <w:rPr>
          <w:rFonts w:eastAsia="Times New Roman"/>
          <w:color w:val="000000"/>
          <w:lang w:val="pl-PL"/>
        </w:rPr>
        <w:t xml:space="preserve">3) oświadczenie z art. 117 ust. 4 </w:t>
      </w:r>
      <w:proofErr w:type="spellStart"/>
      <w:r w:rsidRPr="009F69F2">
        <w:rPr>
          <w:rFonts w:eastAsia="Times New Roman"/>
          <w:color w:val="000000"/>
          <w:lang w:val="pl-PL"/>
        </w:rPr>
        <w:t>Pzp</w:t>
      </w:r>
      <w:proofErr w:type="spellEnd"/>
      <w:r w:rsidRPr="009F69F2">
        <w:rPr>
          <w:rFonts w:eastAsia="Times New Roman"/>
          <w:color w:val="000000"/>
          <w:lang w:val="pl-PL"/>
        </w:rPr>
        <w:t xml:space="preserve"> – jeżeli dotyczy; </w:t>
      </w:r>
    </w:p>
    <w:p w14:paraId="1AB68DB9" w14:textId="77777777" w:rsidR="00BD5012" w:rsidRDefault="00000000" w:rsidP="001C10F3">
      <w:pPr>
        <w:rPr>
          <w:rFonts w:eastAsia="Times New Roman"/>
          <w:color w:val="000000"/>
          <w:lang w:val="pl-PL"/>
        </w:rPr>
      </w:pPr>
      <w:r w:rsidRPr="009F69F2">
        <w:rPr>
          <w:rFonts w:eastAsia="Times New Roman"/>
          <w:color w:val="000000"/>
          <w:lang w:val="pl-PL"/>
        </w:rPr>
        <w:t xml:space="preserve">4) zobowiązanie podmiotu udostępniającego zasoby – jeżeli dotyczy; </w:t>
      </w:r>
    </w:p>
    <w:p w14:paraId="0B5C0F7F" w14:textId="67BB624A" w:rsidR="00935510" w:rsidRPr="009F69F2" w:rsidRDefault="00000000" w:rsidP="001C10F3">
      <w:pPr>
        <w:rPr>
          <w:lang w:val="pl-PL"/>
        </w:rPr>
      </w:pPr>
      <w:r w:rsidRPr="009F69F2">
        <w:rPr>
          <w:rFonts w:eastAsia="Times New Roman"/>
          <w:color w:val="000000"/>
          <w:lang w:val="pl-PL"/>
        </w:rPr>
        <w:t>5) inne: ………………………………………</w:t>
      </w:r>
    </w:p>
    <w:p w14:paraId="65CB33B5" w14:textId="77777777" w:rsidR="00935510" w:rsidRPr="009F69F2" w:rsidRDefault="00000000">
      <w:pPr>
        <w:spacing w:before="160"/>
        <w:jc w:val="both"/>
        <w:rPr>
          <w:lang w:val="pl-PL"/>
        </w:rPr>
      </w:pPr>
      <w:r w:rsidRPr="009F69F2">
        <w:rPr>
          <w:rFonts w:eastAsia="Times New Roman"/>
          <w:b/>
          <w:color w:val="000000"/>
          <w:lang w:val="pl-PL"/>
        </w:rPr>
        <w:t>Oświadczamy, że wszystkie podane informacje są aktualne i zgodne z prawdą.</w:t>
      </w:r>
    </w:p>
    <w:p w14:paraId="3F8B85EA" w14:textId="77777777" w:rsidR="00935510" w:rsidRPr="009F69F2" w:rsidRDefault="00000000">
      <w:pPr>
        <w:jc w:val="both"/>
        <w:rPr>
          <w:lang w:val="pl-PL"/>
        </w:rPr>
      </w:pPr>
      <w:r w:rsidRPr="009F69F2">
        <w:rPr>
          <w:rFonts w:eastAsia="Times New Roman"/>
          <w:color w:val="000000"/>
          <w:lang w:val="pl-PL"/>
        </w:rPr>
        <w:t>* niepotrzebne skreślić</w:t>
      </w:r>
    </w:p>
    <w:p w14:paraId="669D2FB5" w14:textId="77777777" w:rsidR="00935510" w:rsidRPr="009F69F2" w:rsidRDefault="00000000">
      <w:pPr>
        <w:spacing w:before="240"/>
        <w:jc w:val="center"/>
        <w:rPr>
          <w:lang w:val="pl-PL"/>
        </w:rPr>
      </w:pPr>
      <w:r w:rsidRPr="009F69F2">
        <w:rPr>
          <w:rFonts w:eastAsia="Times New Roman"/>
          <w:i/>
          <w:color w:val="000000"/>
          <w:lang w:val="pl-PL"/>
        </w:rPr>
        <w:t>Dokument należy podpisać elektronicznie przez osobę uprawnioną do reprezentacji Wykonawcy.</w:t>
      </w:r>
    </w:p>
    <w:sectPr w:rsidR="00935510" w:rsidRPr="009F69F2" w:rsidSect="00034616">
      <w:footerReference w:type="default" r:id="rId8"/>
      <w:pgSz w:w="11906" w:h="16838"/>
      <w:pgMar w:top="1247" w:right="1417" w:bottom="1134" w:left="141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70FBB" w14:textId="77777777" w:rsidR="00173BF6" w:rsidRDefault="00173BF6">
      <w:pPr>
        <w:spacing w:after="0"/>
      </w:pPr>
      <w:r>
        <w:separator/>
      </w:r>
    </w:p>
  </w:endnote>
  <w:endnote w:type="continuationSeparator" w:id="0">
    <w:p w14:paraId="3E18511A" w14:textId="77777777" w:rsidR="00173BF6" w:rsidRDefault="00173BF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C5EB8" w14:textId="77777777" w:rsidR="00935510" w:rsidRDefault="00000000">
    <w:pPr>
      <w:pStyle w:val="Stopka"/>
      <w:jc w:val="center"/>
    </w:pPr>
    <w:r>
      <w:rPr>
        <w:rFonts w:eastAsia="Times New Roman"/>
        <w:color w:val="000000"/>
        <w:sz w:val="18"/>
      </w:rPr>
      <w:t xml:space="preserve">Strona </w:t>
    </w:r>
    <w:r>
      <w:fldChar w:fldCharType="begin"/>
    </w:r>
    <w:r>
      <w:instrText>PAGE</w:instrText>
    </w:r>
    <w:r>
      <w:fldChar w:fldCharType="separate"/>
    </w:r>
    <w:r w:rsidR="009F69F2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5E94A" w14:textId="77777777" w:rsidR="00173BF6" w:rsidRDefault="00173BF6">
      <w:pPr>
        <w:spacing w:after="0"/>
      </w:pPr>
      <w:r>
        <w:separator/>
      </w:r>
    </w:p>
  </w:footnote>
  <w:footnote w:type="continuationSeparator" w:id="0">
    <w:p w14:paraId="62C19501" w14:textId="77777777" w:rsidR="00173BF6" w:rsidRDefault="00173BF6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wan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wan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punktowana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punktowana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F70069D"/>
    <w:multiLevelType w:val="hybridMultilevel"/>
    <w:tmpl w:val="00425AE4"/>
    <w:lvl w:ilvl="0" w:tplc="5824C8C8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color w:val="000000" w:themeColor="text1"/>
        <w:u w:color="FFFFFF" w:themeColor="background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734F30"/>
    <w:multiLevelType w:val="hybridMultilevel"/>
    <w:tmpl w:val="04241A40"/>
    <w:lvl w:ilvl="0" w:tplc="6C2649DC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  <w:b w:val="0"/>
        <w:bCs w:val="0"/>
        <w:color w:val="000000" w:themeColor="text1"/>
        <w:u w:color="FFFFFF" w:themeColor="background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2605065">
    <w:abstractNumId w:val="8"/>
  </w:num>
  <w:num w:numId="2" w16cid:durableId="993677794">
    <w:abstractNumId w:val="6"/>
  </w:num>
  <w:num w:numId="3" w16cid:durableId="425853447">
    <w:abstractNumId w:val="5"/>
  </w:num>
  <w:num w:numId="4" w16cid:durableId="717439342">
    <w:abstractNumId w:val="4"/>
  </w:num>
  <w:num w:numId="5" w16cid:durableId="1360013165">
    <w:abstractNumId w:val="7"/>
  </w:num>
  <w:num w:numId="6" w16cid:durableId="641807194">
    <w:abstractNumId w:val="3"/>
  </w:num>
  <w:num w:numId="7" w16cid:durableId="405223456">
    <w:abstractNumId w:val="2"/>
  </w:num>
  <w:num w:numId="8" w16cid:durableId="1601986533">
    <w:abstractNumId w:val="1"/>
  </w:num>
  <w:num w:numId="9" w16cid:durableId="583958490">
    <w:abstractNumId w:val="0"/>
  </w:num>
  <w:num w:numId="10" w16cid:durableId="1753817281">
    <w:abstractNumId w:val="10"/>
  </w:num>
  <w:num w:numId="11" w16cid:durableId="199564320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73BF6"/>
    <w:rsid w:val="001A4FF8"/>
    <w:rsid w:val="001C10F3"/>
    <w:rsid w:val="002777B4"/>
    <w:rsid w:val="0029639D"/>
    <w:rsid w:val="00326F90"/>
    <w:rsid w:val="00526FF4"/>
    <w:rsid w:val="00552EE9"/>
    <w:rsid w:val="00935510"/>
    <w:rsid w:val="009F69F2"/>
    <w:rsid w:val="009F7DCB"/>
    <w:rsid w:val="00AA1D8D"/>
    <w:rsid w:val="00B47730"/>
    <w:rsid w:val="00BD5012"/>
    <w:rsid w:val="00CB0664"/>
    <w:rsid w:val="00DE7EA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D8F68D3"/>
  <w14:defaultImageDpi w14:val="300"/>
  <w15:docId w15:val="{A6DB81AF-F5F8-4708-9EFF-B990376BB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C693F"/>
    <w:pPr>
      <w:spacing w:after="80" w:line="240" w:lineRule="auto"/>
    </w:pPr>
    <w:rPr>
      <w:rFonts w:ascii="Times New Roman" w:hAnsi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NagwekZnak">
    <w:name w:val="Nagłówek Znak"/>
    <w:basedOn w:val="Domylnaczcionkaakapitu"/>
    <w:link w:val="Nagwek"/>
    <w:uiPriority w:val="99"/>
    <w:rsid w:val="00E618BF"/>
  </w:style>
  <w:style w:type="paragraph" w:styleId="Stopka">
    <w:name w:val="footer"/>
    <w:basedOn w:val="Normalny"/>
    <w:link w:val="StopkaZnak"/>
    <w:uiPriority w:val="99"/>
    <w:unhideWhenUsed/>
    <w:rsid w:val="00E618BF"/>
    <w:pPr>
      <w:tabs>
        <w:tab w:val="center" w:pos="4680"/>
        <w:tab w:val="right" w:pos="9360"/>
      </w:tabs>
      <w:spacing w:after="0"/>
    </w:pPr>
  </w:style>
  <w:style w:type="character" w:customStyle="1" w:styleId="StopkaZnak">
    <w:name w:val="Stopka Znak"/>
    <w:basedOn w:val="Domylnaczcionkaakapitu"/>
    <w:link w:val="Stopka"/>
    <w:uiPriority w:val="99"/>
    <w:rsid w:val="00E618BF"/>
  </w:style>
  <w:style w:type="paragraph" w:styleId="Bezodstpw">
    <w:name w:val="No Spacing"/>
    <w:uiPriority w:val="1"/>
    <w:qFormat/>
    <w:rsid w:val="00FC693F"/>
    <w:pPr>
      <w:spacing w:after="0" w:line="240" w:lineRule="auto"/>
    </w:pPr>
  </w:style>
  <w:style w:type="character" w:customStyle="1" w:styleId="Nagwek1Znak">
    <w:name w:val="Nagłówek 1 Znak"/>
    <w:basedOn w:val="Domylnaczcionkaakapitu"/>
    <w:link w:val="Nagwe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ytu">
    <w:name w:val="Title"/>
    <w:basedOn w:val="Normalny"/>
    <w:next w:val="Normalny"/>
    <w:link w:val="TytuZnak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b/>
      <w:color w:val="000000"/>
      <w:spacing w:val="5"/>
      <w:kern w:val="28"/>
      <w:sz w:val="26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kapitzlist">
    <w:name w:val="List Paragraph"/>
    <w:basedOn w:val="Normalny"/>
    <w:uiPriority w:val="34"/>
    <w:qFormat/>
    <w:rsid w:val="00FC69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AA1D8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A1D8D"/>
  </w:style>
  <w:style w:type="paragraph" w:styleId="Tekstpodstawowy2">
    <w:name w:val="Body Text 2"/>
    <w:basedOn w:val="Normalny"/>
    <w:link w:val="Tekstpodstawowy2Znak"/>
    <w:uiPriority w:val="99"/>
    <w:unhideWhenUsed/>
    <w:rsid w:val="00AA1D8D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AA1D8D"/>
  </w:style>
  <w:style w:type="paragraph" w:styleId="Tekstpodstawowy3">
    <w:name w:val="Body Text 3"/>
    <w:basedOn w:val="Normalny"/>
    <w:link w:val="Tekstpodstawowy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AA1D8D"/>
    <w:rPr>
      <w:sz w:val="16"/>
      <w:szCs w:val="16"/>
    </w:rPr>
  </w:style>
  <w:style w:type="paragraph" w:styleId="Lista">
    <w:name w:val="List"/>
    <w:basedOn w:val="Normalny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ny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ny"/>
    <w:uiPriority w:val="99"/>
    <w:unhideWhenUsed/>
    <w:rsid w:val="00326F90"/>
    <w:pPr>
      <w:ind w:left="1080" w:hanging="360"/>
      <w:contextualSpacing/>
    </w:pPr>
  </w:style>
  <w:style w:type="paragraph" w:styleId="Listapunktowana">
    <w:name w:val="List Bullet"/>
    <w:basedOn w:val="Normalny"/>
    <w:uiPriority w:val="99"/>
    <w:unhideWhenUsed/>
    <w:rsid w:val="00326F90"/>
    <w:pPr>
      <w:numPr>
        <w:numId w:val="1"/>
      </w:numPr>
      <w:contextualSpacing/>
    </w:pPr>
  </w:style>
  <w:style w:type="paragraph" w:styleId="Listapunktowana2">
    <w:name w:val="List Bullet 2"/>
    <w:basedOn w:val="Normalny"/>
    <w:uiPriority w:val="99"/>
    <w:unhideWhenUsed/>
    <w:rsid w:val="00326F90"/>
    <w:pPr>
      <w:numPr>
        <w:numId w:val="2"/>
      </w:numPr>
      <w:contextualSpacing/>
    </w:pPr>
  </w:style>
  <w:style w:type="paragraph" w:styleId="Listapunktowana3">
    <w:name w:val="List Bullet 3"/>
    <w:basedOn w:val="Normalny"/>
    <w:uiPriority w:val="99"/>
    <w:unhideWhenUsed/>
    <w:rsid w:val="00326F90"/>
    <w:pPr>
      <w:numPr>
        <w:numId w:val="3"/>
      </w:numPr>
      <w:contextualSpacing/>
    </w:pPr>
  </w:style>
  <w:style w:type="paragraph" w:styleId="Listanumerowana">
    <w:name w:val="List Number"/>
    <w:basedOn w:val="Normalny"/>
    <w:uiPriority w:val="99"/>
    <w:unhideWhenUsed/>
    <w:rsid w:val="00326F90"/>
    <w:pPr>
      <w:numPr>
        <w:numId w:val="5"/>
      </w:numPr>
      <w:contextualSpacing/>
    </w:pPr>
  </w:style>
  <w:style w:type="paragraph" w:styleId="Listanumerowana2">
    <w:name w:val="List Number 2"/>
    <w:basedOn w:val="Normalny"/>
    <w:uiPriority w:val="99"/>
    <w:unhideWhenUsed/>
    <w:rsid w:val="0029639D"/>
    <w:pPr>
      <w:numPr>
        <w:numId w:val="6"/>
      </w:numPr>
      <w:contextualSpacing/>
    </w:pPr>
  </w:style>
  <w:style w:type="paragraph" w:styleId="Listanumerowana3">
    <w:name w:val="List Number 3"/>
    <w:basedOn w:val="Normalny"/>
    <w:uiPriority w:val="99"/>
    <w:unhideWhenUsed/>
    <w:rsid w:val="0029639D"/>
    <w:pPr>
      <w:numPr>
        <w:numId w:val="7"/>
      </w:numPr>
      <w:contextualSpacing/>
    </w:pPr>
  </w:style>
  <w:style w:type="paragraph" w:styleId="Lista-kontynuacja">
    <w:name w:val="List Continue"/>
    <w:basedOn w:val="Normalny"/>
    <w:uiPriority w:val="99"/>
    <w:unhideWhenUsed/>
    <w:rsid w:val="0029639D"/>
    <w:pPr>
      <w:spacing w:after="120"/>
      <w:ind w:left="360"/>
      <w:contextualSpacing/>
    </w:pPr>
  </w:style>
  <w:style w:type="paragraph" w:styleId="Lista-kontynuacja2">
    <w:name w:val="List Continue 2"/>
    <w:basedOn w:val="Normalny"/>
    <w:uiPriority w:val="99"/>
    <w:unhideWhenUsed/>
    <w:rsid w:val="0029639D"/>
    <w:pPr>
      <w:spacing w:after="120"/>
      <w:ind w:left="720"/>
      <w:contextualSpacing/>
    </w:pPr>
  </w:style>
  <w:style w:type="paragraph" w:styleId="Lista-kontynuacja3">
    <w:name w:val="List Continue 3"/>
    <w:basedOn w:val="Normalny"/>
    <w:uiPriority w:val="99"/>
    <w:unhideWhenUsed/>
    <w:rsid w:val="0029639D"/>
    <w:pPr>
      <w:spacing w:after="120"/>
      <w:ind w:left="1080"/>
      <w:contextualSpacing/>
    </w:pPr>
  </w:style>
  <w:style w:type="paragraph" w:styleId="Tekstmakra">
    <w:name w:val="macro"/>
    <w:link w:val="Tekstmakra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aZnak">
    <w:name w:val="Tekst makra Znak"/>
    <w:basedOn w:val="Domylnaczcionkaakapitu"/>
    <w:link w:val="Tekstmakra"/>
    <w:uiPriority w:val="99"/>
    <w:rsid w:val="0029639D"/>
    <w:rPr>
      <w:rFonts w:ascii="Courier" w:hAnsi="Courier"/>
      <w:sz w:val="20"/>
      <w:szCs w:val="20"/>
    </w:rPr>
  </w:style>
  <w:style w:type="paragraph" w:styleId="Cytat">
    <w:name w:val="Quote"/>
    <w:basedOn w:val="Normalny"/>
    <w:next w:val="Normalny"/>
    <w:link w:val="CytatZnak"/>
    <w:uiPriority w:val="29"/>
    <w:qFormat/>
    <w:rsid w:val="00FC693F"/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FC693F"/>
    <w:rPr>
      <w:i/>
      <w:i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Pogrubienie">
    <w:name w:val="Strong"/>
    <w:basedOn w:val="Domylnaczcionkaakapitu"/>
    <w:uiPriority w:val="22"/>
    <w:qFormat/>
    <w:rsid w:val="00FC693F"/>
    <w:rPr>
      <w:b/>
      <w:bCs/>
    </w:rPr>
  </w:style>
  <w:style w:type="character" w:styleId="Uwydatnienie">
    <w:name w:val="Emphasis"/>
    <w:basedOn w:val="Domylnaczcionkaakapitu"/>
    <w:uiPriority w:val="20"/>
    <w:qFormat/>
    <w:rsid w:val="00FC693F"/>
    <w:rPr>
      <w:i/>
      <w:iCs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C693F"/>
    <w:rPr>
      <w:b/>
      <w:bCs/>
      <w:i/>
      <w:iCs/>
      <w:color w:val="4F81BD" w:themeColor="accent1"/>
    </w:rPr>
  </w:style>
  <w:style w:type="character" w:styleId="Wyrnieniedelikatne">
    <w:name w:val="Subtle Emphasis"/>
    <w:basedOn w:val="Domylnaczcionkaakapitu"/>
    <w:uiPriority w:val="19"/>
    <w:qFormat/>
    <w:rsid w:val="00FC693F"/>
    <w:rPr>
      <w:i/>
      <w:iCs/>
      <w:color w:val="808080" w:themeColor="text1" w:themeTint="7F"/>
    </w:rPr>
  </w:style>
  <w:style w:type="character" w:styleId="Wyrnienieintensywne">
    <w:name w:val="Intense Emphasis"/>
    <w:basedOn w:val="Domylnaczcionkaakapitu"/>
    <w:uiPriority w:val="21"/>
    <w:qFormat/>
    <w:rsid w:val="00FC693F"/>
    <w:rPr>
      <w:b/>
      <w:bCs/>
      <w:i/>
      <w:iCs/>
      <w:color w:val="4F81BD" w:themeColor="accent1"/>
    </w:rPr>
  </w:style>
  <w:style w:type="character" w:styleId="Odwoaniedelikatne">
    <w:name w:val="Subtle Reference"/>
    <w:basedOn w:val="Domylnaczcionkaakapitu"/>
    <w:uiPriority w:val="31"/>
    <w:qFormat/>
    <w:rsid w:val="00FC693F"/>
    <w:rPr>
      <w:smallCaps/>
      <w:color w:val="C0504D" w:themeColor="accent2"/>
      <w:u w:val="single"/>
    </w:rPr>
  </w:style>
  <w:style w:type="character" w:styleId="Odwoanieintensywne">
    <w:name w:val="Intense Reference"/>
    <w:basedOn w:val="Domylnaczcionkaakapit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ytuksiki">
    <w:name w:val="Book Title"/>
    <w:basedOn w:val="Domylnaczcionkaakapitu"/>
    <w:uiPriority w:val="33"/>
    <w:qFormat/>
    <w:rsid w:val="00FC693F"/>
    <w:rPr>
      <w:b/>
      <w:bCs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FC693F"/>
    <w:pPr>
      <w:outlineLvl w:val="9"/>
    </w:pPr>
  </w:style>
  <w:style w:type="table" w:styleId="Tabela-Siatka">
    <w:name w:val="Table Grid"/>
    <w:basedOn w:val="Standardowy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Jasnecieniowanie">
    <w:name w:val="Light Shading"/>
    <w:basedOn w:val="Standardowy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Jasnecieniowanieakcent1">
    <w:name w:val="Light Shading Accent 1"/>
    <w:basedOn w:val="Standardowy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Jasnecieniowanieakcent2">
    <w:name w:val="Light Shading Accent 2"/>
    <w:basedOn w:val="Standardowy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Jasnecieniowanieakcent3">
    <w:name w:val="Light Shading Accent 3"/>
    <w:basedOn w:val="Standardowy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Jasnecieniowanieakcent4">
    <w:name w:val="Light Shading Accent 4"/>
    <w:basedOn w:val="Standardowy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Jasnecieniowanieakcent5">
    <w:name w:val="Light Shading Accent 5"/>
    <w:basedOn w:val="Standardowy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Jasnecieniowanieakcent6">
    <w:name w:val="Light Shading Accent 6"/>
    <w:basedOn w:val="Standardowy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Jasnalista">
    <w:name w:val="Light List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Jasnalistaakcent1">
    <w:name w:val="Light List Accent 1"/>
    <w:basedOn w:val="Standardowy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Jasnalistaakcent2">
    <w:name w:val="Light List Accent 2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Jasnalistaakcent3">
    <w:name w:val="Light List Accent 3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Jasnalistaakcent4">
    <w:name w:val="Light List Accent 4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Jasnalistaakcent5">
    <w:name w:val="Light List Accent 5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Jasnalistaakcent6">
    <w:name w:val="Light List Accent 6"/>
    <w:basedOn w:val="Standardowy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Jasnasiatka">
    <w:name w:val="Light Grid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Jasnasiatkaakcent1">
    <w:name w:val="Light Grid Accent 1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Jasnasiatkaakcent2">
    <w:name w:val="Light Grid Accent 2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Jasnasiatkaakcent3">
    <w:name w:val="Light Grid Accent 3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Jasnasiatkaakcent4">
    <w:name w:val="Light Grid Accent 4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Jasnasiatkaakcent5">
    <w:name w:val="Light Grid Accent 5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Jasnasiatkaakcent6">
    <w:name w:val="Light Grid Accent 6"/>
    <w:basedOn w:val="Standardowy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redniecieniowanie1">
    <w:name w:val="Medium Shading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1">
    <w:name w:val="Medium Shading 1 Accent 1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2">
    <w:name w:val="Medium Shading 1 Accent 2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3">
    <w:name w:val="Medium Shading 1 Accent 3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4">
    <w:name w:val="Medium Shading 1 Accent 4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5">
    <w:name w:val="Medium Shading 1 Accent 5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1akcent6">
    <w:name w:val="Medium Shading 1 Accent 6"/>
    <w:basedOn w:val="Standardowy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redniecieniowanie2">
    <w:name w:val="Medium Shading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1">
    <w:name w:val="Medium Shading 2 Accent 1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2">
    <w:name w:val="Medium Shading 2 Accent 2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3">
    <w:name w:val="Medium Shading 2 Accent 3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4">
    <w:name w:val="Medium Shading 2 Accent 4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5">
    <w:name w:val="Medium Shading 2 Accent 5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ecieniowanie2akcent6">
    <w:name w:val="Medium Shading 2 Accent 6"/>
    <w:basedOn w:val="Standardowy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rednialista1">
    <w:name w:val="Medium Lis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rednialista1akcent1">
    <w:name w:val="Medium List 1 Accent 1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rednialista1akcent2">
    <w:name w:val="Medium List 1 Accent 2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rednialista1akcent3">
    <w:name w:val="Medium List 1 Accent 3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rednialista1akcent4">
    <w:name w:val="Medium List 1 Accent 4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rednialista1akcent5">
    <w:name w:val="Medium List 1 Accent 5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rednialista1akcent6">
    <w:name w:val="Medium List 1 Accent 6"/>
    <w:basedOn w:val="Standardowy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rednialista2">
    <w:name w:val="Medium Lis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1">
    <w:name w:val="Medium List 2 Accent 1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2">
    <w:name w:val="Medium List 2 Accent 2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3">
    <w:name w:val="Medium List 2 Accent 3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4">
    <w:name w:val="Medium List 2 Accent 4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5">
    <w:name w:val="Medium List 2 Accent 5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lista2akcent6">
    <w:name w:val="Medium List 2 Accent 6"/>
    <w:basedOn w:val="Standardowy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redniasiatka1">
    <w:name w:val="Medium Grid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dniasiatka1akcent1">
    <w:name w:val="Medium Grid 1 Accent 1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dniasiatka1akcent2">
    <w:name w:val="Medium Grid 1 Accent 2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dniasiatka1akcent3">
    <w:name w:val="Medium Grid 1 Accent 3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dniasiatka1akcent4">
    <w:name w:val="Medium Grid 1 Accent 4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dniasiatka1akcent5">
    <w:name w:val="Medium Grid 1 Accent 5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dniasiatka1akcent6">
    <w:name w:val="Medium Grid 1 Accent 6"/>
    <w:basedOn w:val="Standardowy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redniasiatka2">
    <w:name w:val="Medium Grid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1">
    <w:name w:val="Medium Grid 2 Accent 1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2">
    <w:name w:val="Medium Grid 2 Accent 2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3">
    <w:name w:val="Medium Grid 2 Accent 3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4">
    <w:name w:val="Medium Grid 2 Accent 4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5">
    <w:name w:val="Medium Grid 2 Accent 5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2akcent6">
    <w:name w:val="Medium Grid 2 Accent 6"/>
    <w:basedOn w:val="Standardowy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redniasiatka3">
    <w:name w:val="Medium Grid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redniasiatka3akcent1">
    <w:name w:val="Medium Grid 3 Accent 1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redniasiatka3akcent2">
    <w:name w:val="Medium Grid 3 Accent 2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redniasiatka3akcent3">
    <w:name w:val="Medium Grid 3 Accent 3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redniasiatka3akcent4">
    <w:name w:val="Medium Grid 3 Accent 4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redniasiatka3akcent5">
    <w:name w:val="Medium Grid 3 Accent 5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redniasiatka3akcent6">
    <w:name w:val="Medium Grid 3 Accent 6"/>
    <w:basedOn w:val="Standardowy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Ciemnalista">
    <w:name w:val="Dark List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Ciemnalista2akcent1">
    <w:name w:val="Dark List Accent 1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Ciemnalistaakcent2">
    <w:name w:val="Dark List Accent 2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Ciemnalistaakcent3">
    <w:name w:val="Dark List Accent 3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Ciemnalistaakcent4">
    <w:name w:val="Dark List Accent 4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Ciemnalistaakcent5">
    <w:name w:val="Dark List Accent 5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Ciemnalistaakcent6">
    <w:name w:val="Dark List Accent 6"/>
    <w:basedOn w:val="Standardowy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Kolorowecieniowanie">
    <w:name w:val="Colorful Shading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1">
    <w:name w:val="Colorful Shading Accent 1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2">
    <w:name w:val="Colorful Shading Accent 2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3">
    <w:name w:val="Colorful Shading Accent 3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ecieniowanieakcent4">
    <w:name w:val="Colorful Shading Accent 4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5">
    <w:name w:val="Colorful Shading Accent 5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ecieniowanieakcent6">
    <w:name w:val="Colorful Shading Accent 6"/>
    <w:basedOn w:val="Standardowy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Kolorowalista">
    <w:name w:val="Colorful List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Kolorowalistaakcent1">
    <w:name w:val="Colorful List Accent 1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Kolorowalistaakcent2">
    <w:name w:val="Colorful List Accent 2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Kolorowalistaakcent3">
    <w:name w:val="Colorful List Accent 3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Kolorowalistaakcent4">
    <w:name w:val="Colorful List Accent 4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Kolorowalistaakcent5">
    <w:name w:val="Colorful List Accent 5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Kolorowalistaakcent6">
    <w:name w:val="Colorful List Accent 6"/>
    <w:basedOn w:val="Standardowy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Kolorowasiatka">
    <w:name w:val="Colorful Grid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olorowasiatkaakcent1">
    <w:name w:val="Colorful Grid Accent 1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olorowasiatkaakcent2">
    <w:name w:val="Colorful Grid Accent 2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olorowasiatkaakcent3">
    <w:name w:val="Colorful Grid Accent 3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olorowasiatkaakcent4">
    <w:name w:val="Colorful Grid Accent 4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olorowasiatkaakcent5">
    <w:name w:val="Colorful Grid Accent 5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olorowasiatkaakcent6">
    <w:name w:val="Colorful Grid Accent 6"/>
    <w:basedOn w:val="Standardowy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459</Words>
  <Characters>2760</Characters>
  <Application>Microsoft Office Word</Application>
  <DocSecurity>0</DocSecurity>
  <Lines>23</Lines>
  <Paragraphs>6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3213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Teatr Powszechny im. Jana Kochanowskiego w Radomiu</dc:creator>
  <cp:keywords/>
  <dc:description>generated by python-docx</dc:description>
  <cp:lastModifiedBy>Katarzyna Tomala</cp:lastModifiedBy>
  <cp:revision>4</cp:revision>
  <dcterms:created xsi:type="dcterms:W3CDTF">2013-12-23T23:15:00Z</dcterms:created>
  <dcterms:modified xsi:type="dcterms:W3CDTF">2026-10-20T19:12:00Z</dcterms:modified>
  <cp:category/>
</cp:coreProperties>
</file>