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4D7A1" w14:textId="77777777" w:rsidR="00BB4D75" w:rsidRPr="00EA2A8E" w:rsidRDefault="00E352E1">
      <w:pPr>
        <w:pStyle w:val="Tytu"/>
        <w:jc w:val="center"/>
        <w:rPr>
          <w:rFonts w:asciiTheme="minorHAnsi" w:hAnsiTheme="minorHAnsi"/>
          <w:sz w:val="22"/>
          <w:szCs w:val="22"/>
          <w:lang w:val="pl-PL"/>
        </w:rPr>
      </w:pPr>
      <w:r w:rsidRPr="00EA2A8E">
        <w:rPr>
          <w:rFonts w:asciiTheme="minorHAnsi" w:hAnsiTheme="minorHAnsi"/>
          <w:sz w:val="22"/>
          <w:szCs w:val="22"/>
          <w:lang w:val="pl-PL"/>
        </w:rPr>
        <w:t>WYKAZ OSÓB I WYKAZ ROBÓT BUDOWLANYCH</w:t>
      </w:r>
    </w:p>
    <w:p w14:paraId="50110DE9" w14:textId="77777777" w:rsidR="00610B40" w:rsidRPr="00EA2A8E" w:rsidRDefault="00E352E1">
      <w:pPr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>Identyfikator postępowania: ocds-148610-36975b86-51aa-49f4-8ec6-04ca77864db7</w:t>
      </w:r>
    </w:p>
    <w:p w14:paraId="394F75FE" w14:textId="77777777" w:rsidR="00BB4D75" w:rsidRPr="00EA2A8E" w:rsidRDefault="00E352E1" w:rsidP="00BF2A6D">
      <w:pPr>
        <w:jc w:val="center"/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 xml:space="preserve">Wykonanie instalacji systemu sygnalizacji pożaru (SSP) oraz grawitacyjnego systemu oddymiania klatki schodowej w budynku przy ul. </w:t>
      </w:r>
      <w:proofErr w:type="spellStart"/>
      <w:r w:rsidRPr="00EA2A8E">
        <w:rPr>
          <w:rFonts w:asciiTheme="minorHAnsi" w:hAnsiTheme="minorHAnsi"/>
          <w:lang w:val="pl-PL"/>
        </w:rPr>
        <w:t>Bieniewickiej</w:t>
      </w:r>
      <w:proofErr w:type="spellEnd"/>
      <w:r w:rsidRPr="00EA2A8E">
        <w:rPr>
          <w:rFonts w:asciiTheme="minorHAnsi" w:hAnsiTheme="minorHAnsi"/>
          <w:lang w:val="pl-PL"/>
        </w:rPr>
        <w:t xml:space="preserve"> 2A w Warszawie.</w:t>
      </w:r>
    </w:p>
    <w:p w14:paraId="386E5CA7" w14:textId="77777777" w:rsidR="00BB4D75" w:rsidRPr="00EA2A8E" w:rsidRDefault="00E352E1">
      <w:pPr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>Wykonawca: ......................................................................................................................</w:t>
      </w:r>
      <w:r w:rsidRPr="00EA2A8E">
        <w:rPr>
          <w:rFonts w:asciiTheme="minorHAnsi" w:hAnsiTheme="minorHAnsi"/>
          <w:lang w:val="pl-PL"/>
        </w:rPr>
        <w:br/>
        <w:t>(nazwa i adres)</w:t>
      </w:r>
    </w:p>
    <w:p w14:paraId="7CE5422A" w14:textId="77777777" w:rsidR="00BB4D75" w:rsidRPr="00EA2A8E" w:rsidRDefault="00E352E1">
      <w:pPr>
        <w:pStyle w:val="Nagwek1"/>
        <w:rPr>
          <w:rFonts w:asciiTheme="minorHAnsi" w:hAnsiTheme="minorHAnsi"/>
          <w:sz w:val="22"/>
          <w:szCs w:val="22"/>
          <w:lang w:val="pl-PL"/>
        </w:rPr>
      </w:pPr>
      <w:r w:rsidRPr="00EA2A8E">
        <w:rPr>
          <w:rFonts w:asciiTheme="minorHAnsi" w:hAnsiTheme="minorHAnsi"/>
          <w:sz w:val="22"/>
          <w:szCs w:val="22"/>
          <w:lang w:val="pl-PL"/>
        </w:rPr>
        <w:t>CZĘŚĆ A   WYKAZ OSÓB</w:t>
      </w:r>
    </w:p>
    <w:p w14:paraId="02283AC0" w14:textId="77777777" w:rsidR="00BB4D75" w:rsidRPr="00EA2A8E" w:rsidRDefault="00E352E1">
      <w:pPr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>Na potwierdzenie spełnienia warunku określonego w rozdziale XI SWZ wskazuję osoby skierowane do realizacji zamówienia w poniższych funkcjach.</w:t>
      </w:r>
    </w:p>
    <w:p w14:paraId="5C628408" w14:textId="77777777" w:rsidR="00BB4D75" w:rsidRPr="00EA2A8E" w:rsidRDefault="00E352E1">
      <w:pPr>
        <w:pStyle w:val="Nagwek1"/>
        <w:rPr>
          <w:rFonts w:asciiTheme="minorHAnsi" w:hAnsiTheme="minorHAnsi"/>
          <w:sz w:val="22"/>
          <w:szCs w:val="22"/>
          <w:lang w:val="pl-PL"/>
        </w:rPr>
      </w:pPr>
      <w:r w:rsidRPr="00EA2A8E">
        <w:rPr>
          <w:rFonts w:asciiTheme="minorHAnsi" w:hAnsiTheme="minorHAnsi"/>
          <w:sz w:val="22"/>
          <w:szCs w:val="22"/>
          <w:lang w:val="pl-PL"/>
        </w:rPr>
        <w:t>1. Kierownik robót konstrukcyjno-budowlanych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835"/>
        <w:gridCol w:w="6803"/>
      </w:tblGrid>
      <w:tr w:rsidR="00BB4D75" w:rsidRPr="00EA2A8E" w14:paraId="6081A890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4A700E29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Imię i nazwisko</w:t>
            </w:r>
          </w:p>
        </w:tc>
        <w:tc>
          <w:tcPr>
            <w:tcW w:w="6803" w:type="dxa"/>
            <w:vAlign w:val="center"/>
          </w:tcPr>
          <w:p w14:paraId="47DC10E9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</w:p>
        </w:tc>
      </w:tr>
      <w:tr w:rsidR="00BB4D75" w:rsidRPr="00EA2A8E" w14:paraId="1ACDF85E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692C880F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Funkcja</w:t>
            </w:r>
          </w:p>
        </w:tc>
        <w:tc>
          <w:tcPr>
            <w:tcW w:w="6803" w:type="dxa"/>
            <w:vAlign w:val="center"/>
          </w:tcPr>
          <w:p w14:paraId="6C6C88EE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Kierownik robót konstrukcyjno-budowlanych</w:t>
            </w:r>
          </w:p>
        </w:tc>
      </w:tr>
      <w:tr w:rsidR="00BB4D75" w:rsidRPr="00EA2A8E" w14:paraId="2F4471C0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6ABDE2D2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Kwalifikacje i uprawnienia budowlane</w:t>
            </w:r>
          </w:p>
        </w:tc>
        <w:tc>
          <w:tcPr>
            <w:tcW w:w="6803" w:type="dxa"/>
            <w:vAlign w:val="center"/>
          </w:tcPr>
          <w:p w14:paraId="11B386BB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Numer i data wydania: 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Organ wydający: 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</w:r>
            <w:r w:rsidRPr="00EA2A8E">
              <w:rPr>
                <w:rFonts w:asciiTheme="minorHAnsi" w:hAnsiTheme="minorHAnsi"/>
                <w:lang w:val="pl-PL"/>
              </w:rPr>
              <w:t>Specjalność i zakres uprawnień: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</w:p>
        </w:tc>
      </w:tr>
      <w:tr w:rsidR="00BB4D75" w:rsidRPr="00EA2A8E" w14:paraId="21FB84B6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6FCCA6F8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Zakres wykonywanych czynności</w:t>
            </w:r>
          </w:p>
        </w:tc>
        <w:tc>
          <w:tcPr>
            <w:tcW w:w="6803" w:type="dxa"/>
            <w:vAlign w:val="center"/>
          </w:tcPr>
          <w:p w14:paraId="192E583B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Kierowanie robotami budowlanymi w specjalności konstrukcyjno-budowlanej, w zakresie objętym przedmiotem zamówienia.</w:t>
            </w:r>
          </w:p>
        </w:tc>
      </w:tr>
      <w:tr w:rsidR="00BB4D75" w:rsidRPr="00EA2A8E" w14:paraId="1F8F5705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491EF336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Podstawa dysponowania osobą</w:t>
            </w:r>
          </w:p>
        </w:tc>
        <w:tc>
          <w:tcPr>
            <w:tcW w:w="6803" w:type="dxa"/>
            <w:vAlign w:val="center"/>
          </w:tcPr>
          <w:p w14:paraId="43654831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</w:r>
            <w:r w:rsidRPr="00EA2A8E">
              <w:rPr>
                <w:rFonts w:asciiTheme="minorHAnsi" w:hAnsiTheme="minorHAnsi"/>
                <w:lang w:val="pl-PL"/>
              </w:rPr>
              <w:t>Należy wskazać podstawę dysponowania, np. umowę o pracę, umowę cywilnoprawną lub udostępnienie przez inny podmiot. W ostatnim przypadku należy podać nazwę tego podmiotu.</w:t>
            </w:r>
          </w:p>
        </w:tc>
      </w:tr>
    </w:tbl>
    <w:p w14:paraId="590A1EC6" w14:textId="77777777" w:rsidR="00BB4D75" w:rsidRPr="00EA2A8E" w:rsidRDefault="00E352E1" w:rsidP="00BF2A6D">
      <w:pPr>
        <w:spacing w:before="160"/>
        <w:jc w:val="both"/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>Wskazana osoba posiada uprawnienia budowlane do kierowania robotami budowlanymi w specjalności konstrukcyjno-budowlanej bez ograniczeń albo w zakresie wystarczającym do kierowania robotami objętymi zamówieniem, albo odpowiednie uprawnienia wcześniejsze lub kwalifikacje uznane zgodnie z przepisami.</w:t>
      </w:r>
    </w:p>
    <w:p w14:paraId="744B8877" w14:textId="77777777" w:rsidR="00BB4D75" w:rsidRPr="00EA2A8E" w:rsidRDefault="00E352E1">
      <w:pPr>
        <w:pStyle w:val="Nagwek1"/>
        <w:pageBreakBefore/>
        <w:rPr>
          <w:rFonts w:asciiTheme="minorHAnsi" w:hAnsiTheme="minorHAnsi"/>
          <w:sz w:val="22"/>
          <w:szCs w:val="22"/>
          <w:lang w:val="pl-PL"/>
        </w:rPr>
      </w:pPr>
      <w:r w:rsidRPr="00EA2A8E">
        <w:rPr>
          <w:rFonts w:asciiTheme="minorHAnsi" w:hAnsiTheme="minorHAnsi"/>
          <w:sz w:val="22"/>
          <w:szCs w:val="22"/>
          <w:lang w:val="pl-PL"/>
        </w:rPr>
        <w:lastRenderedPageBreak/>
        <w:t>2. Osoba posiadająca kwalifikacje i doświadczenie w zakresie SSP i systemów oddymiania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835"/>
        <w:gridCol w:w="6803"/>
      </w:tblGrid>
      <w:tr w:rsidR="00BB4D75" w:rsidRPr="00EA2A8E" w14:paraId="06661BFB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10BF24B6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Imię i nazwisko</w:t>
            </w:r>
          </w:p>
        </w:tc>
        <w:tc>
          <w:tcPr>
            <w:tcW w:w="6803" w:type="dxa"/>
            <w:vAlign w:val="center"/>
          </w:tcPr>
          <w:p w14:paraId="0FF007C0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</w:p>
        </w:tc>
      </w:tr>
      <w:tr w:rsidR="00BB4D75" w:rsidRPr="00EA2A8E" w14:paraId="72C5F102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164C2DC0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Funkcja</w:t>
            </w:r>
          </w:p>
        </w:tc>
        <w:tc>
          <w:tcPr>
            <w:tcW w:w="6803" w:type="dxa"/>
            <w:vAlign w:val="center"/>
          </w:tcPr>
          <w:p w14:paraId="0383CFC2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Osoba odpowiedzialna za montaż, uruchamianie i sprawdzanie SSP oraz systemu oddymiania</w:t>
            </w:r>
          </w:p>
        </w:tc>
      </w:tr>
      <w:tr w:rsidR="00BB4D75" w:rsidRPr="00EA2A8E" w14:paraId="020C82E0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2EBBC806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Kwalifikacje</w:t>
            </w:r>
          </w:p>
        </w:tc>
        <w:tc>
          <w:tcPr>
            <w:tcW w:w="6803" w:type="dxa"/>
            <w:vAlign w:val="center"/>
          </w:tcPr>
          <w:p w14:paraId="74F5500A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Należy opisać kwalifikacje odpowiednie do wykonywanych czynności w zakresie SSP i systemów oddymiania: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</w: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</w:p>
        </w:tc>
      </w:tr>
      <w:tr w:rsidR="00BB4D75" w:rsidRPr="00EA2A8E" w14:paraId="0B9B1EB5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35058CCA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Doświadczenie</w:t>
            </w:r>
          </w:p>
        </w:tc>
        <w:tc>
          <w:tcPr>
            <w:tcW w:w="6803" w:type="dxa"/>
            <w:vAlign w:val="center"/>
          </w:tcPr>
          <w:p w14:paraId="30F6EAD1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Należy opisać doświadczenie w montażu, uruchamianiu i sprawdzaniu SSP oraz systemów oddymiania, wskazując realizacje, wykonane czynności i okres ich wykonywania: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</w: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</w:p>
        </w:tc>
      </w:tr>
      <w:tr w:rsidR="00BB4D75" w:rsidRPr="00EA2A8E" w14:paraId="1D9747AD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58F5C3DE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Zakres wykonywanych czynności</w:t>
            </w:r>
          </w:p>
        </w:tc>
        <w:tc>
          <w:tcPr>
            <w:tcW w:w="6803" w:type="dxa"/>
            <w:vAlign w:val="center"/>
          </w:tcPr>
          <w:p w14:paraId="67680BBD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Montaż, uruchamianie i sprawdzanie systemu sygnalizacji pożaru (SSP) oraz systemu oddymiania w zakresie zamówienia.</w:t>
            </w:r>
          </w:p>
        </w:tc>
      </w:tr>
      <w:tr w:rsidR="00BB4D75" w:rsidRPr="00EA2A8E" w14:paraId="36B2E157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4FA56E8B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Podstawa dysponowania osobą</w:t>
            </w:r>
          </w:p>
        </w:tc>
        <w:tc>
          <w:tcPr>
            <w:tcW w:w="6803" w:type="dxa"/>
            <w:vAlign w:val="center"/>
          </w:tcPr>
          <w:p w14:paraId="188EBB44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</w:r>
            <w:r w:rsidRPr="00EA2A8E">
              <w:rPr>
                <w:rFonts w:asciiTheme="minorHAnsi" w:hAnsiTheme="minorHAnsi"/>
                <w:lang w:val="pl-PL"/>
              </w:rPr>
              <w:t>Należy wskazać podstawę dysponowania, np. umowę o pracę, umowę cywilnoprawną lub udostępnienie przez inny podmiot. W ostatnim przypadku należy podać nazwę tego podmiotu.</w:t>
            </w:r>
          </w:p>
        </w:tc>
      </w:tr>
    </w:tbl>
    <w:p w14:paraId="077BA4F2" w14:textId="77777777" w:rsidR="00BB4D75" w:rsidRPr="00EA2A8E" w:rsidRDefault="00E352E1" w:rsidP="00BF2A6D">
      <w:pPr>
        <w:jc w:val="both"/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>Zamawiający dopuszcza łączenie powyższych funkcji przez jedną osobę, jeżeli spełnia ona wymagania określone dla każdej z nich. W takim przypadku należy wpisać tę osobę w obu blokach wykazu osób i wykazać spełnienie obu wymagań.</w:t>
      </w:r>
    </w:p>
    <w:p w14:paraId="2D737F54" w14:textId="77777777" w:rsidR="00BB4D75" w:rsidRPr="00EA2A8E" w:rsidRDefault="00E352E1" w:rsidP="00BF2A6D">
      <w:pPr>
        <w:jc w:val="both"/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>Oświadczam, że dysponuję lub będę dysponował wskazanymi osobami i skieruję je do realizacji zamówienia w podanym zakresie. Informacje podane w wykazie są zgodne z prawdą.</w:t>
      </w:r>
    </w:p>
    <w:p w14:paraId="42E881D2" w14:textId="77777777" w:rsidR="00BB4D75" w:rsidRPr="00EA2A8E" w:rsidRDefault="00E352E1" w:rsidP="00BF2A6D">
      <w:pPr>
        <w:jc w:val="center"/>
        <w:rPr>
          <w:rFonts w:asciiTheme="minorHAnsi" w:hAnsiTheme="minorHAnsi"/>
          <w:color w:val="EE0000"/>
          <w:lang w:val="pl-PL"/>
        </w:rPr>
      </w:pPr>
      <w:r w:rsidRPr="00EA2A8E">
        <w:rPr>
          <w:rFonts w:asciiTheme="minorHAnsi" w:hAnsiTheme="minorHAnsi"/>
          <w:i/>
          <w:color w:val="EE0000"/>
          <w:lang w:val="pl-PL"/>
        </w:rPr>
        <w:t>Dokument należy opatrzyć kwalifikowanym podpisem elektronicznym, podpisem zaufanym lub podpisem osobistym.</w:t>
      </w:r>
    </w:p>
    <w:p w14:paraId="6CC939FE" w14:textId="77777777" w:rsidR="00165B60" w:rsidRPr="00EA2A8E" w:rsidRDefault="00165B60" w:rsidP="00165B60">
      <w:pPr>
        <w:pStyle w:val="Tytu"/>
        <w:pageBreakBefore/>
        <w:jc w:val="right"/>
        <w:rPr>
          <w:rFonts w:asciiTheme="minorHAnsi" w:hAnsiTheme="minorHAnsi"/>
          <w:sz w:val="22"/>
          <w:szCs w:val="22"/>
          <w:lang w:val="pl-PL"/>
        </w:rPr>
      </w:pPr>
      <w:r w:rsidRPr="00EA2A8E">
        <w:rPr>
          <w:rFonts w:asciiTheme="minorHAnsi" w:hAnsiTheme="minorHAnsi"/>
          <w:sz w:val="22"/>
          <w:szCs w:val="22"/>
          <w:lang w:val="pl-PL"/>
        </w:rPr>
        <w:lastRenderedPageBreak/>
        <w:t>Załącznik nr 8A do SWZ</w:t>
      </w:r>
    </w:p>
    <w:p w14:paraId="7EC2A3E8" w14:textId="77777777" w:rsidR="00BB4D75" w:rsidRPr="00EA2A8E" w:rsidRDefault="00E352E1">
      <w:pPr>
        <w:pStyle w:val="Nagwek1"/>
        <w:jc w:val="center"/>
        <w:rPr>
          <w:rFonts w:asciiTheme="minorHAnsi" w:hAnsiTheme="minorHAnsi"/>
          <w:sz w:val="22"/>
          <w:szCs w:val="22"/>
          <w:lang w:val="pl-PL"/>
        </w:rPr>
      </w:pPr>
      <w:r w:rsidRPr="00EA2A8E">
        <w:rPr>
          <w:rFonts w:asciiTheme="minorHAnsi" w:hAnsiTheme="minorHAnsi"/>
          <w:sz w:val="22"/>
          <w:szCs w:val="22"/>
          <w:lang w:val="pl-PL"/>
        </w:rPr>
        <w:t>CZĘŚĆ B   WYKAZ ROBÓT BUDOWLANYCH</w:t>
      </w:r>
    </w:p>
    <w:p w14:paraId="0C16E502" w14:textId="77777777" w:rsidR="00BB4D75" w:rsidRPr="00EA2A8E" w:rsidRDefault="00E352E1" w:rsidP="00BF2A6D">
      <w:pPr>
        <w:jc w:val="center"/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 xml:space="preserve">Wykonanie instalacji systemu sygnalizacji pożaru (SSP) oraz grawitacyjnego systemu oddymiania klatki schodowej w budynku przy ul. </w:t>
      </w:r>
      <w:proofErr w:type="spellStart"/>
      <w:r w:rsidRPr="00EA2A8E">
        <w:rPr>
          <w:rFonts w:asciiTheme="minorHAnsi" w:hAnsiTheme="minorHAnsi"/>
          <w:lang w:val="pl-PL"/>
        </w:rPr>
        <w:t>Bieniewickiej</w:t>
      </w:r>
      <w:proofErr w:type="spellEnd"/>
      <w:r w:rsidRPr="00EA2A8E">
        <w:rPr>
          <w:rFonts w:asciiTheme="minorHAnsi" w:hAnsiTheme="minorHAnsi"/>
          <w:lang w:val="pl-PL"/>
        </w:rPr>
        <w:t xml:space="preserve"> 2A w Warszawie.</w:t>
      </w:r>
    </w:p>
    <w:p w14:paraId="655C3C97" w14:textId="77777777" w:rsidR="00BB4D75" w:rsidRPr="00EA2A8E" w:rsidRDefault="00E352E1">
      <w:pPr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>Wykonawca: ......................................................................................................................</w:t>
      </w:r>
      <w:r w:rsidRPr="00EA2A8E">
        <w:rPr>
          <w:rFonts w:asciiTheme="minorHAnsi" w:hAnsiTheme="minorHAnsi"/>
          <w:lang w:val="pl-PL"/>
        </w:rPr>
        <w:br/>
        <w:t>(nazwa i adres)</w:t>
      </w:r>
    </w:p>
    <w:p w14:paraId="1E8D55E8" w14:textId="77777777" w:rsidR="00BB4D75" w:rsidRPr="00EA2A8E" w:rsidRDefault="00E352E1" w:rsidP="00BF2A6D">
      <w:pPr>
        <w:jc w:val="both"/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>Na potwierdzenie spełnienia warunku określonego w rozdziale XI SWZ wykazuję co najmniej dwie roboty budowlane, z których każda obejmowała wykonanie instalacji systemu sygnalizacji pożaru (SSP) oraz systemu oddymiania w budynku, o wartości nie mniejszej niż 100 000,00 zł brutto każda, wykonane należycie w okresie ostatnich 5 lat przed upływem terminu składania ofert, a jeżeli okres prowadzenia działalności jest krótszy, w tym okresie.</w:t>
      </w:r>
    </w:p>
    <w:p w14:paraId="2F257216" w14:textId="77777777" w:rsidR="00BB4D75" w:rsidRPr="00EA2A8E" w:rsidRDefault="00E352E1">
      <w:pPr>
        <w:pStyle w:val="Nagwek1"/>
        <w:rPr>
          <w:rFonts w:asciiTheme="minorHAnsi" w:hAnsiTheme="minorHAnsi"/>
          <w:sz w:val="22"/>
          <w:szCs w:val="22"/>
          <w:lang w:val="pl-PL"/>
        </w:rPr>
      </w:pPr>
      <w:r w:rsidRPr="00EA2A8E">
        <w:rPr>
          <w:rFonts w:asciiTheme="minorHAnsi" w:hAnsiTheme="minorHAnsi"/>
          <w:sz w:val="22"/>
          <w:szCs w:val="22"/>
          <w:lang w:val="pl-PL"/>
        </w:rPr>
        <w:t>Robota budowlana nr 1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835"/>
        <w:gridCol w:w="6803"/>
      </w:tblGrid>
      <w:tr w:rsidR="00BB4D75" w:rsidRPr="00EA2A8E" w14:paraId="09E76BEE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4A967070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Nazwa i rodzaj roboty</w:t>
            </w:r>
          </w:p>
        </w:tc>
        <w:tc>
          <w:tcPr>
            <w:tcW w:w="6803" w:type="dxa"/>
            <w:vAlign w:val="center"/>
          </w:tcPr>
          <w:p w14:paraId="0864463E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</w:p>
        </w:tc>
      </w:tr>
      <w:tr w:rsidR="00BB4D75" w:rsidRPr="00EA2A8E" w14:paraId="54C60765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0E242DCE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Zakres robót potwierdzający spełnienie warunku</w:t>
            </w:r>
          </w:p>
        </w:tc>
        <w:tc>
          <w:tcPr>
            <w:tcW w:w="6803" w:type="dxa"/>
            <w:vAlign w:val="center"/>
          </w:tcPr>
          <w:p w14:paraId="1CFDEEFC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Należy opisać wykonanie SSP oraz systemu oddymiania w budynku: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</w:p>
        </w:tc>
      </w:tr>
      <w:tr w:rsidR="00BB4D75" w:rsidRPr="00EA2A8E" w14:paraId="4C17D417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4C16A354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Miejsce wykonania</w:t>
            </w:r>
          </w:p>
        </w:tc>
        <w:tc>
          <w:tcPr>
            <w:tcW w:w="6803" w:type="dxa"/>
            <w:vAlign w:val="center"/>
          </w:tcPr>
          <w:p w14:paraId="1B84AE1A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</w:p>
        </w:tc>
      </w:tr>
      <w:tr w:rsidR="00BB4D75" w:rsidRPr="00EA2A8E" w14:paraId="6C624433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49305C7C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Podmiot, na rzecz którego wykonano roboty</w:t>
            </w:r>
          </w:p>
        </w:tc>
        <w:tc>
          <w:tcPr>
            <w:tcW w:w="6803" w:type="dxa"/>
            <w:vAlign w:val="center"/>
          </w:tcPr>
          <w:p w14:paraId="5F58CAA0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Nazwa i adres: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</w:p>
        </w:tc>
      </w:tr>
      <w:tr w:rsidR="00BB4D75" w:rsidRPr="00EA2A8E" w14:paraId="2F79C7F4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10DF3DD5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Wartość roboty brutto</w:t>
            </w:r>
          </w:p>
        </w:tc>
        <w:tc>
          <w:tcPr>
            <w:tcW w:w="6803" w:type="dxa"/>
            <w:vAlign w:val="center"/>
          </w:tcPr>
          <w:p w14:paraId="5F53DE08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Kwota brutto: 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Waluta: .............................................</w:t>
            </w:r>
          </w:p>
        </w:tc>
      </w:tr>
      <w:tr w:rsidR="00BB4D75" w:rsidRPr="00EA2A8E" w14:paraId="43FC9AB7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6DF89675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Data wykonania roboty</w:t>
            </w:r>
          </w:p>
        </w:tc>
        <w:tc>
          <w:tcPr>
            <w:tcW w:w="6803" w:type="dxa"/>
            <w:vAlign w:val="center"/>
          </w:tcPr>
          <w:p w14:paraId="74B0F6E5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Data zakończenia: .........................................</w:t>
            </w:r>
          </w:p>
        </w:tc>
      </w:tr>
      <w:tr w:rsidR="00BB4D75" w:rsidRPr="00EA2A8E" w14:paraId="3F628280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4CC82B22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Podmiot posiadający wykazane doświadczenie</w:t>
            </w:r>
          </w:p>
        </w:tc>
        <w:tc>
          <w:tcPr>
            <w:tcW w:w="6803" w:type="dxa"/>
            <w:vAlign w:val="center"/>
          </w:tcPr>
          <w:p w14:paraId="362B8A39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(Wykonawca, wskazany konsorcjant albo podmiot udostępniający zasoby)</w:t>
            </w:r>
          </w:p>
        </w:tc>
      </w:tr>
      <w:tr w:rsidR="00BB4D75" w:rsidRPr="00EA2A8E" w14:paraId="4F825162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41354184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Dowód należytego wykonania</w:t>
            </w:r>
          </w:p>
        </w:tc>
        <w:tc>
          <w:tcPr>
            <w:tcW w:w="6803" w:type="dxa"/>
            <w:vAlign w:val="center"/>
          </w:tcPr>
          <w:p w14:paraId="331F36B3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(nazwa załączonego dokumentu i jego wystawca)</w:t>
            </w:r>
          </w:p>
        </w:tc>
      </w:tr>
    </w:tbl>
    <w:p w14:paraId="55790D11" w14:textId="77777777" w:rsidR="00BB4D75" w:rsidRPr="00EA2A8E" w:rsidRDefault="00E352E1">
      <w:pPr>
        <w:pStyle w:val="Nagwek1"/>
        <w:pageBreakBefore/>
        <w:rPr>
          <w:rFonts w:asciiTheme="minorHAnsi" w:hAnsiTheme="minorHAnsi"/>
          <w:sz w:val="22"/>
          <w:szCs w:val="22"/>
          <w:lang w:val="pl-PL"/>
        </w:rPr>
      </w:pPr>
      <w:r w:rsidRPr="00EA2A8E">
        <w:rPr>
          <w:rFonts w:asciiTheme="minorHAnsi" w:hAnsiTheme="minorHAnsi"/>
          <w:sz w:val="22"/>
          <w:szCs w:val="22"/>
          <w:lang w:val="pl-PL"/>
        </w:rPr>
        <w:lastRenderedPageBreak/>
        <w:t>Robota budowlana nr 2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835"/>
        <w:gridCol w:w="6803"/>
      </w:tblGrid>
      <w:tr w:rsidR="00BB4D75" w:rsidRPr="00EA2A8E" w14:paraId="513BF10B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1FF737AB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Nazwa i rodzaj roboty</w:t>
            </w:r>
          </w:p>
        </w:tc>
        <w:tc>
          <w:tcPr>
            <w:tcW w:w="6803" w:type="dxa"/>
            <w:vAlign w:val="center"/>
          </w:tcPr>
          <w:p w14:paraId="6A1F6393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</w:p>
        </w:tc>
      </w:tr>
      <w:tr w:rsidR="00BB4D75" w:rsidRPr="00EA2A8E" w14:paraId="140E97EE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039B0964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Zakres robót potwierdzający spełnienie warunku</w:t>
            </w:r>
          </w:p>
        </w:tc>
        <w:tc>
          <w:tcPr>
            <w:tcW w:w="6803" w:type="dxa"/>
            <w:vAlign w:val="center"/>
          </w:tcPr>
          <w:p w14:paraId="6DC4055C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Należy opisać wykonanie SSP oraz systemu oddymiania w budynku: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</w:p>
        </w:tc>
      </w:tr>
      <w:tr w:rsidR="00BB4D75" w:rsidRPr="00EA2A8E" w14:paraId="0CAE6352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0EE74288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Miejsce wykonania</w:t>
            </w:r>
          </w:p>
        </w:tc>
        <w:tc>
          <w:tcPr>
            <w:tcW w:w="6803" w:type="dxa"/>
            <w:vAlign w:val="center"/>
          </w:tcPr>
          <w:p w14:paraId="58F0104E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</w:p>
        </w:tc>
      </w:tr>
      <w:tr w:rsidR="00BB4D75" w:rsidRPr="00EA2A8E" w14:paraId="4D7D5F37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1924F23F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Podmiot, na rzecz którego wykonano roboty</w:t>
            </w:r>
          </w:p>
        </w:tc>
        <w:tc>
          <w:tcPr>
            <w:tcW w:w="6803" w:type="dxa"/>
            <w:vAlign w:val="center"/>
          </w:tcPr>
          <w:p w14:paraId="396E09DE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Nazwa i adres: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..................................................................</w:t>
            </w:r>
          </w:p>
        </w:tc>
      </w:tr>
      <w:tr w:rsidR="00BB4D75" w:rsidRPr="00EA2A8E" w14:paraId="6F62F97B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5DBAAB74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Wartość roboty brutto</w:t>
            </w:r>
          </w:p>
        </w:tc>
        <w:tc>
          <w:tcPr>
            <w:tcW w:w="6803" w:type="dxa"/>
            <w:vAlign w:val="center"/>
          </w:tcPr>
          <w:p w14:paraId="5D505F40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Kwota brutto: 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Waluta: .............................................</w:t>
            </w:r>
          </w:p>
        </w:tc>
      </w:tr>
      <w:tr w:rsidR="00BB4D75" w:rsidRPr="00EA2A8E" w14:paraId="023986A7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4309DEB7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Data wykonania roboty</w:t>
            </w:r>
          </w:p>
        </w:tc>
        <w:tc>
          <w:tcPr>
            <w:tcW w:w="6803" w:type="dxa"/>
            <w:vAlign w:val="center"/>
          </w:tcPr>
          <w:p w14:paraId="6CB1F60F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Data zakończenia: .........................................</w:t>
            </w:r>
          </w:p>
        </w:tc>
      </w:tr>
      <w:tr w:rsidR="00BB4D75" w:rsidRPr="00EA2A8E" w14:paraId="3498B08B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73EF690A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Podmiot posiadający wykazane doświadczenie</w:t>
            </w:r>
          </w:p>
        </w:tc>
        <w:tc>
          <w:tcPr>
            <w:tcW w:w="6803" w:type="dxa"/>
            <w:vAlign w:val="center"/>
          </w:tcPr>
          <w:p w14:paraId="429DA390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  <w:t>(Wykonawca, wskazany konsorcjant albo podmiot udostępniający zasoby)</w:t>
            </w:r>
          </w:p>
        </w:tc>
      </w:tr>
      <w:tr w:rsidR="00BB4D75" w:rsidRPr="00EA2A8E" w14:paraId="06A38C30" w14:textId="77777777">
        <w:trPr>
          <w:cantSplit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60B9872E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b/>
                <w:lang w:val="pl-PL"/>
              </w:rPr>
              <w:t>Dowód należytego wykonania</w:t>
            </w:r>
          </w:p>
        </w:tc>
        <w:tc>
          <w:tcPr>
            <w:tcW w:w="6803" w:type="dxa"/>
            <w:vAlign w:val="center"/>
          </w:tcPr>
          <w:p w14:paraId="4883E2E0" w14:textId="77777777" w:rsidR="00BB4D75" w:rsidRPr="00EA2A8E" w:rsidRDefault="00E352E1">
            <w:pPr>
              <w:spacing w:after="0"/>
              <w:rPr>
                <w:rFonts w:asciiTheme="minorHAnsi" w:hAnsiTheme="minorHAnsi"/>
                <w:lang w:val="pl-PL"/>
              </w:rPr>
            </w:pPr>
            <w:r w:rsidRPr="00EA2A8E">
              <w:rPr>
                <w:rFonts w:asciiTheme="minorHAnsi" w:hAnsiTheme="minorHAnsi"/>
                <w:lang w:val="pl-PL"/>
              </w:rPr>
              <w:t>..................................................................</w:t>
            </w:r>
            <w:r w:rsidRPr="00EA2A8E">
              <w:rPr>
                <w:rFonts w:asciiTheme="minorHAnsi" w:hAnsiTheme="minorHAnsi"/>
                <w:lang w:val="pl-PL"/>
              </w:rPr>
              <w:br/>
            </w:r>
            <w:r w:rsidRPr="00EA2A8E">
              <w:rPr>
                <w:rFonts w:asciiTheme="minorHAnsi" w:hAnsiTheme="minorHAnsi"/>
                <w:lang w:val="pl-PL"/>
              </w:rPr>
              <w:t>(nazwa załączonego dokumentu i jego wystawca)</w:t>
            </w:r>
          </w:p>
        </w:tc>
      </w:tr>
    </w:tbl>
    <w:p w14:paraId="4B45B4A0" w14:textId="77777777" w:rsidR="00BB4D75" w:rsidRPr="00EA2A8E" w:rsidRDefault="00E352E1">
      <w:pPr>
        <w:spacing w:before="160"/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>Do wykazu należy dołączyć referencje lub inne dokumenty sporządzone przez podmiot, na rzecz którego wykonano roboty. Jeżeli Wykonawca z przyczyn niezależnych od niego nie może uzyskać tych dokumentów, dołącza inne odpowiednie dokumenty.</w:t>
      </w:r>
    </w:p>
    <w:p w14:paraId="4C2F37E4" w14:textId="77777777" w:rsidR="00BB4D75" w:rsidRPr="00EA2A8E" w:rsidRDefault="00E352E1">
      <w:pPr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>Jeżeli roboty wykonano wspólnie z innymi wykonawcami, należy wykazać zakres robót, w których wykonaniu podmiot powołujący się na doświadczenie bezpośrednio uczestniczył. W razie potrzeby można powielić blok dotyczący danej roboty.</w:t>
      </w:r>
    </w:p>
    <w:p w14:paraId="4A7FF088" w14:textId="77777777" w:rsidR="00BB4D75" w:rsidRPr="00EA2A8E" w:rsidRDefault="00E352E1">
      <w:pPr>
        <w:rPr>
          <w:rFonts w:asciiTheme="minorHAnsi" w:hAnsiTheme="minorHAnsi"/>
          <w:lang w:val="pl-PL"/>
        </w:rPr>
      </w:pPr>
      <w:r w:rsidRPr="00EA2A8E">
        <w:rPr>
          <w:rFonts w:asciiTheme="minorHAnsi" w:hAnsiTheme="minorHAnsi"/>
          <w:lang w:val="pl-PL"/>
        </w:rPr>
        <w:t>Oświadczam, że informacje podane w wykazie są zgodne z prawdą.</w:t>
      </w:r>
    </w:p>
    <w:p w14:paraId="293B6EEB" w14:textId="77777777" w:rsidR="00BB4D75" w:rsidRPr="00EA2A8E" w:rsidRDefault="00E352E1" w:rsidP="00BF2A6D">
      <w:pPr>
        <w:jc w:val="center"/>
        <w:rPr>
          <w:rFonts w:asciiTheme="minorHAnsi" w:hAnsiTheme="minorHAnsi"/>
          <w:color w:val="EE0000"/>
          <w:lang w:val="pl-PL"/>
        </w:rPr>
      </w:pPr>
      <w:r w:rsidRPr="00EA2A8E">
        <w:rPr>
          <w:rFonts w:asciiTheme="minorHAnsi" w:hAnsiTheme="minorHAnsi"/>
          <w:i/>
          <w:color w:val="EE0000"/>
          <w:lang w:val="pl-PL"/>
        </w:rPr>
        <w:t>Dokument należy opatrzyć kwalifikowanym podpisem elektronicznym, podpisem zaufanym lub podpisem osobistym.</w:t>
      </w:r>
    </w:p>
    <w:sectPr w:rsidR="00BB4D75" w:rsidRPr="00EA2A8E" w:rsidSect="00034616">
      <w:headerReference w:type="default" r:id="rId8"/>
      <w:footerReference w:type="default" r:id="rId9"/>
      <w:pgSz w:w="11906" w:h="16838"/>
      <w:pgMar w:top="1020" w:right="1134" w:bottom="96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5BA00" w14:textId="77777777" w:rsidR="00E352E1" w:rsidRDefault="00E352E1">
      <w:pPr>
        <w:spacing w:after="0" w:line="240" w:lineRule="auto"/>
      </w:pPr>
      <w:r>
        <w:separator/>
      </w:r>
    </w:p>
  </w:endnote>
  <w:endnote w:type="continuationSeparator" w:id="0">
    <w:p w14:paraId="73A2CDB5" w14:textId="77777777" w:rsidR="00E352E1" w:rsidRDefault="00E35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CD619" w14:textId="77777777" w:rsidR="00BB4D75" w:rsidRDefault="00E352E1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BF2A6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FA58D" w14:textId="77777777" w:rsidR="00E352E1" w:rsidRDefault="00E352E1">
      <w:pPr>
        <w:spacing w:after="0" w:line="240" w:lineRule="auto"/>
      </w:pPr>
      <w:r>
        <w:separator/>
      </w:r>
    </w:p>
  </w:footnote>
  <w:footnote w:type="continuationSeparator" w:id="0">
    <w:p w14:paraId="2AD8F38B" w14:textId="77777777" w:rsidR="00E352E1" w:rsidRDefault="00E35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E03D" w14:textId="7222B0DB" w:rsidR="00EA2A8E" w:rsidRPr="00EA2A8E" w:rsidRDefault="00E352E1" w:rsidP="00EA2A8E">
    <w:pPr>
      <w:pStyle w:val="Tytu"/>
      <w:jc w:val="right"/>
      <w:rPr>
        <w:b w:val="0"/>
        <w:bCs/>
        <w:sz w:val="16"/>
        <w:szCs w:val="16"/>
      </w:rPr>
    </w:pPr>
    <w:r w:rsidRPr="00EA2A8E">
      <w:rPr>
        <w:b w:val="0"/>
        <w:bCs/>
        <w:sz w:val="20"/>
      </w:rPr>
      <w:t>ZP.260.17.2026.KB</w:t>
    </w:r>
    <w:r w:rsidRPr="00EA2A8E">
      <w:rPr>
        <w:b w:val="0"/>
        <w:bCs/>
        <w:sz w:val="20"/>
      </w:rPr>
      <w:tab/>
    </w:r>
    <w:r w:rsidR="00EA2A8E" w:rsidRPr="00EA2A8E">
      <w:rPr>
        <w:b w:val="0"/>
        <w:bCs/>
        <w:sz w:val="20"/>
      </w:rPr>
      <w:tab/>
    </w:r>
    <w:r w:rsidR="00EA2A8E" w:rsidRPr="00EA2A8E">
      <w:rPr>
        <w:b w:val="0"/>
        <w:bCs/>
        <w:sz w:val="20"/>
      </w:rPr>
      <w:tab/>
    </w:r>
    <w:r w:rsidR="00EA2A8E" w:rsidRPr="00EA2A8E">
      <w:rPr>
        <w:b w:val="0"/>
        <w:bCs/>
        <w:sz w:val="20"/>
      </w:rPr>
      <w:tab/>
    </w:r>
    <w:r w:rsidR="00EA2A8E" w:rsidRPr="00EA2A8E">
      <w:rPr>
        <w:b w:val="0"/>
        <w:bCs/>
        <w:sz w:val="20"/>
      </w:rPr>
      <w:tab/>
    </w:r>
    <w:r w:rsidR="00EA2A8E" w:rsidRPr="00EA2A8E">
      <w:rPr>
        <w:b w:val="0"/>
        <w:bCs/>
        <w:sz w:val="20"/>
      </w:rPr>
      <w:tab/>
    </w:r>
    <w:r w:rsidR="00EA2A8E" w:rsidRPr="00EA2A8E">
      <w:rPr>
        <w:b w:val="0"/>
        <w:bCs/>
        <w:sz w:val="20"/>
      </w:rPr>
      <w:tab/>
    </w:r>
    <w:r w:rsidRPr="00EA2A8E">
      <w:rPr>
        <w:b w:val="0"/>
        <w:bCs/>
        <w:sz w:val="20"/>
      </w:rPr>
      <w:tab/>
    </w:r>
    <w:proofErr w:type="spellStart"/>
    <w:r w:rsidR="00EA2A8E" w:rsidRPr="00EA2A8E">
      <w:rPr>
        <w:b w:val="0"/>
        <w:bCs/>
        <w:sz w:val="20"/>
      </w:rPr>
      <w:t>Załącznik</w:t>
    </w:r>
    <w:proofErr w:type="spellEnd"/>
    <w:r w:rsidR="00EA2A8E" w:rsidRPr="00EA2A8E">
      <w:rPr>
        <w:b w:val="0"/>
        <w:bCs/>
        <w:sz w:val="20"/>
      </w:rPr>
      <w:t xml:space="preserve"> nr 8 do SWZ</w:t>
    </w:r>
  </w:p>
  <w:p w14:paraId="626C2E55" w14:textId="4A9C742D" w:rsidR="00BB4D75" w:rsidRDefault="00BB4D75">
    <w:pPr>
      <w:pStyle w:val="Nagwek"/>
      <w:tabs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2428590">
    <w:abstractNumId w:val="8"/>
  </w:num>
  <w:num w:numId="2" w16cid:durableId="1654917095">
    <w:abstractNumId w:val="6"/>
  </w:num>
  <w:num w:numId="3" w16cid:durableId="302734476">
    <w:abstractNumId w:val="5"/>
  </w:num>
  <w:num w:numId="4" w16cid:durableId="1162963331">
    <w:abstractNumId w:val="4"/>
  </w:num>
  <w:num w:numId="5" w16cid:durableId="1431270015">
    <w:abstractNumId w:val="7"/>
  </w:num>
  <w:num w:numId="6" w16cid:durableId="769202340">
    <w:abstractNumId w:val="3"/>
  </w:num>
  <w:num w:numId="7" w16cid:durableId="996807491">
    <w:abstractNumId w:val="2"/>
  </w:num>
  <w:num w:numId="8" w16cid:durableId="1298956145">
    <w:abstractNumId w:val="1"/>
  </w:num>
  <w:num w:numId="9" w16cid:durableId="147583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5B60"/>
    <w:rsid w:val="0029639D"/>
    <w:rsid w:val="00326F90"/>
    <w:rsid w:val="00610B40"/>
    <w:rsid w:val="00865798"/>
    <w:rsid w:val="00897933"/>
    <w:rsid w:val="00A739E5"/>
    <w:rsid w:val="00AA040D"/>
    <w:rsid w:val="00AA1D8D"/>
    <w:rsid w:val="00B25A92"/>
    <w:rsid w:val="00B47730"/>
    <w:rsid w:val="00BB4D75"/>
    <w:rsid w:val="00BF2A6D"/>
    <w:rsid w:val="00CB0664"/>
    <w:rsid w:val="00DE21AB"/>
    <w:rsid w:val="00E352E1"/>
    <w:rsid w:val="00E4709C"/>
    <w:rsid w:val="00EA2A8E"/>
    <w:rsid w:val="00F267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7ACF48"/>
  <w14:defaultImageDpi w14:val="300"/>
  <w15:docId w15:val="{E733FCB3-C754-3E46-B654-8223384F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2" w:lineRule="auto"/>
    </w:pPr>
    <w:rPr>
      <w:rFonts w:ascii="Calibri" w:hAnsi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14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14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keepLines/>
      <w:spacing w:before="180" w:after="1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1104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 i wykaz robót budowlanych</dc:title>
  <dc:subject>Załączniki nr 8 i 8A do SWZ — ZP.260.17.2026.KB</dc:subject>
  <dc:creator>Katarzyna Buchoowiecka</dc:creator>
  <cp:keywords>SSP, oddymianie, Bieniewicka 2A</cp:keywords>
  <dc:description>generated by python-docx</dc:description>
  <cp:lastModifiedBy>Lidia Łagowska</cp:lastModifiedBy>
  <cp:revision>2</cp:revision>
  <dcterms:created xsi:type="dcterms:W3CDTF">2026-10-30T14:06:00Z</dcterms:created>
  <dcterms:modified xsi:type="dcterms:W3CDTF">2026-10-30T14:06:00Z</dcterms:modified>
  <cp:category/>
</cp:coreProperties>
</file>