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455CA" w14:textId="77777777" w:rsidR="00686472" w:rsidRPr="00457496" w:rsidRDefault="00686472">
      <w:pPr>
        <w:rPr>
          <w:rFonts w:asciiTheme="minorHAnsi" w:hAnsiTheme="minorHAnsi"/>
          <w:b/>
        </w:rPr>
      </w:pPr>
    </w:p>
    <w:p w14:paraId="08C04CEC" w14:textId="77777777" w:rsidR="00686472" w:rsidRPr="00457496" w:rsidRDefault="00686472">
      <w:pPr>
        <w:rPr>
          <w:rFonts w:asciiTheme="minorHAnsi" w:hAnsiTheme="minorHAnsi" w:cstheme="majorHAnsi"/>
          <w:b/>
          <w:sz w:val="22"/>
        </w:rPr>
      </w:pPr>
    </w:p>
    <w:p w14:paraId="640DBE29" w14:textId="5EFC1BB8" w:rsidR="00012BA6" w:rsidRPr="00457496" w:rsidRDefault="004E1B64" w:rsidP="00C57B2D">
      <w:pPr>
        <w:jc w:val="right"/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b/>
          <w:sz w:val="22"/>
        </w:rPr>
        <w:t>Zamawiający</w:t>
      </w:r>
      <w:proofErr w:type="spellEnd"/>
      <w:r w:rsidRPr="00457496">
        <w:rPr>
          <w:rFonts w:asciiTheme="minorHAnsi" w:hAnsiTheme="minorHAnsi" w:cstheme="majorHAnsi"/>
          <w:b/>
          <w:sz w:val="22"/>
        </w:rPr>
        <w:t>:</w:t>
      </w:r>
    </w:p>
    <w:p w14:paraId="7E450F38" w14:textId="77777777" w:rsidR="00012BA6" w:rsidRPr="00457496" w:rsidRDefault="004E1B64" w:rsidP="00C57B2D">
      <w:pPr>
        <w:jc w:val="right"/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sz w:val="22"/>
        </w:rPr>
        <w:t>Zakład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Gospodarowania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Nieruchomościami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w </w:t>
      </w:r>
      <w:proofErr w:type="spellStart"/>
      <w:r w:rsidRPr="00457496">
        <w:rPr>
          <w:rFonts w:asciiTheme="minorHAnsi" w:hAnsiTheme="minorHAnsi" w:cstheme="majorHAnsi"/>
          <w:sz w:val="22"/>
        </w:rPr>
        <w:t>Dzielnicy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Żoliborz m.st. </w:t>
      </w:r>
      <w:proofErr w:type="spellStart"/>
      <w:r w:rsidRPr="00457496">
        <w:rPr>
          <w:rFonts w:asciiTheme="minorHAnsi" w:hAnsiTheme="minorHAnsi" w:cstheme="majorHAnsi"/>
          <w:sz w:val="22"/>
        </w:rPr>
        <w:t>Warszawy</w:t>
      </w:r>
      <w:proofErr w:type="spellEnd"/>
    </w:p>
    <w:p w14:paraId="3A65DFDD" w14:textId="77777777" w:rsidR="00012BA6" w:rsidRPr="00457496" w:rsidRDefault="004E1B64" w:rsidP="00C57B2D">
      <w:pPr>
        <w:jc w:val="right"/>
        <w:rPr>
          <w:rFonts w:asciiTheme="minorHAnsi" w:hAnsiTheme="minorHAnsi" w:cstheme="majorHAnsi"/>
          <w:sz w:val="22"/>
        </w:rPr>
      </w:pPr>
      <w:r w:rsidRPr="00457496">
        <w:rPr>
          <w:rFonts w:asciiTheme="minorHAnsi" w:hAnsiTheme="minorHAnsi" w:cstheme="majorHAnsi"/>
          <w:sz w:val="22"/>
        </w:rPr>
        <w:t xml:space="preserve">ul. Marii </w:t>
      </w:r>
      <w:proofErr w:type="spellStart"/>
      <w:r w:rsidRPr="00457496">
        <w:rPr>
          <w:rFonts w:asciiTheme="minorHAnsi" w:hAnsiTheme="minorHAnsi" w:cstheme="majorHAnsi"/>
          <w:sz w:val="22"/>
        </w:rPr>
        <w:t>Kazimiery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1, 01-641 Warszawa</w:t>
      </w:r>
    </w:p>
    <w:p w14:paraId="6FF36A2B" w14:textId="77777777" w:rsidR="00C57B2D" w:rsidRPr="00457496" w:rsidRDefault="00C57B2D">
      <w:pPr>
        <w:rPr>
          <w:rFonts w:asciiTheme="minorHAnsi" w:hAnsiTheme="minorHAnsi" w:cstheme="majorHAnsi"/>
          <w:b/>
          <w:sz w:val="22"/>
        </w:rPr>
      </w:pPr>
    </w:p>
    <w:p w14:paraId="7149F92C" w14:textId="29EFCF60" w:rsidR="00012BA6" w:rsidRPr="00457496" w:rsidRDefault="004E1B64">
      <w:pPr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b/>
          <w:sz w:val="22"/>
        </w:rPr>
        <w:t>Wykonawca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/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Wykonawca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wspólnie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ubiegający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się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o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udzielenie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zamówienia</w:t>
      </w:r>
      <w:proofErr w:type="spellEnd"/>
      <w:r w:rsidRPr="00457496">
        <w:rPr>
          <w:rFonts w:asciiTheme="minorHAnsi" w:hAnsiTheme="minorHAnsi" w:cstheme="majorHAnsi"/>
          <w:b/>
          <w:sz w:val="22"/>
        </w:rPr>
        <w:t>:</w:t>
      </w:r>
    </w:p>
    <w:p w14:paraId="3DE90FA9" w14:textId="77777777" w:rsidR="00012BA6" w:rsidRPr="00457496" w:rsidRDefault="004E1B64">
      <w:pPr>
        <w:rPr>
          <w:rFonts w:asciiTheme="minorHAnsi" w:hAnsiTheme="minorHAnsi" w:cstheme="majorHAnsi"/>
          <w:sz w:val="22"/>
        </w:rPr>
      </w:pPr>
      <w:r w:rsidRPr="00457496">
        <w:rPr>
          <w:rFonts w:asciiTheme="minorHAnsi" w:hAnsiTheme="minorHAnsi" w:cstheme="majorHAnsi"/>
          <w:sz w:val="22"/>
        </w:rPr>
        <w:t>……………………………………………………………………………………………………………………………………………………</w:t>
      </w:r>
    </w:p>
    <w:p w14:paraId="310A97D8" w14:textId="77777777" w:rsidR="00012BA6" w:rsidRPr="00457496" w:rsidRDefault="004E1B64">
      <w:pPr>
        <w:rPr>
          <w:rFonts w:asciiTheme="minorHAnsi" w:hAnsiTheme="minorHAnsi" w:cstheme="majorHAnsi"/>
          <w:sz w:val="22"/>
        </w:rPr>
      </w:pPr>
      <w:r w:rsidRPr="00457496">
        <w:rPr>
          <w:rFonts w:asciiTheme="minorHAnsi" w:hAnsiTheme="minorHAnsi" w:cstheme="majorHAnsi"/>
          <w:sz w:val="22"/>
        </w:rPr>
        <w:t>(</w:t>
      </w:r>
      <w:proofErr w:type="spellStart"/>
      <w:r w:rsidRPr="00457496">
        <w:rPr>
          <w:rFonts w:asciiTheme="minorHAnsi" w:hAnsiTheme="minorHAnsi" w:cstheme="majorHAnsi"/>
          <w:sz w:val="22"/>
        </w:rPr>
        <w:t>pełna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nazwa</w:t>
      </w:r>
      <w:proofErr w:type="spellEnd"/>
      <w:r w:rsidRPr="00457496">
        <w:rPr>
          <w:rFonts w:asciiTheme="minorHAnsi" w:hAnsiTheme="minorHAnsi" w:cstheme="majorHAnsi"/>
          <w:sz w:val="22"/>
        </w:rPr>
        <w:t>/</w:t>
      </w:r>
      <w:proofErr w:type="spellStart"/>
      <w:r w:rsidRPr="00457496">
        <w:rPr>
          <w:rFonts w:asciiTheme="minorHAnsi" w:hAnsiTheme="minorHAnsi" w:cstheme="majorHAnsi"/>
          <w:sz w:val="22"/>
        </w:rPr>
        <w:t>firma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, </w:t>
      </w:r>
      <w:proofErr w:type="spellStart"/>
      <w:r w:rsidRPr="00457496">
        <w:rPr>
          <w:rFonts w:asciiTheme="minorHAnsi" w:hAnsiTheme="minorHAnsi" w:cstheme="majorHAnsi"/>
          <w:sz w:val="22"/>
        </w:rPr>
        <w:t>adres</w:t>
      </w:r>
      <w:proofErr w:type="spellEnd"/>
      <w:r w:rsidRPr="00457496">
        <w:rPr>
          <w:rFonts w:asciiTheme="minorHAnsi" w:hAnsiTheme="minorHAnsi" w:cstheme="majorHAnsi"/>
          <w:sz w:val="22"/>
        </w:rPr>
        <w:t>, NIP/PESEL, KRS/CEiDG)</w:t>
      </w:r>
    </w:p>
    <w:p w14:paraId="7E6FFDF3" w14:textId="77777777" w:rsidR="00012BA6" w:rsidRPr="00457496" w:rsidRDefault="004E1B64">
      <w:pPr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sz w:val="22"/>
        </w:rPr>
        <w:t>reprezentowany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przez</w:t>
      </w:r>
      <w:proofErr w:type="spellEnd"/>
      <w:r w:rsidRPr="00457496">
        <w:rPr>
          <w:rFonts w:asciiTheme="minorHAnsi" w:hAnsiTheme="minorHAnsi" w:cstheme="majorHAnsi"/>
          <w:sz w:val="22"/>
        </w:rPr>
        <w:t>: ………………………………………………………………………………………………………………………</w:t>
      </w:r>
    </w:p>
    <w:p w14:paraId="5FA89DCA" w14:textId="77777777" w:rsidR="00686472" w:rsidRPr="00457496" w:rsidRDefault="00686472">
      <w:pPr>
        <w:jc w:val="center"/>
        <w:rPr>
          <w:rFonts w:asciiTheme="minorHAnsi" w:hAnsiTheme="minorHAnsi" w:cstheme="majorHAnsi"/>
          <w:b/>
          <w:sz w:val="22"/>
        </w:rPr>
      </w:pPr>
    </w:p>
    <w:p w14:paraId="296E543B" w14:textId="57F4A69C" w:rsidR="00012BA6" w:rsidRPr="00457496" w:rsidRDefault="004E1B64">
      <w:pPr>
        <w:jc w:val="center"/>
        <w:rPr>
          <w:rFonts w:asciiTheme="minorHAnsi" w:hAnsiTheme="minorHAnsi" w:cstheme="majorHAnsi"/>
          <w:sz w:val="22"/>
        </w:rPr>
      </w:pPr>
      <w:r w:rsidRPr="00457496">
        <w:rPr>
          <w:rFonts w:asciiTheme="minorHAnsi" w:hAnsiTheme="minorHAnsi" w:cstheme="majorHAnsi"/>
          <w:b/>
          <w:sz w:val="22"/>
        </w:rPr>
        <w:t>OŚWIADCZENIE WYKONAWCY</w:t>
      </w:r>
    </w:p>
    <w:p w14:paraId="08A22624" w14:textId="77777777" w:rsidR="00012BA6" w:rsidRPr="00457496" w:rsidRDefault="004E1B64">
      <w:pPr>
        <w:jc w:val="center"/>
        <w:rPr>
          <w:rFonts w:asciiTheme="minorHAnsi" w:hAnsiTheme="minorHAnsi" w:cstheme="majorHAnsi"/>
          <w:b/>
          <w:sz w:val="22"/>
        </w:rPr>
      </w:pPr>
      <w:r w:rsidRPr="00457496">
        <w:rPr>
          <w:rFonts w:asciiTheme="minorHAnsi" w:hAnsiTheme="minorHAnsi" w:cstheme="majorHAnsi"/>
          <w:b/>
          <w:sz w:val="22"/>
        </w:rPr>
        <w:t>W ZAKRESIE ART. 108 UST. 1 PKT 5 USTAWY PRAWO ZAMÓWIEŃ PUBLICZNYCH</w:t>
      </w:r>
    </w:p>
    <w:p w14:paraId="0039EAFA" w14:textId="77777777" w:rsidR="00686472" w:rsidRPr="00457496" w:rsidRDefault="00686472">
      <w:pPr>
        <w:jc w:val="center"/>
        <w:rPr>
          <w:rFonts w:asciiTheme="minorHAnsi" w:hAnsiTheme="minorHAnsi" w:cstheme="majorHAnsi"/>
          <w:sz w:val="22"/>
        </w:rPr>
      </w:pPr>
    </w:p>
    <w:p w14:paraId="4F9DEA3A" w14:textId="77777777" w:rsidR="00012BA6" w:rsidRPr="00457496" w:rsidRDefault="004E1B64">
      <w:pPr>
        <w:rPr>
          <w:rFonts w:asciiTheme="minorHAnsi" w:hAnsiTheme="minorHAnsi" w:cstheme="majorHAnsi"/>
          <w:sz w:val="22"/>
        </w:rPr>
      </w:pPr>
      <w:r w:rsidRPr="00457496">
        <w:rPr>
          <w:rFonts w:asciiTheme="minorHAnsi" w:hAnsiTheme="minorHAnsi" w:cstheme="majorHAnsi"/>
          <w:sz w:val="22"/>
        </w:rPr>
        <w:t xml:space="preserve">Na </w:t>
      </w:r>
      <w:proofErr w:type="spellStart"/>
      <w:r w:rsidRPr="00457496">
        <w:rPr>
          <w:rFonts w:asciiTheme="minorHAnsi" w:hAnsiTheme="minorHAnsi" w:cstheme="majorHAnsi"/>
          <w:sz w:val="22"/>
        </w:rPr>
        <w:t>potrzeby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postępowania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o </w:t>
      </w:r>
      <w:proofErr w:type="spellStart"/>
      <w:r w:rsidRPr="00457496">
        <w:rPr>
          <w:rFonts w:asciiTheme="minorHAnsi" w:hAnsiTheme="minorHAnsi" w:cstheme="majorHAnsi"/>
          <w:sz w:val="22"/>
        </w:rPr>
        <w:t>udzielenie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zamówienia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publicznego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pn</w:t>
      </w:r>
      <w:proofErr w:type="spellEnd"/>
      <w:r w:rsidRPr="00457496">
        <w:rPr>
          <w:rFonts w:asciiTheme="minorHAnsi" w:hAnsiTheme="minorHAnsi" w:cstheme="majorHAnsi"/>
          <w:sz w:val="22"/>
        </w:rPr>
        <w:t>.:</w:t>
      </w:r>
    </w:p>
    <w:p w14:paraId="782F80EB" w14:textId="77777777" w:rsidR="00012BA6" w:rsidRPr="00457496" w:rsidRDefault="004E1B64">
      <w:pPr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b/>
          <w:sz w:val="22"/>
        </w:rPr>
        <w:t>Wykonanie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instalacji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systemu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sygnalizacji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pożaru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(SSP)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oraz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grawitacyjnego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systemu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oddymiania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klatki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schodowej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w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budynku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przy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ul. </w:t>
      </w:r>
      <w:proofErr w:type="spellStart"/>
      <w:r w:rsidRPr="00457496">
        <w:rPr>
          <w:rFonts w:asciiTheme="minorHAnsi" w:hAnsiTheme="minorHAnsi" w:cstheme="majorHAnsi"/>
          <w:b/>
          <w:sz w:val="22"/>
        </w:rPr>
        <w:t>Bieniewickiej</w:t>
      </w:r>
      <w:proofErr w:type="spellEnd"/>
      <w:r w:rsidRPr="00457496">
        <w:rPr>
          <w:rFonts w:asciiTheme="minorHAnsi" w:hAnsiTheme="minorHAnsi" w:cstheme="majorHAnsi"/>
          <w:b/>
          <w:sz w:val="22"/>
        </w:rPr>
        <w:t xml:space="preserve"> 2A w Warszawie.</w:t>
      </w:r>
    </w:p>
    <w:p w14:paraId="5171AD02" w14:textId="77777777" w:rsidR="00012BA6" w:rsidRPr="00457496" w:rsidRDefault="004E1B64">
      <w:pPr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sz w:val="22"/>
        </w:rPr>
        <w:t>oświadczam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, </w:t>
      </w:r>
      <w:proofErr w:type="spellStart"/>
      <w:r w:rsidRPr="00457496">
        <w:rPr>
          <w:rFonts w:asciiTheme="minorHAnsi" w:hAnsiTheme="minorHAnsi" w:cstheme="majorHAnsi"/>
          <w:sz w:val="22"/>
        </w:rPr>
        <w:t>że</w:t>
      </w:r>
      <w:proofErr w:type="spellEnd"/>
      <w:r w:rsidRPr="00457496">
        <w:rPr>
          <w:rFonts w:asciiTheme="minorHAnsi" w:hAnsiTheme="minorHAnsi" w:cstheme="majorHAnsi"/>
          <w:sz w:val="22"/>
        </w:rPr>
        <w:t>:*</w:t>
      </w:r>
    </w:p>
    <w:p w14:paraId="11070650" w14:textId="77777777" w:rsidR="00012BA6" w:rsidRPr="00457496" w:rsidRDefault="004E1B64">
      <w:pPr>
        <w:pStyle w:val="Listanumerowana"/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sz w:val="22"/>
        </w:rPr>
        <w:t>nie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należę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do </w:t>
      </w:r>
      <w:proofErr w:type="spellStart"/>
      <w:r w:rsidRPr="00457496">
        <w:rPr>
          <w:rFonts w:asciiTheme="minorHAnsi" w:hAnsiTheme="minorHAnsi" w:cstheme="majorHAnsi"/>
          <w:sz w:val="22"/>
        </w:rPr>
        <w:t>tej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samej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grupy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kapitałowej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w </w:t>
      </w:r>
      <w:proofErr w:type="spellStart"/>
      <w:r w:rsidRPr="00457496">
        <w:rPr>
          <w:rFonts w:asciiTheme="minorHAnsi" w:hAnsiTheme="minorHAnsi" w:cstheme="majorHAnsi"/>
          <w:sz w:val="22"/>
        </w:rPr>
        <w:t>rozumieniu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ustawy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z </w:t>
      </w:r>
      <w:proofErr w:type="spellStart"/>
      <w:r w:rsidRPr="00457496">
        <w:rPr>
          <w:rFonts w:asciiTheme="minorHAnsi" w:hAnsiTheme="minorHAnsi" w:cstheme="majorHAnsi"/>
          <w:sz w:val="22"/>
        </w:rPr>
        <w:t>dnia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16 </w:t>
      </w:r>
      <w:proofErr w:type="spellStart"/>
      <w:r w:rsidRPr="00457496">
        <w:rPr>
          <w:rFonts w:asciiTheme="minorHAnsi" w:hAnsiTheme="minorHAnsi" w:cstheme="majorHAnsi"/>
          <w:sz w:val="22"/>
        </w:rPr>
        <w:t>lutego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2007 r. o </w:t>
      </w:r>
      <w:proofErr w:type="spellStart"/>
      <w:r w:rsidRPr="00457496">
        <w:rPr>
          <w:rFonts w:asciiTheme="minorHAnsi" w:hAnsiTheme="minorHAnsi" w:cstheme="majorHAnsi"/>
          <w:sz w:val="22"/>
        </w:rPr>
        <w:t>ochronie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konkurencji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i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konsumentów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z </w:t>
      </w:r>
      <w:proofErr w:type="spellStart"/>
      <w:r w:rsidRPr="00457496">
        <w:rPr>
          <w:rFonts w:asciiTheme="minorHAnsi" w:hAnsiTheme="minorHAnsi" w:cstheme="majorHAnsi"/>
          <w:sz w:val="22"/>
        </w:rPr>
        <w:t>innym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wykonawcą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, </w:t>
      </w:r>
      <w:proofErr w:type="spellStart"/>
      <w:r w:rsidRPr="00457496">
        <w:rPr>
          <w:rFonts w:asciiTheme="minorHAnsi" w:hAnsiTheme="minorHAnsi" w:cstheme="majorHAnsi"/>
          <w:sz w:val="22"/>
        </w:rPr>
        <w:t>który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złożył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odrębną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ofertę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w </w:t>
      </w:r>
      <w:proofErr w:type="spellStart"/>
      <w:r w:rsidRPr="00457496">
        <w:rPr>
          <w:rFonts w:asciiTheme="minorHAnsi" w:hAnsiTheme="minorHAnsi" w:cstheme="majorHAnsi"/>
          <w:sz w:val="22"/>
        </w:rPr>
        <w:t>tym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postępowaniu</w:t>
      </w:r>
      <w:proofErr w:type="spellEnd"/>
      <w:r w:rsidRPr="00457496">
        <w:rPr>
          <w:rFonts w:asciiTheme="minorHAnsi" w:hAnsiTheme="minorHAnsi" w:cstheme="majorHAnsi"/>
          <w:sz w:val="22"/>
        </w:rPr>
        <w:t>;</w:t>
      </w:r>
    </w:p>
    <w:p w14:paraId="5589E3B5" w14:textId="77777777" w:rsidR="00012BA6" w:rsidRPr="00457496" w:rsidRDefault="004E1B64">
      <w:pPr>
        <w:pStyle w:val="Listanumerowana"/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sz w:val="22"/>
        </w:rPr>
        <w:t>należę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do </w:t>
      </w:r>
      <w:proofErr w:type="spellStart"/>
      <w:r w:rsidRPr="00457496">
        <w:rPr>
          <w:rFonts w:asciiTheme="minorHAnsi" w:hAnsiTheme="minorHAnsi" w:cstheme="majorHAnsi"/>
          <w:sz w:val="22"/>
        </w:rPr>
        <w:t>tej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samej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grupy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kapitałowej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wraz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z </w:t>
      </w:r>
      <w:proofErr w:type="spellStart"/>
      <w:r w:rsidRPr="00457496">
        <w:rPr>
          <w:rFonts w:asciiTheme="minorHAnsi" w:hAnsiTheme="minorHAnsi" w:cstheme="majorHAnsi"/>
          <w:sz w:val="22"/>
        </w:rPr>
        <w:t>następującym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wykonawcą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/ </w:t>
      </w:r>
      <w:proofErr w:type="spellStart"/>
      <w:r w:rsidRPr="00457496">
        <w:rPr>
          <w:rFonts w:asciiTheme="minorHAnsi" w:hAnsiTheme="minorHAnsi" w:cstheme="majorHAnsi"/>
          <w:sz w:val="22"/>
        </w:rPr>
        <w:t>wykonawcami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, </w:t>
      </w:r>
      <w:proofErr w:type="spellStart"/>
      <w:r w:rsidRPr="00457496">
        <w:rPr>
          <w:rFonts w:asciiTheme="minorHAnsi" w:hAnsiTheme="minorHAnsi" w:cstheme="majorHAnsi"/>
          <w:sz w:val="22"/>
        </w:rPr>
        <w:t>którzy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złożyli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odrębne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oferty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w </w:t>
      </w:r>
      <w:proofErr w:type="spellStart"/>
      <w:r w:rsidRPr="00457496">
        <w:rPr>
          <w:rFonts w:asciiTheme="minorHAnsi" w:hAnsiTheme="minorHAnsi" w:cstheme="majorHAnsi"/>
          <w:sz w:val="22"/>
        </w:rPr>
        <w:t>tym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postępowaniu</w:t>
      </w:r>
      <w:proofErr w:type="spellEnd"/>
      <w:r w:rsidRPr="00457496">
        <w:rPr>
          <w:rFonts w:asciiTheme="minorHAnsi" w:hAnsiTheme="minorHAnsi" w:cstheme="majorHAnsi"/>
          <w:sz w:val="22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12BA6" w:rsidRPr="00457496" w14:paraId="3E068FD3" w14:textId="77777777">
        <w:trPr>
          <w:jc w:val="center"/>
        </w:trPr>
        <w:tc>
          <w:tcPr>
            <w:tcW w:w="3324" w:type="dxa"/>
            <w:shd w:val="clear" w:color="auto" w:fill="E7E6E6"/>
          </w:tcPr>
          <w:p w14:paraId="25F17CE2" w14:textId="77777777" w:rsidR="00012BA6" w:rsidRPr="00457496" w:rsidRDefault="004E1B64">
            <w:pPr>
              <w:rPr>
                <w:rFonts w:asciiTheme="minorHAnsi" w:hAnsiTheme="minorHAnsi" w:cstheme="majorHAnsi"/>
                <w:sz w:val="22"/>
              </w:rPr>
            </w:pPr>
            <w:proofErr w:type="spellStart"/>
            <w:r w:rsidRPr="00457496">
              <w:rPr>
                <w:rFonts w:asciiTheme="minorHAnsi" w:hAnsiTheme="minorHAnsi" w:cstheme="majorHAnsi"/>
                <w:b/>
                <w:sz w:val="22"/>
              </w:rPr>
              <w:t>Lp</w:t>
            </w:r>
            <w:proofErr w:type="spellEnd"/>
            <w:r w:rsidRPr="00457496">
              <w:rPr>
                <w:rFonts w:asciiTheme="minorHAnsi" w:hAnsiTheme="minorHAnsi" w:cstheme="majorHAnsi"/>
                <w:b/>
                <w:sz w:val="22"/>
              </w:rPr>
              <w:t>.</w:t>
            </w:r>
          </w:p>
        </w:tc>
        <w:tc>
          <w:tcPr>
            <w:tcW w:w="3324" w:type="dxa"/>
            <w:shd w:val="clear" w:color="auto" w:fill="E7E6E6"/>
          </w:tcPr>
          <w:p w14:paraId="3C50B3AF" w14:textId="77777777" w:rsidR="00012BA6" w:rsidRPr="00457496" w:rsidRDefault="004E1B64">
            <w:pPr>
              <w:rPr>
                <w:rFonts w:asciiTheme="minorHAnsi" w:hAnsiTheme="minorHAnsi" w:cstheme="majorHAnsi"/>
                <w:sz w:val="22"/>
              </w:rPr>
            </w:pPr>
            <w:r w:rsidRPr="00457496">
              <w:rPr>
                <w:rFonts w:asciiTheme="minorHAnsi" w:hAnsiTheme="minorHAnsi" w:cstheme="majorHAnsi"/>
                <w:b/>
                <w:sz w:val="22"/>
              </w:rPr>
              <w:t xml:space="preserve">Nazwa </w:t>
            </w:r>
            <w:proofErr w:type="spellStart"/>
            <w:r w:rsidRPr="00457496">
              <w:rPr>
                <w:rFonts w:asciiTheme="minorHAnsi" w:hAnsiTheme="minorHAnsi" w:cstheme="majorHAnsi"/>
                <w:b/>
                <w:sz w:val="22"/>
              </w:rPr>
              <w:t>wykonawcy</w:t>
            </w:r>
            <w:proofErr w:type="spellEnd"/>
          </w:p>
        </w:tc>
        <w:tc>
          <w:tcPr>
            <w:tcW w:w="3324" w:type="dxa"/>
            <w:shd w:val="clear" w:color="auto" w:fill="E7E6E6"/>
          </w:tcPr>
          <w:p w14:paraId="7F0A0248" w14:textId="77777777" w:rsidR="00012BA6" w:rsidRPr="00457496" w:rsidRDefault="004E1B64">
            <w:pPr>
              <w:rPr>
                <w:rFonts w:asciiTheme="minorHAnsi" w:hAnsiTheme="minorHAnsi" w:cstheme="majorHAnsi"/>
                <w:sz w:val="22"/>
              </w:rPr>
            </w:pPr>
            <w:r w:rsidRPr="00457496">
              <w:rPr>
                <w:rFonts w:asciiTheme="minorHAnsi" w:hAnsiTheme="minorHAnsi" w:cstheme="majorHAnsi"/>
                <w:b/>
                <w:sz w:val="22"/>
              </w:rPr>
              <w:t xml:space="preserve">Adres </w:t>
            </w:r>
            <w:proofErr w:type="spellStart"/>
            <w:r w:rsidRPr="00457496">
              <w:rPr>
                <w:rFonts w:asciiTheme="minorHAnsi" w:hAnsiTheme="minorHAnsi" w:cstheme="majorHAnsi"/>
                <w:b/>
                <w:sz w:val="22"/>
              </w:rPr>
              <w:t>wykonawcy</w:t>
            </w:r>
            <w:proofErr w:type="spellEnd"/>
          </w:p>
        </w:tc>
      </w:tr>
      <w:tr w:rsidR="00012BA6" w:rsidRPr="00457496" w14:paraId="32881944" w14:textId="77777777">
        <w:trPr>
          <w:jc w:val="center"/>
        </w:trPr>
        <w:tc>
          <w:tcPr>
            <w:tcW w:w="3324" w:type="dxa"/>
          </w:tcPr>
          <w:p w14:paraId="1CC85B4F" w14:textId="77777777" w:rsidR="00012BA6" w:rsidRPr="00457496" w:rsidRDefault="00012BA6">
            <w:pPr>
              <w:rPr>
                <w:rFonts w:asciiTheme="minorHAnsi" w:hAnsiTheme="minorHAnsi" w:cstheme="majorHAnsi"/>
                <w:sz w:val="22"/>
              </w:rPr>
            </w:pPr>
          </w:p>
        </w:tc>
        <w:tc>
          <w:tcPr>
            <w:tcW w:w="3324" w:type="dxa"/>
          </w:tcPr>
          <w:p w14:paraId="4D63AE61" w14:textId="77777777" w:rsidR="00012BA6" w:rsidRPr="00457496" w:rsidRDefault="00012BA6">
            <w:pPr>
              <w:rPr>
                <w:rFonts w:asciiTheme="minorHAnsi" w:hAnsiTheme="minorHAnsi" w:cstheme="majorHAnsi"/>
                <w:sz w:val="22"/>
              </w:rPr>
            </w:pPr>
          </w:p>
        </w:tc>
        <w:tc>
          <w:tcPr>
            <w:tcW w:w="3324" w:type="dxa"/>
          </w:tcPr>
          <w:p w14:paraId="0425A06D" w14:textId="77777777" w:rsidR="00012BA6" w:rsidRPr="00457496" w:rsidRDefault="00012BA6">
            <w:pPr>
              <w:rPr>
                <w:rFonts w:asciiTheme="minorHAnsi" w:hAnsiTheme="minorHAnsi" w:cstheme="majorHAnsi"/>
                <w:sz w:val="22"/>
              </w:rPr>
            </w:pPr>
          </w:p>
        </w:tc>
      </w:tr>
      <w:tr w:rsidR="00012BA6" w:rsidRPr="00457496" w14:paraId="2752F95A" w14:textId="77777777">
        <w:trPr>
          <w:jc w:val="center"/>
        </w:trPr>
        <w:tc>
          <w:tcPr>
            <w:tcW w:w="3324" w:type="dxa"/>
          </w:tcPr>
          <w:p w14:paraId="2A3E0ADD" w14:textId="77777777" w:rsidR="00012BA6" w:rsidRPr="00457496" w:rsidRDefault="00012BA6">
            <w:pPr>
              <w:rPr>
                <w:rFonts w:asciiTheme="minorHAnsi" w:hAnsiTheme="minorHAnsi" w:cstheme="majorHAnsi"/>
                <w:sz w:val="22"/>
              </w:rPr>
            </w:pPr>
          </w:p>
        </w:tc>
        <w:tc>
          <w:tcPr>
            <w:tcW w:w="3324" w:type="dxa"/>
          </w:tcPr>
          <w:p w14:paraId="29338CDD" w14:textId="77777777" w:rsidR="00012BA6" w:rsidRPr="00457496" w:rsidRDefault="00012BA6">
            <w:pPr>
              <w:rPr>
                <w:rFonts w:asciiTheme="minorHAnsi" w:hAnsiTheme="minorHAnsi" w:cstheme="majorHAnsi"/>
                <w:sz w:val="22"/>
              </w:rPr>
            </w:pPr>
          </w:p>
        </w:tc>
        <w:tc>
          <w:tcPr>
            <w:tcW w:w="3324" w:type="dxa"/>
          </w:tcPr>
          <w:p w14:paraId="39AFC630" w14:textId="77777777" w:rsidR="00012BA6" w:rsidRPr="00457496" w:rsidRDefault="00012BA6">
            <w:pPr>
              <w:rPr>
                <w:rFonts w:asciiTheme="minorHAnsi" w:hAnsiTheme="minorHAnsi" w:cstheme="majorHAnsi"/>
                <w:sz w:val="22"/>
              </w:rPr>
            </w:pPr>
          </w:p>
        </w:tc>
      </w:tr>
    </w:tbl>
    <w:p w14:paraId="3534CA56" w14:textId="77777777" w:rsidR="00012BA6" w:rsidRPr="00457496" w:rsidRDefault="004E1B64">
      <w:pPr>
        <w:rPr>
          <w:rFonts w:asciiTheme="minorHAnsi" w:hAnsiTheme="minorHAnsi" w:cstheme="majorHAnsi"/>
          <w:sz w:val="22"/>
        </w:rPr>
      </w:pPr>
      <w:proofErr w:type="spellStart"/>
      <w:r w:rsidRPr="00457496">
        <w:rPr>
          <w:rFonts w:asciiTheme="minorHAnsi" w:hAnsiTheme="minorHAnsi" w:cstheme="majorHAnsi"/>
          <w:sz w:val="22"/>
        </w:rPr>
        <w:t>oraz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załączam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dokumenty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lub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informacje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potwierdzające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przygotowanie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oferty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niezależnie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od </w:t>
      </w:r>
      <w:proofErr w:type="spellStart"/>
      <w:r w:rsidRPr="00457496">
        <w:rPr>
          <w:rFonts w:asciiTheme="minorHAnsi" w:hAnsiTheme="minorHAnsi" w:cstheme="majorHAnsi"/>
          <w:sz w:val="22"/>
        </w:rPr>
        <w:t>innego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wykonawcy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należącego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do </w:t>
      </w:r>
      <w:proofErr w:type="spellStart"/>
      <w:r w:rsidRPr="00457496">
        <w:rPr>
          <w:rFonts w:asciiTheme="minorHAnsi" w:hAnsiTheme="minorHAnsi" w:cstheme="majorHAnsi"/>
          <w:sz w:val="22"/>
        </w:rPr>
        <w:t>tej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samej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grupy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kapitałowej</w:t>
      </w:r>
      <w:proofErr w:type="spellEnd"/>
      <w:r w:rsidRPr="00457496">
        <w:rPr>
          <w:rFonts w:asciiTheme="minorHAnsi" w:hAnsiTheme="minorHAnsi" w:cstheme="majorHAnsi"/>
          <w:sz w:val="22"/>
        </w:rPr>
        <w:t>.</w:t>
      </w:r>
    </w:p>
    <w:p w14:paraId="45431A83" w14:textId="77777777" w:rsidR="00012BA6" w:rsidRPr="00457496" w:rsidRDefault="004E1B64">
      <w:pPr>
        <w:rPr>
          <w:rFonts w:asciiTheme="minorHAnsi" w:hAnsiTheme="minorHAnsi" w:cstheme="majorHAnsi"/>
          <w:sz w:val="22"/>
        </w:rPr>
      </w:pPr>
      <w:r w:rsidRPr="00457496">
        <w:rPr>
          <w:rFonts w:asciiTheme="minorHAnsi" w:hAnsiTheme="minorHAnsi" w:cstheme="majorHAnsi"/>
          <w:sz w:val="22"/>
        </w:rPr>
        <w:t xml:space="preserve">* </w:t>
      </w:r>
      <w:proofErr w:type="spellStart"/>
      <w:r w:rsidRPr="00457496">
        <w:rPr>
          <w:rFonts w:asciiTheme="minorHAnsi" w:hAnsiTheme="minorHAnsi" w:cstheme="majorHAnsi"/>
          <w:sz w:val="22"/>
        </w:rPr>
        <w:t>nieodpowiednie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skreślić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, </w:t>
      </w:r>
      <w:proofErr w:type="spellStart"/>
      <w:r w:rsidRPr="00457496">
        <w:rPr>
          <w:rFonts w:asciiTheme="minorHAnsi" w:hAnsiTheme="minorHAnsi" w:cstheme="majorHAnsi"/>
          <w:sz w:val="22"/>
        </w:rPr>
        <w:t>właściwe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sz w:val="22"/>
        </w:rPr>
        <w:t>wypełnić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, </w:t>
      </w:r>
      <w:proofErr w:type="spellStart"/>
      <w:r w:rsidRPr="00457496">
        <w:rPr>
          <w:rFonts w:asciiTheme="minorHAnsi" w:hAnsiTheme="minorHAnsi" w:cstheme="majorHAnsi"/>
          <w:sz w:val="22"/>
        </w:rPr>
        <w:t>jeżeli</w:t>
      </w:r>
      <w:proofErr w:type="spellEnd"/>
      <w:r w:rsidRPr="00457496">
        <w:rPr>
          <w:rFonts w:asciiTheme="minorHAnsi" w:hAnsiTheme="minorHAnsi" w:cstheme="majorHAnsi"/>
          <w:sz w:val="22"/>
        </w:rPr>
        <w:t xml:space="preserve"> ma </w:t>
      </w:r>
      <w:proofErr w:type="spellStart"/>
      <w:r w:rsidRPr="00457496">
        <w:rPr>
          <w:rFonts w:asciiTheme="minorHAnsi" w:hAnsiTheme="minorHAnsi" w:cstheme="majorHAnsi"/>
          <w:sz w:val="22"/>
        </w:rPr>
        <w:t>zastosowanie</w:t>
      </w:r>
      <w:proofErr w:type="spellEnd"/>
    </w:p>
    <w:p w14:paraId="3A5CE231" w14:textId="77777777" w:rsidR="00012BA6" w:rsidRPr="00457496" w:rsidRDefault="004E1B64">
      <w:pPr>
        <w:jc w:val="center"/>
        <w:rPr>
          <w:rFonts w:asciiTheme="minorHAnsi" w:hAnsiTheme="minorHAnsi" w:cstheme="majorHAnsi"/>
          <w:i/>
          <w:iCs/>
          <w:color w:val="EE0000"/>
          <w:sz w:val="22"/>
        </w:rPr>
      </w:pP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Załącznik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wymaga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elektronicznego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podpisu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kwalifikowanego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,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podpisu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zaufanego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lub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podpisu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 xml:space="preserve"> </w:t>
      </w:r>
      <w:proofErr w:type="spellStart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osobistego</w:t>
      </w:r>
      <w:proofErr w:type="spellEnd"/>
      <w:r w:rsidRPr="00457496">
        <w:rPr>
          <w:rFonts w:asciiTheme="minorHAnsi" w:hAnsiTheme="minorHAnsi" w:cstheme="majorHAnsi"/>
          <w:b/>
          <w:i/>
          <w:iCs/>
          <w:color w:val="EE0000"/>
          <w:sz w:val="22"/>
        </w:rPr>
        <w:t>!</w:t>
      </w:r>
    </w:p>
    <w:sectPr w:rsidR="00012BA6" w:rsidRPr="00457496" w:rsidSect="00034616">
      <w:headerReference w:type="default" r:id="rId8"/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D7C4" w14:textId="77777777" w:rsidR="004E1B64" w:rsidRDefault="004E1B64">
      <w:pPr>
        <w:spacing w:after="0" w:line="240" w:lineRule="auto"/>
      </w:pPr>
      <w:r>
        <w:separator/>
      </w:r>
    </w:p>
  </w:endnote>
  <w:endnote w:type="continuationSeparator" w:id="0">
    <w:p w14:paraId="3A108BE5" w14:textId="77777777" w:rsidR="004E1B64" w:rsidRDefault="004E1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6B593" w14:textId="77777777" w:rsidR="00012BA6" w:rsidRDefault="004E1B64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9818D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6523C" w14:textId="77777777" w:rsidR="004E1B64" w:rsidRDefault="004E1B64">
      <w:pPr>
        <w:spacing w:after="0" w:line="240" w:lineRule="auto"/>
      </w:pPr>
      <w:r>
        <w:separator/>
      </w:r>
    </w:p>
  </w:footnote>
  <w:footnote w:type="continuationSeparator" w:id="0">
    <w:p w14:paraId="307123C8" w14:textId="77777777" w:rsidR="004E1B64" w:rsidRDefault="004E1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0A4E" w14:textId="5CBA2974" w:rsidR="00012BA6" w:rsidRPr="00C57B2D" w:rsidRDefault="004E1B64">
    <w:pPr>
      <w:pStyle w:val="Nagwek"/>
      <w:jc w:val="center"/>
      <w:rPr>
        <w:rFonts w:asciiTheme="majorHAnsi" w:hAnsiTheme="majorHAnsi" w:cstheme="majorHAnsi"/>
      </w:rPr>
    </w:pPr>
    <w:r>
      <w:rPr>
        <w:rFonts w:asciiTheme="majorHAnsi" w:hAnsiTheme="majorHAnsi" w:cstheme="majorHAnsi"/>
        <w:sz w:val="16"/>
      </w:rPr>
      <w:t xml:space="preserve">ZP.260.17.2026.KB       </w:t>
    </w:r>
    <w:r>
      <w:rPr>
        <w:rFonts w:asciiTheme="majorHAnsi" w:hAnsiTheme="majorHAnsi" w:cstheme="majorHAnsi"/>
        <w:sz w:val="16"/>
      </w:rPr>
      <w:tab/>
    </w:r>
    <w:r>
      <w:rPr>
        <w:rFonts w:asciiTheme="majorHAnsi" w:hAnsiTheme="majorHAnsi" w:cstheme="majorHAnsi"/>
        <w:sz w:val="16"/>
      </w:rPr>
      <w:tab/>
      <w:t xml:space="preserve">                               </w:t>
    </w:r>
    <w:proofErr w:type="spellStart"/>
    <w:r>
      <w:rPr>
        <w:rFonts w:asciiTheme="majorHAnsi" w:hAnsiTheme="majorHAnsi" w:cstheme="majorHAnsi"/>
        <w:sz w:val="16"/>
      </w:rPr>
      <w:t>Załącznik</w:t>
    </w:r>
    <w:proofErr w:type="spellEnd"/>
    <w:r>
      <w:rPr>
        <w:rFonts w:asciiTheme="majorHAnsi" w:hAnsiTheme="majorHAnsi" w:cstheme="majorHAnsi"/>
        <w:sz w:val="16"/>
      </w:rPr>
      <w:t xml:space="preserve"> nr 4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0888233">
    <w:abstractNumId w:val="8"/>
  </w:num>
  <w:num w:numId="2" w16cid:durableId="491799025">
    <w:abstractNumId w:val="6"/>
  </w:num>
  <w:num w:numId="3" w16cid:durableId="1529879801">
    <w:abstractNumId w:val="5"/>
  </w:num>
  <w:num w:numId="4" w16cid:durableId="49960906">
    <w:abstractNumId w:val="4"/>
  </w:num>
  <w:num w:numId="5" w16cid:durableId="373962778">
    <w:abstractNumId w:val="7"/>
  </w:num>
  <w:num w:numId="6" w16cid:durableId="1840996576">
    <w:abstractNumId w:val="3"/>
  </w:num>
  <w:num w:numId="7" w16cid:durableId="473253219">
    <w:abstractNumId w:val="2"/>
  </w:num>
  <w:num w:numId="8" w16cid:durableId="1754009748">
    <w:abstractNumId w:val="1"/>
  </w:num>
  <w:num w:numId="9" w16cid:durableId="137768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BA6"/>
    <w:rsid w:val="00034616"/>
    <w:rsid w:val="0006063C"/>
    <w:rsid w:val="000F33EA"/>
    <w:rsid w:val="0015074B"/>
    <w:rsid w:val="001F3B99"/>
    <w:rsid w:val="0029639D"/>
    <w:rsid w:val="00326E9B"/>
    <w:rsid w:val="00326F90"/>
    <w:rsid w:val="0033008B"/>
    <w:rsid w:val="00457496"/>
    <w:rsid w:val="004E1B64"/>
    <w:rsid w:val="00534D37"/>
    <w:rsid w:val="00545B00"/>
    <w:rsid w:val="00554057"/>
    <w:rsid w:val="0064260C"/>
    <w:rsid w:val="00686472"/>
    <w:rsid w:val="008D5D22"/>
    <w:rsid w:val="00927F76"/>
    <w:rsid w:val="00972E8F"/>
    <w:rsid w:val="009818D2"/>
    <w:rsid w:val="00AA1D8D"/>
    <w:rsid w:val="00B25A92"/>
    <w:rsid w:val="00B47730"/>
    <w:rsid w:val="00C57B2D"/>
    <w:rsid w:val="00CA4423"/>
    <w:rsid w:val="00CB0664"/>
    <w:rsid w:val="00E00A5E"/>
    <w:rsid w:val="00E4709C"/>
    <w:rsid w:val="00FB41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610B9"/>
  <w14:defaultImageDpi w14:val="300"/>
  <w15:docId w15:val="{38BF1519-DE9B-0747-BF18-F5F8AC3F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instalacji systemu sygnalizacji pożaru (SSP) oraz grawitacyjnego systemu oddymiania klatki schodowej w budynku przy ul. Bieniewickiej 2A w Warszawie</dc:title>
  <dc:subject>Dokumentacja postępowania Bieniewicka 2A</dc:subject>
  <dc:creator>Zakład Gospodarowania Nieruchomościami w Dzielnicy Żoliborz m.st. Warszawy</dc:creator>
  <cp:keywords>SSP, oddymianie, Bieniewicka 2A</cp:keywords>
  <dc:description>generated by python-docx</dc:description>
  <cp:lastModifiedBy>Lidia Łagowska</cp:lastModifiedBy>
  <cp:revision>2</cp:revision>
  <cp:lastPrinted>2026-10-26T10:03:00Z</cp:lastPrinted>
  <dcterms:created xsi:type="dcterms:W3CDTF">2026-10-26T10:03:00Z</dcterms:created>
  <dcterms:modified xsi:type="dcterms:W3CDTF">2026-10-26T10:03:00Z</dcterms:modified>
  <cp:category/>
</cp:coreProperties>
</file>