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CCD05" w14:textId="77777777" w:rsidR="00CB63B0" w:rsidRPr="008D6D88" w:rsidRDefault="00CB63B0">
      <w:pPr>
        <w:jc w:val="center"/>
        <w:rPr>
          <w:rFonts w:asciiTheme="minorHAnsi" w:hAnsiTheme="minorHAnsi" w:cstheme="majorHAnsi"/>
          <w:b/>
          <w:sz w:val="22"/>
          <w:lang w:val="pl-PL"/>
        </w:rPr>
      </w:pPr>
    </w:p>
    <w:p w14:paraId="7A37943E" w14:textId="60B7044C" w:rsidR="00C059A5" w:rsidRPr="008D6D88" w:rsidRDefault="00B83865">
      <w:pPr>
        <w:jc w:val="center"/>
        <w:rPr>
          <w:rFonts w:asciiTheme="minorHAnsi" w:hAnsiTheme="minorHAnsi" w:cstheme="majorHAnsi"/>
          <w:sz w:val="22"/>
          <w:lang w:val="pl-PL"/>
        </w:rPr>
      </w:pPr>
      <w:r w:rsidRPr="008D6D88">
        <w:rPr>
          <w:rFonts w:asciiTheme="minorHAnsi" w:hAnsiTheme="minorHAnsi" w:cstheme="majorHAnsi"/>
          <w:b/>
          <w:sz w:val="22"/>
          <w:lang w:val="pl-PL"/>
        </w:rPr>
        <w:t>FORMULARZ OFERTY</w:t>
      </w:r>
    </w:p>
    <w:p w14:paraId="413F1851" w14:textId="77777777" w:rsidR="00C059A5" w:rsidRPr="008D6D88" w:rsidRDefault="00B83865">
      <w:pPr>
        <w:jc w:val="center"/>
        <w:rPr>
          <w:rFonts w:asciiTheme="minorHAnsi" w:hAnsiTheme="minorHAnsi" w:cstheme="majorHAnsi"/>
          <w:sz w:val="22"/>
          <w:lang w:val="pl-PL"/>
        </w:rPr>
      </w:pPr>
      <w:r w:rsidRPr="008D6D88">
        <w:rPr>
          <w:rFonts w:asciiTheme="minorHAnsi" w:hAnsiTheme="minorHAnsi" w:cstheme="majorHAnsi"/>
          <w:sz w:val="22"/>
          <w:lang w:val="pl-PL"/>
        </w:rPr>
        <w:t>składanej w postępowaniu o udzielenie zamówienia publicznego pn.:</w:t>
      </w:r>
    </w:p>
    <w:p w14:paraId="2C94B6C4" w14:textId="77777777" w:rsidR="00C059A5" w:rsidRPr="008D6D88" w:rsidRDefault="00B83865">
      <w:pPr>
        <w:jc w:val="center"/>
        <w:rPr>
          <w:rFonts w:asciiTheme="minorHAnsi" w:hAnsiTheme="minorHAnsi" w:cstheme="majorHAnsi"/>
          <w:sz w:val="22"/>
          <w:lang w:val="pl-PL"/>
        </w:rPr>
      </w:pPr>
      <w:r w:rsidRPr="008D6D88">
        <w:rPr>
          <w:rFonts w:asciiTheme="minorHAnsi" w:hAnsiTheme="minorHAnsi" w:cstheme="majorHAnsi"/>
          <w:b/>
          <w:sz w:val="22"/>
          <w:lang w:val="pl-PL"/>
        </w:rPr>
        <w:t>Wykonanie instalacji systemu sygnalizacji pożaru (SSP) oraz grawitacyjnego systemu oddymiania klatki schodowej w budynku przy ul. Bieniewickiej 2A w Warszawie.</w:t>
      </w:r>
    </w:p>
    <w:p w14:paraId="603440C9" w14:textId="77777777" w:rsidR="00C059A5" w:rsidRPr="008D6D88" w:rsidRDefault="00C059A5">
      <w:pPr>
        <w:rPr>
          <w:rFonts w:asciiTheme="minorHAnsi" w:hAnsiTheme="minorHAnsi" w:cstheme="majorHAnsi"/>
          <w:sz w:val="22"/>
          <w:lang w:val="pl-PL"/>
        </w:rPr>
      </w:pPr>
    </w:p>
    <w:p w14:paraId="4FA65914"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 xml:space="preserve">Nazwa Wykonawcy i adres: </w:t>
      </w:r>
      <w:r w:rsidRPr="008D6D88">
        <w:rPr>
          <w:rFonts w:asciiTheme="minorHAnsi" w:hAnsiTheme="minorHAnsi" w:cstheme="majorHAnsi"/>
          <w:sz w:val="22"/>
          <w:lang w:val="pl-PL"/>
        </w:rPr>
        <w:t>................................................................................................................</w:t>
      </w:r>
    </w:p>
    <w:p w14:paraId="3BB429FC"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 xml:space="preserve">kod, miejscowość, województwo, powiat: </w:t>
      </w:r>
      <w:r w:rsidRPr="008D6D88">
        <w:rPr>
          <w:rFonts w:asciiTheme="minorHAnsi" w:hAnsiTheme="minorHAnsi" w:cstheme="majorHAnsi"/>
          <w:sz w:val="22"/>
          <w:lang w:val="pl-PL"/>
        </w:rPr>
        <w:t>................................................................................................................</w:t>
      </w:r>
    </w:p>
    <w:p w14:paraId="09BB7A99"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 xml:space="preserve">ulica, nr domu, nr lokalu: </w:t>
      </w:r>
      <w:r w:rsidRPr="008D6D88">
        <w:rPr>
          <w:rFonts w:asciiTheme="minorHAnsi" w:hAnsiTheme="minorHAnsi" w:cstheme="majorHAnsi"/>
          <w:sz w:val="22"/>
          <w:lang w:val="pl-PL"/>
        </w:rPr>
        <w:t>................................................................................................................</w:t>
      </w:r>
    </w:p>
    <w:p w14:paraId="785AEF15"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 xml:space="preserve">telefon / e-mail: </w:t>
      </w:r>
      <w:r w:rsidRPr="008D6D88">
        <w:rPr>
          <w:rFonts w:asciiTheme="minorHAnsi" w:hAnsiTheme="minorHAnsi" w:cstheme="majorHAnsi"/>
          <w:sz w:val="22"/>
          <w:lang w:val="pl-PL"/>
        </w:rPr>
        <w:t>................................................................................................................</w:t>
      </w:r>
    </w:p>
    <w:p w14:paraId="5392FEF9"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 xml:space="preserve">REGON: </w:t>
      </w:r>
      <w:r w:rsidRPr="008D6D88">
        <w:rPr>
          <w:rFonts w:asciiTheme="minorHAnsi" w:hAnsiTheme="minorHAnsi" w:cstheme="majorHAnsi"/>
          <w:sz w:val="22"/>
          <w:lang w:val="pl-PL"/>
        </w:rPr>
        <w:t>................................................................................................................</w:t>
      </w:r>
    </w:p>
    <w:p w14:paraId="494C8A85"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 xml:space="preserve">NIP: </w:t>
      </w:r>
      <w:r w:rsidRPr="008D6D88">
        <w:rPr>
          <w:rFonts w:asciiTheme="minorHAnsi" w:hAnsiTheme="minorHAnsi" w:cstheme="majorHAnsi"/>
          <w:sz w:val="22"/>
          <w:lang w:val="pl-PL"/>
        </w:rPr>
        <w:t>................................................................................................................</w:t>
      </w:r>
    </w:p>
    <w:p w14:paraId="186AF805"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 xml:space="preserve">KRS / CEIDG: </w:t>
      </w:r>
      <w:r w:rsidRPr="008D6D88">
        <w:rPr>
          <w:rFonts w:asciiTheme="minorHAnsi" w:hAnsiTheme="minorHAnsi" w:cstheme="majorHAnsi"/>
          <w:sz w:val="22"/>
          <w:lang w:val="pl-PL"/>
        </w:rPr>
        <w:t>................................................................................................................</w:t>
      </w:r>
    </w:p>
    <w:p w14:paraId="5AB99A47"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dla: Zakład Gospodarowania Nieruchomościami w Dzielnicy Żoliborz m.st. Warszawy, ul. Marii Kazimiery 1, 01-641 Warszawa</w:t>
      </w:r>
    </w:p>
    <w:p w14:paraId="1D60740E"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sz w:val="22"/>
          <w:lang w:val="pl-PL"/>
        </w:rPr>
        <w:t>1. Po zapoznaniu się ze Specyfikacją Warunków Zamówienia oraz pozostałymi dokumentami zamówienia oferujemy wykonanie przedmiotu zamówienia na warunkach określonych przez Zamawiającego za cenę:</w:t>
      </w:r>
    </w:p>
    <w:tbl>
      <w:tblPr>
        <w:tblStyle w:val="Tabela-Siatka"/>
        <w:tblW w:w="0" w:type="auto"/>
        <w:jc w:val="center"/>
        <w:tblLook w:val="04A0" w:firstRow="1" w:lastRow="0" w:firstColumn="1" w:lastColumn="0" w:noHBand="0" w:noVBand="1"/>
      </w:tblPr>
      <w:tblGrid>
        <w:gridCol w:w="3128"/>
        <w:gridCol w:w="6834"/>
      </w:tblGrid>
      <w:tr w:rsidR="00C059A5" w:rsidRPr="008D6D88" w14:paraId="1D6275BB" w14:textId="77777777">
        <w:trPr>
          <w:jc w:val="center"/>
        </w:trPr>
        <w:tc>
          <w:tcPr>
            <w:tcW w:w="4986" w:type="dxa"/>
            <w:shd w:val="clear" w:color="auto" w:fill="E7E6E6"/>
          </w:tcPr>
          <w:p w14:paraId="185103E5"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Cena brutto</w:t>
            </w:r>
          </w:p>
        </w:tc>
        <w:tc>
          <w:tcPr>
            <w:tcW w:w="4986" w:type="dxa"/>
          </w:tcPr>
          <w:p w14:paraId="770F349D"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sz w:val="22"/>
                <w:lang w:val="pl-PL"/>
              </w:rPr>
              <w:t>……………………………… zł</w:t>
            </w:r>
          </w:p>
        </w:tc>
      </w:tr>
      <w:tr w:rsidR="00C059A5" w:rsidRPr="008D6D88" w14:paraId="482A4212" w14:textId="77777777">
        <w:trPr>
          <w:jc w:val="center"/>
        </w:trPr>
        <w:tc>
          <w:tcPr>
            <w:tcW w:w="4986" w:type="dxa"/>
            <w:shd w:val="clear" w:color="auto" w:fill="E7E6E6"/>
          </w:tcPr>
          <w:p w14:paraId="654B42CD"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VAT</w:t>
            </w:r>
          </w:p>
        </w:tc>
        <w:tc>
          <w:tcPr>
            <w:tcW w:w="4986" w:type="dxa"/>
          </w:tcPr>
          <w:p w14:paraId="134E9156"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sz w:val="22"/>
                <w:lang w:val="pl-PL"/>
              </w:rPr>
              <w:t>…… % tj. ……………………………… zł</w:t>
            </w:r>
          </w:p>
        </w:tc>
      </w:tr>
      <w:tr w:rsidR="00C059A5" w:rsidRPr="008D6D88" w14:paraId="6C0169BB" w14:textId="77777777">
        <w:trPr>
          <w:jc w:val="center"/>
        </w:trPr>
        <w:tc>
          <w:tcPr>
            <w:tcW w:w="4986" w:type="dxa"/>
            <w:shd w:val="clear" w:color="auto" w:fill="E7E6E6"/>
          </w:tcPr>
          <w:p w14:paraId="18357E5D"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Cena netto</w:t>
            </w:r>
          </w:p>
        </w:tc>
        <w:tc>
          <w:tcPr>
            <w:tcW w:w="4986" w:type="dxa"/>
          </w:tcPr>
          <w:p w14:paraId="573D76BF"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sz w:val="22"/>
                <w:lang w:val="pl-PL"/>
              </w:rPr>
              <w:t>……………………………… zł</w:t>
            </w:r>
          </w:p>
        </w:tc>
      </w:tr>
      <w:tr w:rsidR="00C059A5" w:rsidRPr="008D6D88" w14:paraId="49CB81B0" w14:textId="77777777">
        <w:trPr>
          <w:jc w:val="center"/>
        </w:trPr>
        <w:tc>
          <w:tcPr>
            <w:tcW w:w="4986" w:type="dxa"/>
            <w:shd w:val="clear" w:color="auto" w:fill="E7E6E6"/>
          </w:tcPr>
          <w:p w14:paraId="0D421DCD"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b/>
                <w:sz w:val="22"/>
                <w:lang w:val="pl-PL"/>
              </w:rPr>
              <w:t>Cena brutto słownie</w:t>
            </w:r>
          </w:p>
        </w:tc>
        <w:tc>
          <w:tcPr>
            <w:tcW w:w="4986" w:type="dxa"/>
          </w:tcPr>
          <w:p w14:paraId="3C7E067B"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sz w:val="22"/>
                <w:lang w:val="pl-PL"/>
              </w:rPr>
              <w:t>…………………………………………………………………………………………………………</w:t>
            </w:r>
          </w:p>
        </w:tc>
      </w:tr>
    </w:tbl>
    <w:p w14:paraId="1F3B1116"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sz w:val="22"/>
          <w:lang w:val="pl-PL"/>
        </w:rPr>
        <w:t>Cena została obliczona na podstawie kosztorysu ofertowego, który stanowi załącznik do oferty.</w:t>
      </w:r>
    </w:p>
    <w:p w14:paraId="380B2BCB"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b/>
          <w:sz w:val="22"/>
          <w:lang w:val="pl-PL"/>
        </w:rPr>
        <w:t>2. Oferujemy okres gwarancji na wykonane roboty oraz zamontowane urządzenia: ………………… miesięcy (należy wpisać: 12, 24 albo 36).</w:t>
      </w:r>
    </w:p>
    <w:p w14:paraId="1F9BEA6F"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Minimalny okres gwarancji wynosi 12 miesięcy. Za zaoferowanie 12 miesięcy przyznaje się 0 pkt, 24 miesięcy 10 pkt, a 36 miesięcy 20 pkt. W przypadku braku wpisania oferowanego okresu gwarancji lub wpisania okresu innego niż dopuszczone 12, 24 lub 36 miesięcy Zamawiający przyjmie, że Wykonawca oferuje okres minimalny, tj. 12 miesięcy. Okres gwarancji jest liczony od dnia podpisania protokołu odbioru końcowego, na zasadach określonych w umowie.</w:t>
      </w:r>
    </w:p>
    <w:p w14:paraId="3B7D5614" w14:textId="4AD30EF9"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3. Oświadczamy, że cena oferty obejmuje całość zakresu opisanego w OPZ, dokumentacji projektowej, przedmiarze robót i STWiORB, w tym dostawę i montaż urządzeń, roboty budowlane i instalacyjne, próby, pomiary, uruchomienie systemów, szkolenie oraz dokumentację powykonawczą.</w:t>
      </w:r>
    </w:p>
    <w:p w14:paraId="525C081E"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4. Akceptujemy bez zastrzeżeń postanowienia SWZ wraz z wyjaśnieniami i zmianami oraz projektowane postanowienia umowy. W przypadku wyboru naszej oferty zobowiązujemy się do zawarcia umowy w terminie i miejscu wskazanym przez Zamawiającego.</w:t>
      </w:r>
    </w:p>
    <w:p w14:paraId="2FB05259" w14:textId="77777777" w:rsidR="00C059A5" w:rsidRPr="008D6D88" w:rsidRDefault="00B83865">
      <w:pPr>
        <w:rPr>
          <w:rFonts w:asciiTheme="minorHAnsi" w:hAnsiTheme="minorHAnsi" w:cstheme="majorHAnsi"/>
          <w:sz w:val="22"/>
          <w:lang w:val="pl-PL"/>
        </w:rPr>
      </w:pPr>
      <w:r w:rsidRPr="008D6D88">
        <w:rPr>
          <w:rFonts w:asciiTheme="minorHAnsi" w:hAnsiTheme="minorHAnsi" w:cstheme="majorHAnsi"/>
          <w:sz w:val="22"/>
          <w:lang w:val="pl-PL"/>
        </w:rPr>
        <w:lastRenderedPageBreak/>
        <w:t>5. Oświadczamy, że jesteśmy związani ofertą przez okres wskazany w SWZ.</w:t>
      </w:r>
    </w:p>
    <w:p w14:paraId="0B5C82B5" w14:textId="77777777" w:rsidR="00CB63B0" w:rsidRPr="008D6D88" w:rsidRDefault="00CB63B0">
      <w:pPr>
        <w:rPr>
          <w:rFonts w:asciiTheme="minorHAnsi" w:hAnsiTheme="minorHAnsi" w:cstheme="majorHAnsi"/>
          <w:sz w:val="22"/>
          <w:lang w:val="pl-PL"/>
        </w:rPr>
      </w:pPr>
      <w:r w:rsidRPr="008D6D88">
        <w:rPr>
          <w:rFonts w:asciiTheme="minorHAnsi" w:hAnsiTheme="minorHAnsi"/>
          <w:lang w:val="pl-PL"/>
        </w:rPr>
        <w:t>Termin wykonania zamówienia: do 30 dni od dnia zawarcia umowy.</w:t>
      </w:r>
    </w:p>
    <w:p w14:paraId="1A53E5F1" w14:textId="3B8F8134" w:rsidR="00C059A5" w:rsidRPr="008D6D88" w:rsidRDefault="00B83865" w:rsidP="0005336B">
      <w:pPr>
        <w:keepNext/>
        <w:jc w:val="both"/>
        <w:rPr>
          <w:rFonts w:asciiTheme="minorHAnsi" w:hAnsiTheme="minorHAnsi" w:cstheme="majorHAnsi"/>
          <w:sz w:val="22"/>
          <w:lang w:val="pl-PL"/>
        </w:rPr>
      </w:pPr>
      <w:r w:rsidRPr="008D6D88">
        <w:rPr>
          <w:rFonts w:asciiTheme="minorHAnsi" w:hAnsiTheme="minorHAnsi" w:cstheme="majorHAnsi"/>
          <w:sz w:val="22"/>
          <w:lang w:val="pl-PL"/>
        </w:rPr>
        <w:t>6. Oświadczamy, że wybór naszej oferty będzie / nie będzie* prowadził do powstania u Zamawiającego obowiązku podatkowego, o którym mowa w art. 225 ustawy Pzp. Jeżeli będzie prowadził, wskazujemy: rodzaj towaru/usługi: ……………………………, wartość bez podatku: …………………………… zł, stawkę VAT: ………… %.</w:t>
      </w:r>
    </w:p>
    <w:p w14:paraId="1FA91E94"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7. W celu wykazania spełniania warunków udziału polegamy / nie polegamy* na zasobach podmiotów udostępniających zasoby. W przypadku polegania zakres zasobów: ……………………………………………………………………………………………………………………</w:t>
      </w:r>
    </w:p>
    <w:p w14:paraId="3606C6F1"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8. Zamierzamy / nie zamierzamy* powierzyć podwykonawcom część zamówienia. Zakres robót powierzanych podwykonawcom: ..................................................... . Nazwy podwykonawców, jeżeli są znani: ..................................................... .</w:t>
      </w:r>
    </w:p>
    <w:p w14:paraId="3D0AE7B7"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9. Jesteśmy / nie jesteśmy* Wykonawcą wspólnie ubiegającym się o udzielenie zamówienia. Jeżeli dotyczy, dołączamy oświadczenie z art. 117 ust. 4 ustawy Pzp.</w:t>
      </w:r>
    </w:p>
    <w:p w14:paraId="66681AFD"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 xml:space="preserve">10. Oświadczamy, że jesteśmy: </w:t>
      </w:r>
      <w:proofErr w:type="spellStart"/>
      <w:r w:rsidRPr="008D6D88">
        <w:rPr>
          <w:rFonts w:asciiTheme="minorHAnsi" w:hAnsiTheme="minorHAnsi" w:cstheme="majorHAnsi"/>
          <w:sz w:val="22"/>
          <w:lang w:val="pl-PL"/>
        </w:rPr>
        <w:t>mikroprzedsiębiorcą</w:t>
      </w:r>
      <w:proofErr w:type="spellEnd"/>
      <w:r w:rsidRPr="008D6D88">
        <w:rPr>
          <w:rFonts w:asciiTheme="minorHAnsi" w:hAnsiTheme="minorHAnsi" w:cstheme="majorHAnsi"/>
          <w:sz w:val="22"/>
          <w:lang w:val="pl-PL"/>
        </w:rPr>
        <w:t xml:space="preserve"> / małym przedsiębiorcą / średnim przedsiębiorcą / innym podmiotem*.</w:t>
      </w:r>
    </w:p>
    <w:p w14:paraId="42E04F00"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11. Informacje stanowiące tajemnicę przedsiębiorstwa: ……………………………………………………………………………………………………… . Uzasadnienie zastrzeżenia zostało dołączone do oferty / nie dotyczy*.</w:t>
      </w:r>
    </w:p>
    <w:p w14:paraId="32438CD7"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12. Oświadczamy, że zapoznaliśmy się z informacją dotyczącą przetwarzania danych osobowych zawartą w SWZ.</w:t>
      </w:r>
    </w:p>
    <w:p w14:paraId="647EE5C7"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13. Integralną część oferty stanowią dokumenty i oświadczenia wymagane w SWZ, w tym kosztorys ofertowy.</w:t>
      </w:r>
    </w:p>
    <w:p w14:paraId="7341DCAE" w14:textId="77777777" w:rsidR="00C059A5" w:rsidRPr="008D6D88" w:rsidRDefault="00B83865" w:rsidP="0005336B">
      <w:pPr>
        <w:jc w:val="both"/>
        <w:rPr>
          <w:rFonts w:asciiTheme="minorHAnsi" w:hAnsiTheme="minorHAnsi" w:cstheme="majorHAnsi"/>
          <w:sz w:val="22"/>
          <w:lang w:val="pl-PL"/>
        </w:rPr>
      </w:pPr>
      <w:r w:rsidRPr="008D6D88">
        <w:rPr>
          <w:rFonts w:asciiTheme="minorHAnsi" w:hAnsiTheme="minorHAnsi" w:cstheme="majorHAnsi"/>
          <w:sz w:val="22"/>
          <w:lang w:val="pl-PL"/>
        </w:rPr>
        <w:t>* niepotrzebne skreślić / właściwe zaznaczyć</w:t>
      </w:r>
    </w:p>
    <w:p w14:paraId="7A2BD8BC" w14:textId="77777777" w:rsidR="00CB63B0" w:rsidRPr="008D6D88" w:rsidRDefault="00CB63B0">
      <w:pPr>
        <w:jc w:val="center"/>
        <w:rPr>
          <w:rFonts w:asciiTheme="minorHAnsi" w:hAnsiTheme="minorHAnsi" w:cstheme="majorHAnsi"/>
          <w:b/>
          <w:i/>
          <w:iCs/>
          <w:color w:val="EE0000"/>
          <w:sz w:val="22"/>
          <w:lang w:val="pl-PL"/>
        </w:rPr>
      </w:pPr>
    </w:p>
    <w:p w14:paraId="0656CD23" w14:textId="77777777" w:rsidR="00CB63B0" w:rsidRPr="008D6D88" w:rsidRDefault="00CB63B0">
      <w:pPr>
        <w:jc w:val="center"/>
        <w:rPr>
          <w:rFonts w:asciiTheme="minorHAnsi" w:hAnsiTheme="minorHAnsi" w:cstheme="majorHAnsi"/>
          <w:b/>
          <w:i/>
          <w:iCs/>
          <w:color w:val="EE0000"/>
          <w:sz w:val="22"/>
          <w:lang w:val="pl-PL"/>
        </w:rPr>
      </w:pPr>
    </w:p>
    <w:p w14:paraId="40BBF3CD" w14:textId="7F269609" w:rsidR="00C059A5" w:rsidRPr="008D6D88" w:rsidRDefault="00B83865">
      <w:pPr>
        <w:jc w:val="center"/>
        <w:rPr>
          <w:rFonts w:asciiTheme="minorHAnsi" w:hAnsiTheme="minorHAnsi" w:cstheme="majorHAnsi"/>
          <w:i/>
          <w:iCs/>
          <w:color w:val="EE0000"/>
          <w:sz w:val="22"/>
          <w:lang w:val="pl-PL"/>
        </w:rPr>
      </w:pPr>
      <w:r w:rsidRPr="008D6D88">
        <w:rPr>
          <w:rFonts w:asciiTheme="minorHAnsi" w:hAnsiTheme="minorHAnsi" w:cstheme="majorHAnsi"/>
          <w:b/>
          <w:i/>
          <w:iCs/>
          <w:color w:val="EE0000"/>
          <w:sz w:val="22"/>
          <w:lang w:val="pl-PL"/>
        </w:rPr>
        <w:t>Załącznik wymaga elektronicznego podpisu kwalifikowanego, podpisu zaufanego lub podpisu osobistego!</w:t>
      </w:r>
    </w:p>
    <w:sectPr w:rsidR="00C059A5" w:rsidRPr="008D6D88" w:rsidSect="00034616">
      <w:headerReference w:type="default" r:id="rId8"/>
      <w:footerReference w:type="default" r:id="rId9"/>
      <w:pgSz w:w="12240" w:h="15840"/>
      <w:pgMar w:top="1020"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A80EC" w14:textId="77777777" w:rsidR="00B83865" w:rsidRDefault="00B83865">
      <w:pPr>
        <w:spacing w:after="0" w:line="240" w:lineRule="auto"/>
      </w:pPr>
      <w:r>
        <w:separator/>
      </w:r>
    </w:p>
  </w:endnote>
  <w:endnote w:type="continuationSeparator" w:id="0">
    <w:p w14:paraId="1CA34183" w14:textId="77777777" w:rsidR="00B83865" w:rsidRDefault="00B83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7445" w14:textId="77777777" w:rsidR="00C059A5" w:rsidRDefault="00B83865">
    <w:pPr>
      <w:pStyle w:val="Stopka"/>
      <w:jc w:val="center"/>
    </w:pPr>
    <w:r>
      <w:rPr>
        <w:sz w:val="16"/>
      </w:rPr>
      <w:t xml:space="preserve">Strona </w:t>
    </w:r>
    <w:r>
      <w:fldChar w:fldCharType="begin"/>
    </w:r>
    <w:r>
      <w:instrText>PAGE</w:instrText>
    </w:r>
    <w:r>
      <w:fldChar w:fldCharType="separate"/>
    </w:r>
    <w:r w:rsidR="00E86EE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26140" w14:textId="77777777" w:rsidR="00B83865" w:rsidRDefault="00B83865">
      <w:pPr>
        <w:spacing w:after="0" w:line="240" w:lineRule="auto"/>
      </w:pPr>
      <w:r>
        <w:separator/>
      </w:r>
    </w:p>
  </w:footnote>
  <w:footnote w:type="continuationSeparator" w:id="0">
    <w:p w14:paraId="5EB71FD8" w14:textId="77777777" w:rsidR="00B83865" w:rsidRDefault="00B83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C75D" w14:textId="02798033" w:rsidR="00C059A5" w:rsidRPr="00CB63B0" w:rsidRDefault="00B83865">
    <w:pPr>
      <w:pStyle w:val="Nagwek"/>
      <w:jc w:val="center"/>
      <w:rPr>
        <w:rFonts w:asciiTheme="majorHAnsi" w:hAnsiTheme="majorHAnsi" w:cstheme="majorHAnsi"/>
      </w:rPr>
    </w:pPr>
    <w:r>
      <w:rPr>
        <w:rFonts w:asciiTheme="majorHAnsi" w:hAnsiTheme="majorHAnsi" w:cstheme="majorHAnsi"/>
        <w:sz w:val="16"/>
      </w:rPr>
      <w:t>ZP.260.17.2026.KB</w:t>
    </w:r>
    <w:r>
      <w:rPr>
        <w:rFonts w:asciiTheme="majorHAnsi" w:hAnsiTheme="majorHAnsi" w:cstheme="majorHAnsi"/>
        <w:sz w:val="16"/>
      </w:rPr>
      <w:tab/>
    </w:r>
    <w:r>
      <w:rPr>
        <w:rFonts w:asciiTheme="majorHAnsi" w:hAnsiTheme="majorHAnsi" w:cstheme="majorHAnsi"/>
        <w:sz w:val="16"/>
      </w:rPr>
      <w:tab/>
      <w:t xml:space="preserve">           </w:t>
    </w:r>
    <w:proofErr w:type="spellStart"/>
    <w:r>
      <w:rPr>
        <w:rFonts w:asciiTheme="majorHAnsi" w:hAnsiTheme="majorHAnsi" w:cstheme="majorHAnsi"/>
        <w:sz w:val="16"/>
      </w:rPr>
      <w:t>Załącznik</w:t>
    </w:r>
    <w:proofErr w:type="spellEnd"/>
    <w:r>
      <w:rPr>
        <w:rFonts w:asciiTheme="majorHAnsi" w:hAnsiTheme="majorHAnsi" w:cstheme="majorHAnsi"/>
        <w:sz w:val="16"/>
      </w:rPr>
      <w:t xml:space="preserve"> nr 2 do SWZ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996521173">
    <w:abstractNumId w:val="8"/>
  </w:num>
  <w:num w:numId="2" w16cid:durableId="79721627">
    <w:abstractNumId w:val="6"/>
  </w:num>
  <w:num w:numId="3" w16cid:durableId="1245994614">
    <w:abstractNumId w:val="5"/>
  </w:num>
  <w:num w:numId="4" w16cid:durableId="1649937160">
    <w:abstractNumId w:val="4"/>
  </w:num>
  <w:num w:numId="5" w16cid:durableId="1303467234">
    <w:abstractNumId w:val="7"/>
  </w:num>
  <w:num w:numId="6" w16cid:durableId="102190626">
    <w:abstractNumId w:val="3"/>
  </w:num>
  <w:num w:numId="7" w16cid:durableId="1307734858">
    <w:abstractNumId w:val="2"/>
  </w:num>
  <w:num w:numId="8" w16cid:durableId="369501263">
    <w:abstractNumId w:val="1"/>
  </w:num>
  <w:num w:numId="9" w16cid:durableId="145386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36B"/>
    <w:rsid w:val="0006063C"/>
    <w:rsid w:val="000C56EB"/>
    <w:rsid w:val="001478A2"/>
    <w:rsid w:val="0015074B"/>
    <w:rsid w:val="001A428B"/>
    <w:rsid w:val="00284C87"/>
    <w:rsid w:val="002863EE"/>
    <w:rsid w:val="0029639D"/>
    <w:rsid w:val="00326F90"/>
    <w:rsid w:val="0044427D"/>
    <w:rsid w:val="005E7F25"/>
    <w:rsid w:val="005F1003"/>
    <w:rsid w:val="007E403E"/>
    <w:rsid w:val="008765D2"/>
    <w:rsid w:val="008D6D88"/>
    <w:rsid w:val="00972E8F"/>
    <w:rsid w:val="00AA1D8D"/>
    <w:rsid w:val="00B25A92"/>
    <w:rsid w:val="00B47730"/>
    <w:rsid w:val="00B83865"/>
    <w:rsid w:val="00C059A5"/>
    <w:rsid w:val="00C54590"/>
    <w:rsid w:val="00CA4423"/>
    <w:rsid w:val="00CB0664"/>
    <w:rsid w:val="00CB63B0"/>
    <w:rsid w:val="00D23DF0"/>
    <w:rsid w:val="00DE7A7D"/>
    <w:rsid w:val="00E4709C"/>
    <w:rsid w:val="00E86E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24C237"/>
  <w14:defaultImageDpi w14:val="300"/>
  <w15:docId w15:val="{38BF1519-DE9B-0747-BF18-F5F8AC3F7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643</Words>
  <Characters>3860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instalacji systemu sygnalizacji pożaru (SSP) oraz grawitacyjnego systemu oddymiania klatki schodowej w budynku przy ul. Bieniewickiej 2A w Warszawie</dc:title>
  <dc:subject>Dokumentacja postępowania Bieniewicka 2A</dc:subject>
  <dc:creator>Zakład Gospodarowania Nieruchomościami w Dzielnicy Żoliborz m.st. Warszawy</dc:creator>
  <cp:keywords>SSP, oddymianie, Bieniewicka 2A</cp:keywords>
  <dc:description>generated by python-docx</dc:description>
  <cp:lastModifiedBy>Lidia Łagowska</cp:lastModifiedBy>
  <cp:revision>2</cp:revision>
  <cp:lastPrinted>2026-10-26T10:01:00Z</cp:lastPrinted>
  <dcterms:created xsi:type="dcterms:W3CDTF">2026-10-26T10:02:00Z</dcterms:created>
  <dcterms:modified xsi:type="dcterms:W3CDTF">2026-10-26T10:02:00Z</dcterms:modified>
  <cp:category/>
</cp:coreProperties>
</file>