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E15E05" w14:textId="77777777" w:rsidR="00A77C00" w:rsidRDefault="00BE0351">
      <w:pPr>
        <w:jc w:val="right"/>
      </w:pPr>
      <w:r>
        <w:rPr>
          <w:b/>
        </w:rPr>
        <w:t>Załącznik nr A.2 do SWZ</w:t>
      </w:r>
    </w:p>
    <w:p w14:paraId="13E0C1FB" w14:textId="77777777" w:rsidR="00A77C00" w:rsidRDefault="00BE0351">
      <w:pPr>
        <w:spacing w:after="0"/>
      </w:pPr>
      <w:r>
        <w:rPr>
          <w:b/>
          <w:sz w:val="19"/>
        </w:rPr>
        <w:t>Zamawiający: Gmina Malbork</w:t>
      </w:r>
    </w:p>
    <w:p w14:paraId="362E931E" w14:textId="1C093992" w:rsidR="001C5F18" w:rsidRPr="001C5F18" w:rsidRDefault="00BE0351" w:rsidP="001C5F18">
      <w:pPr>
        <w:spacing w:after="0"/>
      </w:pPr>
      <w:r>
        <w:rPr>
          <w:b/>
          <w:sz w:val="19"/>
        </w:rPr>
        <w:t xml:space="preserve">Znak </w:t>
      </w:r>
      <w:proofErr w:type="spellStart"/>
      <w:r>
        <w:rPr>
          <w:b/>
          <w:sz w:val="19"/>
        </w:rPr>
        <w:t>sprawy</w:t>
      </w:r>
      <w:proofErr w:type="spellEnd"/>
      <w:r>
        <w:rPr>
          <w:b/>
          <w:sz w:val="19"/>
        </w:rPr>
        <w:t>: RI.271.</w:t>
      </w:r>
      <w:r w:rsidR="001C5F18">
        <w:rPr>
          <w:b/>
          <w:sz w:val="19"/>
        </w:rPr>
        <w:t>11</w:t>
      </w:r>
      <w:r>
        <w:rPr>
          <w:b/>
          <w:sz w:val="19"/>
        </w:rPr>
        <w:t>.2026.KP</w:t>
      </w:r>
    </w:p>
    <w:p w14:paraId="72C175B3" w14:textId="77777777" w:rsidR="001C5F18" w:rsidRDefault="001C5F18" w:rsidP="001C5F18">
      <w:pPr>
        <w:spacing w:after="40"/>
        <w:jc w:val="center"/>
        <w:rPr>
          <w:b/>
        </w:rPr>
      </w:pPr>
      <w:r w:rsidRPr="001C5F18">
        <w:rPr>
          <w:b/>
        </w:rPr>
        <w:t>„</w:t>
      </w:r>
      <w:proofErr w:type="spellStart"/>
      <w:r w:rsidRPr="001C5F18">
        <w:rPr>
          <w:b/>
        </w:rPr>
        <w:t>Budowa</w:t>
      </w:r>
      <w:proofErr w:type="spellEnd"/>
      <w:r w:rsidRPr="001C5F18">
        <w:rPr>
          <w:b/>
        </w:rPr>
        <w:t xml:space="preserve"> </w:t>
      </w:r>
      <w:proofErr w:type="spellStart"/>
      <w:r w:rsidRPr="001C5F18">
        <w:rPr>
          <w:b/>
        </w:rPr>
        <w:t>drogi</w:t>
      </w:r>
      <w:proofErr w:type="spellEnd"/>
      <w:r w:rsidRPr="001C5F18">
        <w:rPr>
          <w:b/>
        </w:rPr>
        <w:t xml:space="preserve"> </w:t>
      </w:r>
      <w:proofErr w:type="spellStart"/>
      <w:r w:rsidRPr="001C5F18">
        <w:rPr>
          <w:b/>
        </w:rPr>
        <w:t>dojazdowej</w:t>
      </w:r>
      <w:proofErr w:type="spellEnd"/>
      <w:r w:rsidRPr="001C5F18">
        <w:rPr>
          <w:b/>
        </w:rPr>
        <w:t xml:space="preserve"> do </w:t>
      </w:r>
      <w:proofErr w:type="spellStart"/>
      <w:r w:rsidRPr="001C5F18">
        <w:rPr>
          <w:b/>
        </w:rPr>
        <w:t>gruntów</w:t>
      </w:r>
      <w:proofErr w:type="spellEnd"/>
      <w:r w:rsidRPr="001C5F18">
        <w:rPr>
          <w:b/>
        </w:rPr>
        <w:t xml:space="preserve"> </w:t>
      </w:r>
      <w:proofErr w:type="spellStart"/>
      <w:r w:rsidRPr="001C5F18">
        <w:rPr>
          <w:b/>
        </w:rPr>
        <w:t>rolnych</w:t>
      </w:r>
      <w:proofErr w:type="spellEnd"/>
      <w:r w:rsidRPr="001C5F18">
        <w:rPr>
          <w:b/>
        </w:rPr>
        <w:t xml:space="preserve"> </w:t>
      </w:r>
      <w:proofErr w:type="spellStart"/>
      <w:r w:rsidRPr="001C5F18">
        <w:rPr>
          <w:b/>
        </w:rPr>
        <w:t>na</w:t>
      </w:r>
      <w:proofErr w:type="spellEnd"/>
      <w:r w:rsidRPr="001C5F18">
        <w:rPr>
          <w:b/>
        </w:rPr>
        <w:t xml:space="preserve"> </w:t>
      </w:r>
      <w:proofErr w:type="spellStart"/>
      <w:r w:rsidRPr="001C5F18">
        <w:rPr>
          <w:b/>
        </w:rPr>
        <w:t>działce</w:t>
      </w:r>
      <w:proofErr w:type="spellEnd"/>
      <w:r w:rsidRPr="001C5F18">
        <w:rPr>
          <w:b/>
        </w:rPr>
        <w:t xml:space="preserve"> nr 109/1, </w:t>
      </w:r>
      <w:proofErr w:type="spellStart"/>
      <w:r w:rsidRPr="001C5F18">
        <w:rPr>
          <w:b/>
        </w:rPr>
        <w:t>obręb</w:t>
      </w:r>
      <w:proofErr w:type="spellEnd"/>
      <w:r w:rsidRPr="001C5F18">
        <w:rPr>
          <w:b/>
        </w:rPr>
        <w:t xml:space="preserve"> </w:t>
      </w:r>
      <w:proofErr w:type="spellStart"/>
      <w:r w:rsidRPr="001C5F18">
        <w:rPr>
          <w:b/>
        </w:rPr>
        <w:t>Grobelno</w:t>
      </w:r>
      <w:proofErr w:type="spellEnd"/>
      <w:r w:rsidRPr="001C5F18">
        <w:rPr>
          <w:b/>
        </w:rPr>
        <w:t xml:space="preserve">, gm. </w:t>
      </w:r>
      <w:proofErr w:type="spellStart"/>
      <w:r w:rsidRPr="001C5F18">
        <w:rPr>
          <w:b/>
        </w:rPr>
        <w:t>Malbork</w:t>
      </w:r>
      <w:proofErr w:type="spellEnd"/>
      <w:r w:rsidRPr="001C5F18">
        <w:rPr>
          <w:b/>
        </w:rPr>
        <w:t>”</w:t>
      </w:r>
    </w:p>
    <w:p w14:paraId="0D01F02C" w14:textId="28F24EB0" w:rsidR="00A77C00" w:rsidRDefault="00BE0351" w:rsidP="001C5F18">
      <w:pPr>
        <w:spacing w:after="40"/>
        <w:jc w:val="center"/>
      </w:pPr>
      <w:r>
        <w:rPr>
          <w:b/>
          <w:sz w:val="28"/>
        </w:rPr>
        <w:t>OŚWIADCZENIE WYKONAWCY</w:t>
      </w:r>
    </w:p>
    <w:p w14:paraId="1E67735F" w14:textId="77777777" w:rsidR="00A77C00" w:rsidRDefault="00BE0351">
      <w:pPr>
        <w:spacing w:after="240"/>
        <w:jc w:val="center"/>
      </w:pPr>
      <w:r>
        <w:rPr>
          <w:b/>
          <w:sz w:val="22"/>
        </w:rPr>
        <w:t>o niepodleganiu wykluczeniu oraz spełnianiu warunków udziału w postępowaniu</w:t>
      </w:r>
    </w:p>
    <w:p w14:paraId="01C1BD83" w14:textId="77777777" w:rsidR="00A77C00" w:rsidRDefault="00BE0351">
      <w:pPr>
        <w:spacing w:after="240"/>
        <w:jc w:val="center"/>
      </w:pPr>
      <w:r>
        <w:rPr>
          <w:sz w:val="19"/>
        </w:rPr>
        <w:t>składane na podstawie art. 125 ust. 1 ustawy z dnia 11 września 2019 r. – Prawo zamówień publicznych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4986"/>
        <w:gridCol w:w="4986"/>
      </w:tblGrid>
      <w:tr w:rsidR="00A77C00" w14:paraId="0361CF2F" w14:textId="77777777">
        <w:trPr>
          <w:jc w:val="center"/>
        </w:trPr>
        <w:tc>
          <w:tcPr>
            <w:tcW w:w="4986" w:type="dxa"/>
            <w:shd w:val="clear" w:color="auto" w:fill="EDEDE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08FEE56" w14:textId="77777777" w:rsidR="00A77C00" w:rsidRDefault="00BE0351">
            <w:r>
              <w:rPr>
                <w:b/>
                <w:sz w:val="19"/>
              </w:rPr>
              <w:t>Nazwa (firma) Wykonawcy</w:t>
            </w:r>
          </w:p>
        </w:tc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CB6FF03" w14:textId="77777777" w:rsidR="00A77C00" w:rsidRDefault="00BE0351">
            <w:r>
              <w:rPr>
                <w:sz w:val="19"/>
              </w:rPr>
              <w:br/>
            </w:r>
          </w:p>
        </w:tc>
      </w:tr>
      <w:tr w:rsidR="00A77C00" w14:paraId="16537B99" w14:textId="77777777">
        <w:trPr>
          <w:jc w:val="center"/>
        </w:trPr>
        <w:tc>
          <w:tcPr>
            <w:tcW w:w="4986" w:type="dxa"/>
            <w:shd w:val="clear" w:color="auto" w:fill="EDEDE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A55EE24" w14:textId="77777777" w:rsidR="00A77C00" w:rsidRDefault="00BE0351">
            <w:r>
              <w:rPr>
                <w:b/>
                <w:sz w:val="19"/>
              </w:rPr>
              <w:t>Siedziba / adres</w:t>
            </w:r>
          </w:p>
        </w:tc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D9DB5C8" w14:textId="77777777" w:rsidR="00A77C00" w:rsidRDefault="00BE0351">
            <w:r>
              <w:rPr>
                <w:sz w:val="19"/>
              </w:rPr>
              <w:br/>
            </w:r>
          </w:p>
        </w:tc>
      </w:tr>
      <w:tr w:rsidR="00A77C00" w14:paraId="7A9F6465" w14:textId="77777777">
        <w:trPr>
          <w:jc w:val="center"/>
        </w:trPr>
        <w:tc>
          <w:tcPr>
            <w:tcW w:w="4986" w:type="dxa"/>
            <w:shd w:val="clear" w:color="auto" w:fill="EDEDE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BB94A11" w14:textId="77777777" w:rsidR="00A77C00" w:rsidRDefault="00BE0351">
            <w:r>
              <w:rPr>
                <w:b/>
                <w:sz w:val="19"/>
              </w:rPr>
              <w:t>NIP / REGON</w:t>
            </w:r>
          </w:p>
        </w:tc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E5B2B78" w14:textId="77777777" w:rsidR="00A77C00" w:rsidRDefault="00BE0351">
            <w:r>
              <w:rPr>
                <w:sz w:val="19"/>
              </w:rPr>
              <w:br/>
            </w:r>
          </w:p>
        </w:tc>
      </w:tr>
      <w:tr w:rsidR="00A77C00" w14:paraId="37F32E60" w14:textId="77777777">
        <w:trPr>
          <w:jc w:val="center"/>
        </w:trPr>
        <w:tc>
          <w:tcPr>
            <w:tcW w:w="4986" w:type="dxa"/>
            <w:shd w:val="clear" w:color="auto" w:fill="EDEDE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FDB73AC" w14:textId="77777777" w:rsidR="00A77C00" w:rsidRDefault="00BE0351">
            <w:r>
              <w:rPr>
                <w:b/>
                <w:sz w:val="19"/>
              </w:rPr>
              <w:t>Adres e-mail / telefon</w:t>
            </w:r>
          </w:p>
        </w:tc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F1666D" w14:textId="77777777" w:rsidR="00A77C00" w:rsidRDefault="00BE0351">
            <w:r>
              <w:rPr>
                <w:sz w:val="19"/>
              </w:rPr>
              <w:br/>
            </w:r>
          </w:p>
        </w:tc>
      </w:tr>
    </w:tbl>
    <w:p w14:paraId="0746FD5C" w14:textId="77777777" w:rsidR="00A77C00" w:rsidRDefault="00A77C00"/>
    <w:p w14:paraId="497255CA" w14:textId="77777777" w:rsidR="00A77C00" w:rsidRDefault="00BE0351">
      <w:pPr>
        <w:spacing w:after="120"/>
      </w:pPr>
      <w:r>
        <w:rPr>
          <w:b/>
          <w:sz w:val="22"/>
        </w:rPr>
        <w:t>I. OŚWIADCZENIE O BRAKU PODSTAW DO WYKLUCZENIA</w:t>
      </w:r>
    </w:p>
    <w:p w14:paraId="4251F608" w14:textId="77777777" w:rsidR="00A77C00" w:rsidRDefault="00BE0351" w:rsidP="001C5F18">
      <w:pPr>
        <w:spacing w:after="120"/>
        <w:jc w:val="both"/>
      </w:pPr>
      <w:r>
        <w:t>Oświadczam, że nie podlegam wykluczeniu z postępowania na podstawie art. 108 ust. 1 ustawy Prawo zamówień publicznych.</w:t>
      </w:r>
    </w:p>
    <w:p w14:paraId="5D586DF7" w14:textId="77777777" w:rsidR="00A77C00" w:rsidRDefault="00BE0351" w:rsidP="001C5F18">
      <w:pPr>
        <w:spacing w:after="100"/>
        <w:jc w:val="both"/>
      </w:pPr>
      <w:r>
        <w:rPr>
          <w:sz w:val="24"/>
        </w:rPr>
        <w:t xml:space="preserve">☐ </w:t>
      </w:r>
      <w:r>
        <w:rPr>
          <w:b/>
        </w:rPr>
        <w:t>Oświadczam, że zachodzą wobec mnie podstawy wykluczenia z postępowania wskazane powyżej.</w:t>
      </w:r>
    </w:p>
    <w:p w14:paraId="247F8D80" w14:textId="77777777" w:rsidR="00A77C00" w:rsidRDefault="00BE0351" w:rsidP="001C5F18">
      <w:pPr>
        <w:spacing w:after="160"/>
        <w:jc w:val="both"/>
      </w:pPr>
      <w:r>
        <w:rPr>
          <w:b/>
        </w:rPr>
        <w:t>Jeżeli zaznaczono powyższe pole, należy wskazać podstawę wykluczenia oraz wyjaśnić okoliczności:</w:t>
      </w:r>
    </w:p>
    <w:p w14:paraId="4C642923" w14:textId="17B56952" w:rsidR="00A77C00" w:rsidRDefault="00A77C00"/>
    <w:p w14:paraId="398B020D" w14:textId="77777777" w:rsidR="00A77C00" w:rsidRDefault="00BE0351">
      <w:pPr>
        <w:spacing w:after="120"/>
      </w:pPr>
      <w:r>
        <w:rPr>
          <w:b/>
          <w:sz w:val="22"/>
        </w:rPr>
        <w:t>II. OŚWIADCZENIE O SPEŁNIANIU WARUNKÓW UDZIAŁU W POSTĘPOWANIU</w:t>
      </w:r>
    </w:p>
    <w:p w14:paraId="24DA7A80" w14:textId="6465C543" w:rsidR="00A77C00" w:rsidRDefault="00BE0351" w:rsidP="001C5F18">
      <w:pPr>
        <w:spacing w:after="100"/>
        <w:jc w:val="both"/>
      </w:pPr>
      <w:r>
        <w:t xml:space="preserve">Oświadczam, że spełniam warunki udziału w postępowaniu określone w </w:t>
      </w:r>
      <w:proofErr w:type="spellStart"/>
      <w:r>
        <w:t>Rozdziale</w:t>
      </w:r>
      <w:proofErr w:type="spellEnd"/>
      <w:r>
        <w:t xml:space="preserve"> III </w:t>
      </w:r>
      <w:proofErr w:type="gramStart"/>
      <w:r>
        <w:t xml:space="preserve">SWZ, </w:t>
      </w:r>
      <w:r w:rsidR="001C5F18">
        <w:t xml:space="preserve">  </w:t>
      </w:r>
      <w:proofErr w:type="gramEnd"/>
      <w:r w:rsidR="001C5F18">
        <w:t xml:space="preserve">                              </w:t>
      </w:r>
      <w:r>
        <w:t>w</w:t>
      </w:r>
      <w:r w:rsidR="001C5F18">
        <w:t xml:space="preserve"> </w:t>
      </w:r>
      <w:proofErr w:type="spellStart"/>
      <w:r>
        <w:t>szczególności</w:t>
      </w:r>
      <w:proofErr w:type="spellEnd"/>
      <w:r>
        <w:t>:</w:t>
      </w:r>
    </w:p>
    <w:p w14:paraId="6C9A48CE" w14:textId="77777777" w:rsidR="00A77C00" w:rsidRDefault="00BE0351" w:rsidP="001C5F18">
      <w:pPr>
        <w:spacing w:after="80"/>
        <w:jc w:val="both"/>
      </w:pPr>
      <w:r>
        <w:rPr>
          <w:b/>
        </w:rPr>
        <w:t>1. Zdolność techniczna i zawodowa – doświadczenie</w:t>
      </w:r>
    </w:p>
    <w:p w14:paraId="75E7EB89" w14:textId="65FAC983" w:rsidR="00A77C00" w:rsidRDefault="00BE0351" w:rsidP="001C5F18">
      <w:pPr>
        <w:spacing w:after="120"/>
        <w:jc w:val="both"/>
      </w:pPr>
      <w:r>
        <w:t xml:space="preserve">W okresie ostatnich 5 lat przed upływem terminu składania ofert, a jeżeli okres prowadzenia działalności jest krótszy – w tym okresie, wykonałem należycie co najmniej 1 robotę </w:t>
      </w:r>
      <w:proofErr w:type="spellStart"/>
      <w:r>
        <w:t>budowlaną</w:t>
      </w:r>
      <w:proofErr w:type="spellEnd"/>
      <w:r>
        <w:t xml:space="preserve">, </w:t>
      </w:r>
      <w:proofErr w:type="spellStart"/>
      <w:r>
        <w:t>która</w:t>
      </w:r>
      <w:proofErr w:type="spellEnd"/>
      <w:r>
        <w:t xml:space="preserve"> </w:t>
      </w:r>
      <w:proofErr w:type="spellStart"/>
      <w:r>
        <w:t>polegała</w:t>
      </w:r>
      <w:proofErr w:type="spellEnd"/>
      <w:r>
        <w:t xml:space="preserve"> </w:t>
      </w:r>
      <w:r w:rsidR="001C5F18">
        <w:t xml:space="preserve">                    </w:t>
      </w:r>
      <w:proofErr w:type="spellStart"/>
      <w:r>
        <w:t>na</w:t>
      </w:r>
      <w:proofErr w:type="spellEnd"/>
      <w:r>
        <w:t xml:space="preserve"> </w:t>
      </w:r>
      <w:proofErr w:type="spellStart"/>
      <w:r>
        <w:t>budowie</w:t>
      </w:r>
      <w:proofErr w:type="spellEnd"/>
      <w:r>
        <w:t xml:space="preserve"> </w:t>
      </w:r>
      <w:proofErr w:type="spellStart"/>
      <w:r>
        <w:t>lub</w:t>
      </w:r>
      <w:proofErr w:type="spellEnd"/>
      <w:r>
        <w:t xml:space="preserve"> </w:t>
      </w:r>
      <w:proofErr w:type="spellStart"/>
      <w:r>
        <w:t>przebudowie</w:t>
      </w:r>
      <w:proofErr w:type="spellEnd"/>
      <w:r>
        <w:t xml:space="preserve"> </w:t>
      </w:r>
      <w:proofErr w:type="spellStart"/>
      <w:r>
        <w:t>drogi</w:t>
      </w:r>
      <w:proofErr w:type="spellEnd"/>
      <w:r>
        <w:t xml:space="preserve"> o nawierzchni z kruszywa </w:t>
      </w:r>
      <w:proofErr w:type="spellStart"/>
      <w:r>
        <w:t>i</w:t>
      </w:r>
      <w:proofErr w:type="spellEnd"/>
      <w:r>
        <w:t xml:space="preserve"> </w:t>
      </w:r>
      <w:proofErr w:type="spellStart"/>
      <w:r>
        <w:t>miała</w:t>
      </w:r>
      <w:proofErr w:type="spellEnd"/>
      <w:r>
        <w:t xml:space="preserve"> </w:t>
      </w:r>
      <w:proofErr w:type="spellStart"/>
      <w:r>
        <w:t>wartość</w:t>
      </w:r>
      <w:proofErr w:type="spellEnd"/>
      <w:r>
        <w:t xml:space="preserve"> </w:t>
      </w:r>
      <w:proofErr w:type="spellStart"/>
      <w:r>
        <w:t>nie</w:t>
      </w:r>
      <w:proofErr w:type="spellEnd"/>
      <w:r>
        <w:t xml:space="preserve"> </w:t>
      </w:r>
      <w:proofErr w:type="spellStart"/>
      <w:r>
        <w:t>mniejszą</w:t>
      </w:r>
      <w:proofErr w:type="spellEnd"/>
      <w:r>
        <w:t xml:space="preserve"> </w:t>
      </w:r>
      <w:proofErr w:type="spellStart"/>
      <w:r>
        <w:t>niż</w:t>
      </w:r>
      <w:proofErr w:type="spellEnd"/>
      <w:r>
        <w:t xml:space="preserve"> 1</w:t>
      </w:r>
      <w:r w:rsidR="00D35228">
        <w:t>0</w:t>
      </w:r>
      <w:r>
        <w:t xml:space="preserve">0 000,00 </w:t>
      </w:r>
      <w:proofErr w:type="spellStart"/>
      <w:r>
        <w:t>zł</w:t>
      </w:r>
      <w:proofErr w:type="spellEnd"/>
      <w:r>
        <w:t xml:space="preserve"> </w:t>
      </w:r>
      <w:proofErr w:type="spellStart"/>
      <w:r>
        <w:t>brutto</w:t>
      </w:r>
      <w:proofErr w:type="spellEnd"/>
      <w:r>
        <w:t>.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2493"/>
        <w:gridCol w:w="2493"/>
        <w:gridCol w:w="2493"/>
        <w:gridCol w:w="2493"/>
      </w:tblGrid>
      <w:tr w:rsidR="00A77C00" w14:paraId="75D436E0" w14:textId="77777777">
        <w:trPr>
          <w:jc w:val="center"/>
        </w:trPr>
        <w:tc>
          <w:tcPr>
            <w:tcW w:w="2493" w:type="dxa"/>
            <w:shd w:val="clear" w:color="auto" w:fill="EDEDE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D43EBC4" w14:textId="77777777" w:rsidR="00A77C00" w:rsidRDefault="00BE0351">
            <w:r>
              <w:rPr>
                <w:b/>
                <w:sz w:val="17"/>
              </w:rPr>
              <w:t>Nazwa zadania / zakres robót</w:t>
            </w:r>
          </w:p>
        </w:tc>
        <w:tc>
          <w:tcPr>
            <w:tcW w:w="2493" w:type="dxa"/>
            <w:shd w:val="clear" w:color="auto" w:fill="EDEDE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1B8A7EE" w14:textId="77777777" w:rsidR="00A77C00" w:rsidRDefault="00BE0351">
            <w:r>
              <w:rPr>
                <w:b/>
                <w:sz w:val="17"/>
              </w:rPr>
              <w:t>Podmiot, na rzecz którego wykonano robotę</w:t>
            </w:r>
          </w:p>
        </w:tc>
        <w:tc>
          <w:tcPr>
            <w:tcW w:w="2493" w:type="dxa"/>
            <w:shd w:val="clear" w:color="auto" w:fill="EDEDE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40F143F" w14:textId="77777777" w:rsidR="00A77C00" w:rsidRDefault="00BE0351">
            <w:r>
              <w:rPr>
                <w:b/>
                <w:sz w:val="17"/>
              </w:rPr>
              <w:t>Wartość brutto</w:t>
            </w:r>
          </w:p>
        </w:tc>
        <w:tc>
          <w:tcPr>
            <w:tcW w:w="2493" w:type="dxa"/>
            <w:shd w:val="clear" w:color="auto" w:fill="EDEDE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188BD56" w14:textId="77777777" w:rsidR="00A77C00" w:rsidRDefault="00BE0351">
            <w:r>
              <w:rPr>
                <w:b/>
                <w:sz w:val="17"/>
              </w:rPr>
              <w:t>Okres realizacji</w:t>
            </w:r>
          </w:p>
        </w:tc>
      </w:tr>
      <w:tr w:rsidR="00A77C00" w14:paraId="757B7A9D" w14:textId="77777777">
        <w:trPr>
          <w:jc w:val="center"/>
        </w:trPr>
        <w:tc>
          <w:tcPr>
            <w:tcW w:w="249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94A16C6" w14:textId="77777777" w:rsidR="00A77C00" w:rsidRDefault="00BE0351">
            <w:r>
              <w:rPr>
                <w:sz w:val="17"/>
              </w:rPr>
              <w:br/>
            </w:r>
            <w:r>
              <w:rPr>
                <w:sz w:val="17"/>
              </w:rPr>
              <w:br/>
            </w:r>
          </w:p>
        </w:tc>
        <w:tc>
          <w:tcPr>
            <w:tcW w:w="249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A58A8C8" w14:textId="77777777" w:rsidR="00A77C00" w:rsidRDefault="00BE0351">
            <w:r>
              <w:rPr>
                <w:sz w:val="17"/>
              </w:rPr>
              <w:br/>
            </w:r>
            <w:r>
              <w:rPr>
                <w:sz w:val="17"/>
              </w:rPr>
              <w:br/>
            </w:r>
          </w:p>
        </w:tc>
        <w:tc>
          <w:tcPr>
            <w:tcW w:w="249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64FEE5B" w14:textId="77777777" w:rsidR="00A77C00" w:rsidRDefault="00BE0351">
            <w:r>
              <w:rPr>
                <w:sz w:val="17"/>
              </w:rPr>
              <w:br/>
            </w:r>
            <w:r>
              <w:rPr>
                <w:sz w:val="17"/>
              </w:rPr>
              <w:br/>
            </w:r>
          </w:p>
        </w:tc>
        <w:tc>
          <w:tcPr>
            <w:tcW w:w="249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377C98A" w14:textId="77777777" w:rsidR="00A77C00" w:rsidRDefault="00BE0351">
            <w:r>
              <w:rPr>
                <w:sz w:val="17"/>
              </w:rPr>
              <w:br/>
            </w:r>
            <w:r>
              <w:rPr>
                <w:sz w:val="17"/>
              </w:rPr>
              <w:br/>
            </w:r>
          </w:p>
        </w:tc>
      </w:tr>
    </w:tbl>
    <w:p w14:paraId="1D1BBDD1" w14:textId="77777777" w:rsidR="00A77C00" w:rsidRDefault="00A77C00"/>
    <w:p w14:paraId="0F7BE78A" w14:textId="77777777" w:rsidR="001C5F18" w:rsidRDefault="001C5F18">
      <w:pPr>
        <w:spacing w:after="80"/>
        <w:rPr>
          <w:b/>
        </w:rPr>
      </w:pPr>
    </w:p>
    <w:p w14:paraId="4C4DBA3D" w14:textId="25963BAB" w:rsidR="00A77C00" w:rsidRDefault="00BE0351">
      <w:pPr>
        <w:spacing w:after="80"/>
      </w:pPr>
      <w:r>
        <w:rPr>
          <w:b/>
        </w:rPr>
        <w:lastRenderedPageBreak/>
        <w:t>2. Sytuacja ekonomiczna i finansowa</w:t>
      </w:r>
    </w:p>
    <w:p w14:paraId="5CEEA2A8" w14:textId="77777777" w:rsidR="00A77C00" w:rsidRDefault="00BE0351" w:rsidP="001C5F18">
      <w:pPr>
        <w:spacing w:after="100"/>
        <w:jc w:val="both"/>
      </w:pPr>
      <w:r>
        <w:t>Oświadczam, że spełniam warunek sytuacji ekonomicznej i finansowej poprzez zaznaczoną poniżej przesłankę:</w:t>
      </w:r>
    </w:p>
    <w:p w14:paraId="49E2E178" w14:textId="1A1DA947" w:rsidR="00A77C00" w:rsidRDefault="00BE0351" w:rsidP="001C5F18">
      <w:pPr>
        <w:spacing w:after="80"/>
        <w:jc w:val="both"/>
      </w:pPr>
      <w:r>
        <w:rPr>
          <w:sz w:val="24"/>
        </w:rPr>
        <w:t xml:space="preserve">☐ </w:t>
      </w:r>
      <w:r>
        <w:rPr>
          <w:b/>
        </w:rPr>
        <w:t xml:space="preserve">posiadam środki finansowe lub zdolność kredytową w wysokości </w:t>
      </w:r>
      <w:proofErr w:type="spellStart"/>
      <w:r>
        <w:rPr>
          <w:b/>
        </w:rPr>
        <w:t>nie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mniejszej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niż</w:t>
      </w:r>
      <w:proofErr w:type="spellEnd"/>
      <w:r>
        <w:rPr>
          <w:b/>
        </w:rPr>
        <w:t xml:space="preserve"> </w:t>
      </w:r>
      <w:r w:rsidR="001C5F18">
        <w:rPr>
          <w:b/>
        </w:rPr>
        <w:t>1</w:t>
      </w:r>
      <w:r>
        <w:rPr>
          <w:b/>
        </w:rPr>
        <w:t xml:space="preserve">00 000,00 </w:t>
      </w:r>
      <w:proofErr w:type="spellStart"/>
      <w:r>
        <w:rPr>
          <w:b/>
        </w:rPr>
        <w:t>zł</w:t>
      </w:r>
      <w:proofErr w:type="spellEnd"/>
      <w:r>
        <w:rPr>
          <w:b/>
        </w:rPr>
        <w:t>;</w:t>
      </w:r>
    </w:p>
    <w:p w14:paraId="1FF09BA7" w14:textId="68AFA78B" w:rsidR="00A77C00" w:rsidRDefault="00BE0351" w:rsidP="001C5F18">
      <w:pPr>
        <w:spacing w:after="80"/>
        <w:jc w:val="both"/>
      </w:pPr>
      <w:r>
        <w:rPr>
          <w:sz w:val="24"/>
        </w:rPr>
        <w:t xml:space="preserve">☐ </w:t>
      </w:r>
      <w:r>
        <w:rPr>
          <w:b/>
        </w:rPr>
        <w:t xml:space="preserve">osiągnąłem w okresie ostatnich trzech lat obrotowych, a jeżeli okres prowadzenia działalności jest krótszy – w tym okresie, roczny obrót w zakresie robót budowlanych w </w:t>
      </w:r>
      <w:proofErr w:type="spellStart"/>
      <w:r>
        <w:rPr>
          <w:b/>
        </w:rPr>
        <w:t>wysokości</w:t>
      </w:r>
      <w:proofErr w:type="spellEnd"/>
      <w:r>
        <w:rPr>
          <w:b/>
        </w:rPr>
        <w:t xml:space="preserve"> co </w:t>
      </w:r>
      <w:proofErr w:type="spellStart"/>
      <w:r>
        <w:rPr>
          <w:b/>
        </w:rPr>
        <w:t>najmniej</w:t>
      </w:r>
      <w:proofErr w:type="spellEnd"/>
      <w:r>
        <w:rPr>
          <w:b/>
        </w:rPr>
        <w:t xml:space="preserve"> </w:t>
      </w:r>
      <w:r w:rsidR="001C5F18">
        <w:rPr>
          <w:b/>
        </w:rPr>
        <w:t>3</w:t>
      </w:r>
      <w:r>
        <w:rPr>
          <w:b/>
        </w:rPr>
        <w:t xml:space="preserve">00 000,00 </w:t>
      </w:r>
      <w:proofErr w:type="spellStart"/>
      <w:r>
        <w:rPr>
          <w:b/>
        </w:rPr>
        <w:t>zł</w:t>
      </w:r>
      <w:proofErr w:type="spellEnd"/>
      <w:r>
        <w:rPr>
          <w:b/>
        </w:rPr>
        <w:t>.</w:t>
      </w:r>
    </w:p>
    <w:p w14:paraId="6C900E16" w14:textId="77777777" w:rsidR="00A77C00" w:rsidRDefault="00BE0351" w:rsidP="001C5F18">
      <w:pPr>
        <w:spacing w:after="60"/>
        <w:jc w:val="both"/>
      </w:pPr>
      <w:r>
        <w:t>W przypadku zaznaczenia drugiej przesłanki należy wskazać wysokość rocznego obrotu w zakresie robót budowlanych: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2493"/>
        <w:gridCol w:w="2493"/>
        <w:gridCol w:w="2493"/>
        <w:gridCol w:w="2493"/>
      </w:tblGrid>
      <w:tr w:rsidR="00A77C00" w14:paraId="5A3541F9" w14:textId="77777777">
        <w:trPr>
          <w:jc w:val="center"/>
        </w:trPr>
        <w:tc>
          <w:tcPr>
            <w:tcW w:w="2493" w:type="dxa"/>
            <w:shd w:val="clear" w:color="auto" w:fill="EDEDE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D795993" w14:textId="77777777" w:rsidR="00A77C00" w:rsidRDefault="00BE0351">
            <w:r>
              <w:rPr>
                <w:b/>
                <w:sz w:val="17"/>
              </w:rPr>
              <w:t>Rok obrotowy</w:t>
            </w:r>
          </w:p>
        </w:tc>
        <w:tc>
          <w:tcPr>
            <w:tcW w:w="2493" w:type="dxa"/>
            <w:shd w:val="clear" w:color="auto" w:fill="EDEDE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36E58B5" w14:textId="77777777" w:rsidR="00A77C00" w:rsidRDefault="00BE0351">
            <w:r>
              <w:rPr>
                <w:b/>
                <w:sz w:val="17"/>
              </w:rPr>
              <w:t>Rok obrotowy</w:t>
            </w:r>
          </w:p>
        </w:tc>
        <w:tc>
          <w:tcPr>
            <w:tcW w:w="2493" w:type="dxa"/>
            <w:shd w:val="clear" w:color="auto" w:fill="EDEDE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4DFEC8" w14:textId="77777777" w:rsidR="00A77C00" w:rsidRDefault="00BE0351">
            <w:r>
              <w:rPr>
                <w:b/>
                <w:sz w:val="17"/>
              </w:rPr>
              <w:t>Rok obrotowy</w:t>
            </w:r>
          </w:p>
        </w:tc>
        <w:tc>
          <w:tcPr>
            <w:tcW w:w="2493" w:type="dxa"/>
            <w:shd w:val="clear" w:color="auto" w:fill="EDEDED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A340F22" w14:textId="77777777" w:rsidR="00A77C00" w:rsidRDefault="00BE0351">
            <w:r>
              <w:rPr>
                <w:b/>
                <w:sz w:val="17"/>
              </w:rPr>
              <w:t>Uwagi</w:t>
            </w:r>
          </w:p>
        </w:tc>
      </w:tr>
      <w:tr w:rsidR="00A77C00" w14:paraId="63A9C96A" w14:textId="77777777">
        <w:trPr>
          <w:jc w:val="center"/>
        </w:trPr>
        <w:tc>
          <w:tcPr>
            <w:tcW w:w="249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4830D741" w14:textId="77777777" w:rsidR="00A77C00" w:rsidRDefault="00BE0351">
            <w:r>
              <w:br/>
            </w:r>
          </w:p>
        </w:tc>
        <w:tc>
          <w:tcPr>
            <w:tcW w:w="249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4BEC4BD" w14:textId="77777777" w:rsidR="00A77C00" w:rsidRDefault="00BE0351">
            <w:r>
              <w:br/>
            </w:r>
          </w:p>
        </w:tc>
        <w:tc>
          <w:tcPr>
            <w:tcW w:w="249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58E3E41" w14:textId="77777777" w:rsidR="00A77C00" w:rsidRDefault="00BE0351">
            <w:r>
              <w:br/>
            </w:r>
          </w:p>
        </w:tc>
        <w:tc>
          <w:tcPr>
            <w:tcW w:w="249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CF73B45" w14:textId="77777777" w:rsidR="00A77C00" w:rsidRDefault="00BE0351">
            <w:r>
              <w:br/>
            </w:r>
          </w:p>
        </w:tc>
      </w:tr>
    </w:tbl>
    <w:p w14:paraId="03A0D163" w14:textId="26225EC4" w:rsidR="00A77C00" w:rsidRDefault="00BE0351">
      <w:r w:rsidRPr="00BE0351">
        <w:t xml:space="preserve">za </w:t>
      </w:r>
      <w:proofErr w:type="spellStart"/>
      <w:r w:rsidRPr="00BE0351">
        <w:t>trzy</w:t>
      </w:r>
      <w:proofErr w:type="spellEnd"/>
      <w:r w:rsidRPr="00BE0351">
        <w:t xml:space="preserve"> </w:t>
      </w:r>
      <w:proofErr w:type="spellStart"/>
      <w:r w:rsidRPr="00BE0351">
        <w:t>ostatnie</w:t>
      </w:r>
      <w:proofErr w:type="spellEnd"/>
      <w:r w:rsidRPr="00BE0351">
        <w:t xml:space="preserve"> </w:t>
      </w:r>
      <w:proofErr w:type="spellStart"/>
      <w:r w:rsidRPr="00BE0351">
        <w:t>zakończone</w:t>
      </w:r>
      <w:proofErr w:type="spellEnd"/>
      <w:r w:rsidRPr="00BE0351">
        <w:t xml:space="preserve"> </w:t>
      </w:r>
      <w:proofErr w:type="spellStart"/>
      <w:r w:rsidRPr="00BE0351">
        <w:t>lata</w:t>
      </w:r>
      <w:proofErr w:type="spellEnd"/>
      <w:r w:rsidRPr="00BE0351">
        <w:t xml:space="preserve"> </w:t>
      </w:r>
      <w:proofErr w:type="spellStart"/>
      <w:r w:rsidRPr="00BE0351">
        <w:t>obrotowe</w:t>
      </w:r>
      <w:proofErr w:type="spellEnd"/>
      <w:r>
        <w:t>.</w:t>
      </w:r>
    </w:p>
    <w:p w14:paraId="4B8D6954" w14:textId="77777777" w:rsidR="00A77C00" w:rsidRDefault="00BE0351">
      <w:pPr>
        <w:spacing w:after="120"/>
      </w:pPr>
      <w:r>
        <w:rPr>
          <w:b/>
          <w:sz w:val="22"/>
        </w:rPr>
        <w:t>III. INFORMACJE DOTYCZĄCE PODMIOTÓW UDOSTĘPNIAJĄCYCH ZASOBY</w:t>
      </w:r>
    </w:p>
    <w:p w14:paraId="0B0E955C" w14:textId="77777777" w:rsidR="00A77C00" w:rsidRDefault="00BE0351" w:rsidP="001C5F18">
      <w:pPr>
        <w:spacing w:after="80"/>
        <w:jc w:val="both"/>
      </w:pPr>
      <w:r>
        <w:t>Oświadczam, że przy wykazywaniu spełniania warunków udziału w postępowaniu:</w:t>
      </w:r>
    </w:p>
    <w:p w14:paraId="498495BB" w14:textId="77777777" w:rsidR="00A77C00" w:rsidRDefault="00BE0351" w:rsidP="001C5F18">
      <w:pPr>
        <w:jc w:val="both"/>
      </w:pPr>
      <w:r>
        <w:rPr>
          <w:sz w:val="24"/>
        </w:rPr>
        <w:t xml:space="preserve">☐ </w:t>
      </w:r>
      <w:r>
        <w:t>nie polegam na zdolnościach technicznych lub zawodowych ani sytuacji ekonomicznej lub finansowej innych podmiotów.</w:t>
      </w:r>
    </w:p>
    <w:p w14:paraId="7E710052" w14:textId="185D4E10" w:rsidR="00A77C00" w:rsidRDefault="00BE0351" w:rsidP="001C5F18">
      <w:pPr>
        <w:jc w:val="both"/>
      </w:pPr>
      <w:r>
        <w:rPr>
          <w:sz w:val="24"/>
        </w:rPr>
        <w:t xml:space="preserve">☐ </w:t>
      </w:r>
      <w:r>
        <w:t xml:space="preserve">polegam na zasobach innych podmiotów – w takim przypadku składam wraz z ofertą wymagane zobowiązanie podmiotu udostępniającego zasoby oraz odrębne oświadczenie </w:t>
      </w:r>
      <w:proofErr w:type="spellStart"/>
      <w:r>
        <w:t>tego</w:t>
      </w:r>
      <w:proofErr w:type="spellEnd"/>
      <w:r>
        <w:t xml:space="preserve"> </w:t>
      </w:r>
      <w:proofErr w:type="spellStart"/>
      <w:r>
        <w:t>podmiotu</w:t>
      </w:r>
      <w:proofErr w:type="spellEnd"/>
      <w:r>
        <w:t xml:space="preserve">, </w:t>
      </w:r>
      <w:proofErr w:type="spellStart"/>
      <w:r>
        <w:t>zgodnie</w:t>
      </w:r>
      <w:proofErr w:type="spellEnd"/>
      <w:r>
        <w:t xml:space="preserve"> </w:t>
      </w:r>
      <w:r w:rsidR="001C5F18">
        <w:t xml:space="preserve">                 </w:t>
      </w:r>
      <w:r>
        <w:t>z SWZ.</w:t>
      </w:r>
    </w:p>
    <w:p w14:paraId="50263E60" w14:textId="77777777" w:rsidR="00A77C00" w:rsidRDefault="00BE0351" w:rsidP="001C5F18">
      <w:pPr>
        <w:spacing w:after="60"/>
        <w:jc w:val="both"/>
      </w:pPr>
      <w:r>
        <w:rPr>
          <w:b/>
        </w:rPr>
        <w:t>Nazwa podmiotu / podmiotów, na których zasoby Wykonawca się powołuje (jeżeli dotyczy):</w:t>
      </w:r>
    </w:p>
    <w:p w14:paraId="6633DAFD" w14:textId="77777777" w:rsidR="00A77C00" w:rsidRDefault="00BE0351">
      <w:r>
        <w:br/>
      </w:r>
      <w:r>
        <w:br/>
      </w:r>
    </w:p>
    <w:p w14:paraId="6E650E40" w14:textId="77777777" w:rsidR="00A77C00" w:rsidRDefault="00BE0351">
      <w:pPr>
        <w:spacing w:after="120"/>
      </w:pPr>
      <w:r>
        <w:rPr>
          <w:b/>
          <w:sz w:val="22"/>
        </w:rPr>
        <w:t>IV. OŚWIADCZENIA KOŃCOWE</w:t>
      </w:r>
    </w:p>
    <w:p w14:paraId="35E08E22" w14:textId="77777777" w:rsidR="00A77C00" w:rsidRDefault="00BE0351" w:rsidP="001C5F18">
      <w:pPr>
        <w:spacing w:after="120"/>
        <w:jc w:val="both"/>
      </w:pPr>
      <w:r>
        <w:t>Oświadczam, że wszystkie informacje zawarte w niniejszym oświadczeniu są aktualne i zgodne z prawdą oraz zostały przedstawione z pełną świadomością konsekwencji prawnych wynikających z przepisów ustawy Prawo zamówień publicznych.</w:t>
      </w:r>
    </w:p>
    <w:p w14:paraId="02B982F3" w14:textId="2E12BB74" w:rsidR="00A77C00" w:rsidRDefault="00BE0351" w:rsidP="001C5F18">
      <w:pPr>
        <w:spacing w:after="120"/>
        <w:jc w:val="both"/>
      </w:pPr>
      <w:r>
        <w:t xml:space="preserve">Oświadczam również, że w przypadku składania oferty wspólnej </w:t>
      </w:r>
      <w:proofErr w:type="spellStart"/>
      <w:r>
        <w:t>niniejsze</w:t>
      </w:r>
      <w:proofErr w:type="spellEnd"/>
      <w:r>
        <w:t xml:space="preserve"> </w:t>
      </w:r>
      <w:proofErr w:type="spellStart"/>
      <w:r>
        <w:t>oświadczenie</w:t>
      </w:r>
      <w:proofErr w:type="spellEnd"/>
      <w:r>
        <w:t xml:space="preserve"> </w:t>
      </w:r>
      <w:proofErr w:type="spellStart"/>
      <w:r>
        <w:t>składam</w:t>
      </w:r>
      <w:proofErr w:type="spellEnd"/>
      <w:r>
        <w:t xml:space="preserve"> </w:t>
      </w:r>
      <w:r w:rsidR="001C5F18">
        <w:t xml:space="preserve">                             </w:t>
      </w:r>
      <w:r>
        <w:t xml:space="preserve">w </w:t>
      </w:r>
      <w:proofErr w:type="spellStart"/>
      <w:r>
        <w:t>zakresie</w:t>
      </w:r>
      <w:proofErr w:type="spellEnd"/>
      <w:r>
        <w:t xml:space="preserve">, w </w:t>
      </w:r>
      <w:proofErr w:type="spellStart"/>
      <w:r>
        <w:t>jakim</w:t>
      </w:r>
      <w:proofErr w:type="spellEnd"/>
      <w:r>
        <w:t xml:space="preserve"> </w:t>
      </w:r>
      <w:proofErr w:type="spellStart"/>
      <w:r>
        <w:t>wykazuję</w:t>
      </w:r>
      <w:proofErr w:type="spellEnd"/>
      <w:r>
        <w:t xml:space="preserve"> spełnianie warunków udziału w postępowaniu.</w:t>
      </w:r>
    </w:p>
    <w:p w14:paraId="21E15A87" w14:textId="77777777" w:rsidR="00A77C00" w:rsidRDefault="00A77C00"/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4986"/>
        <w:gridCol w:w="4986"/>
      </w:tblGrid>
      <w:tr w:rsidR="00A77C00" w14:paraId="69AFCA2B" w14:textId="77777777">
        <w:trPr>
          <w:jc w:val="center"/>
        </w:trPr>
        <w:tc>
          <w:tcPr>
            <w:tcW w:w="4986" w:type="dxa"/>
            <w:shd w:val="clear" w:color="auto" w:fill="EDEDE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D5AB400" w14:textId="77777777" w:rsidR="00A77C00" w:rsidRDefault="00BE0351">
            <w:r>
              <w:rPr>
                <w:b/>
                <w:sz w:val="18"/>
              </w:rPr>
              <w:t>Miejscowość i data</w:t>
            </w:r>
          </w:p>
        </w:tc>
        <w:tc>
          <w:tcPr>
            <w:tcW w:w="4986" w:type="dxa"/>
            <w:shd w:val="clear" w:color="auto" w:fill="EDEDED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BB8555D" w14:textId="77777777" w:rsidR="00A77C00" w:rsidRDefault="00BE0351">
            <w:r>
              <w:rPr>
                <w:b/>
                <w:sz w:val="18"/>
              </w:rPr>
              <w:t>Podpis osoby uprawnionej do reprezentowania Wykonawcy</w:t>
            </w:r>
          </w:p>
        </w:tc>
      </w:tr>
      <w:tr w:rsidR="00A77C00" w14:paraId="32487617" w14:textId="77777777">
        <w:trPr>
          <w:jc w:val="center"/>
        </w:trPr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7EBB75A" w14:textId="77777777" w:rsidR="00A77C00" w:rsidRDefault="00BE0351">
            <w:r>
              <w:br/>
            </w:r>
          </w:p>
        </w:tc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8E5C878" w14:textId="77777777" w:rsidR="00A77C00" w:rsidRDefault="00BE0351">
            <w:r>
              <w:br/>
            </w:r>
            <w:r>
              <w:br/>
            </w:r>
          </w:p>
        </w:tc>
      </w:tr>
      <w:tr w:rsidR="00A77C00" w14:paraId="46DCB2E6" w14:textId="77777777">
        <w:trPr>
          <w:jc w:val="center"/>
        </w:trPr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E729AC" w14:textId="77777777" w:rsidR="00A77C00" w:rsidRDefault="00A77C00"/>
        </w:tc>
        <w:tc>
          <w:tcPr>
            <w:tcW w:w="4986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F3672BD" w14:textId="77777777" w:rsidR="00A77C00" w:rsidRDefault="00BE0351">
            <w:r>
              <w:t>Imię i nazwisko: ............................................................</w:t>
            </w:r>
          </w:p>
        </w:tc>
      </w:tr>
    </w:tbl>
    <w:p w14:paraId="1BC7ED29" w14:textId="77777777" w:rsidR="00A77C00" w:rsidRDefault="00BE0351">
      <w:pPr>
        <w:spacing w:after="0"/>
      </w:pPr>
      <w:r>
        <w:rPr>
          <w:sz w:val="17"/>
        </w:rPr>
        <w:t>Uwaga: Oświadczenie należy złożyć wraz z ofertą w postaci elektronicznej i opatrzyć kwalifikowanym podpisem elektronicznym, podpisem zaufanym albo podpisem osobistym, zgodnie z wymaganiami SWZ.</w:t>
      </w:r>
    </w:p>
    <w:sectPr w:rsidR="00A77C00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33024013">
    <w:abstractNumId w:val="8"/>
  </w:num>
  <w:num w:numId="2" w16cid:durableId="2062241032">
    <w:abstractNumId w:val="6"/>
  </w:num>
  <w:num w:numId="3" w16cid:durableId="435254196">
    <w:abstractNumId w:val="5"/>
  </w:num>
  <w:num w:numId="4" w16cid:durableId="1116407465">
    <w:abstractNumId w:val="4"/>
  </w:num>
  <w:num w:numId="5" w16cid:durableId="1482308421">
    <w:abstractNumId w:val="7"/>
  </w:num>
  <w:num w:numId="6" w16cid:durableId="50927087">
    <w:abstractNumId w:val="3"/>
  </w:num>
  <w:num w:numId="7" w16cid:durableId="756905246">
    <w:abstractNumId w:val="2"/>
  </w:num>
  <w:num w:numId="8" w16cid:durableId="1815172913">
    <w:abstractNumId w:val="1"/>
  </w:num>
  <w:num w:numId="9" w16cid:durableId="9396069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C5F18"/>
    <w:rsid w:val="0029639D"/>
    <w:rsid w:val="00326F90"/>
    <w:rsid w:val="00515045"/>
    <w:rsid w:val="00516665"/>
    <w:rsid w:val="00980116"/>
    <w:rsid w:val="00A77C00"/>
    <w:rsid w:val="00AA1D8D"/>
    <w:rsid w:val="00B47730"/>
    <w:rsid w:val="00BE0351"/>
    <w:rsid w:val="00CB0664"/>
    <w:rsid w:val="00D3522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07E5731"/>
  <w14:defaultImageDpi w14:val="300"/>
  <w15:docId w15:val="{17D3C944-34F7-4144-AB82-4770799EF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rial" w:eastAsia="Arial" w:hAnsi="Arial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504</Words>
  <Characters>3029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3526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Klaudia</cp:lastModifiedBy>
  <cp:revision>4</cp:revision>
  <dcterms:created xsi:type="dcterms:W3CDTF">2013-12-23T23:15:00Z</dcterms:created>
  <dcterms:modified xsi:type="dcterms:W3CDTF">2026-10-25T16:17:00Z</dcterms:modified>
  <cp:category/>
</cp:coreProperties>
</file>