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0A4C" w14:textId="77777777" w:rsidR="001C7014" w:rsidRPr="00FF7224" w:rsidRDefault="001C7014" w:rsidP="005800C3">
      <w:pPr>
        <w:jc w:val="both"/>
        <w:rPr>
          <w:rFonts w:ascii="Aptos" w:hAnsi="Aptos"/>
          <w:b/>
          <w:sz w:val="24"/>
          <w:szCs w:val="24"/>
        </w:rPr>
      </w:pPr>
    </w:p>
    <w:p w14:paraId="068DCEF8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Załącznik nr 3 do SWZ</w:t>
      </w:r>
    </w:p>
    <w:p w14:paraId="0949ACE8" w14:textId="77777777" w:rsidR="0085315D" w:rsidRPr="00FF7224" w:rsidRDefault="003159C4" w:rsidP="005800C3">
      <w:pPr>
        <w:jc w:val="center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FORMULARZ OFERTOWY</w:t>
      </w:r>
    </w:p>
    <w:p w14:paraId="6A7AE538" w14:textId="77777777" w:rsidR="0085315D" w:rsidRPr="006F0C0B" w:rsidRDefault="003159C4" w:rsidP="005800C3">
      <w:pPr>
        <w:jc w:val="center"/>
        <w:rPr>
          <w:rFonts w:ascii="Aptos" w:hAnsi="Aptos"/>
          <w:sz w:val="24"/>
          <w:szCs w:val="24"/>
        </w:rPr>
      </w:pPr>
      <w:r w:rsidRPr="006F0C0B">
        <w:rPr>
          <w:rFonts w:ascii="Aptos" w:hAnsi="Aptos"/>
          <w:sz w:val="24"/>
          <w:szCs w:val="24"/>
        </w:rPr>
        <w:t>postępowanie pn. „Dostawa pomocy dydaktycznych, wyposażenia, sprzętu specjalistycznego, programów multimedialnych oraz sprzętu TIK w ramach projektu pt. Wszechstronne przedszkolaki z Gminy Szumowo”</w:t>
      </w:r>
    </w:p>
    <w:p w14:paraId="07B8843E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Projekt współfinansowany ze środków Europejskiego Funduszu Społecznego Plus w ramach programu Fundusze Europejskie dla Podlaskiego 2021–2027.</w:t>
      </w:r>
    </w:p>
    <w:p w14:paraId="4CB5EB68" w14:textId="5B69394B" w:rsidR="0085315D" w:rsidRPr="00FF7224" w:rsidRDefault="003159C4" w:rsidP="005800C3">
      <w:pPr>
        <w:jc w:val="right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 xml:space="preserve">Numer postępowania: </w:t>
      </w:r>
      <w:r w:rsidR="00A847C7">
        <w:rPr>
          <w:rFonts w:ascii="Aptos" w:hAnsi="Aptos"/>
          <w:sz w:val="24"/>
          <w:szCs w:val="24"/>
        </w:rPr>
        <w:t>ZP.271.</w:t>
      </w:r>
      <w:r w:rsidR="00FE7AF0">
        <w:rPr>
          <w:rFonts w:ascii="Aptos" w:hAnsi="Aptos"/>
          <w:sz w:val="24"/>
          <w:szCs w:val="24"/>
        </w:rPr>
        <w:t>23</w:t>
      </w:r>
      <w:r w:rsidR="00A847C7">
        <w:rPr>
          <w:rFonts w:ascii="Aptos" w:hAnsi="Aptos"/>
          <w:sz w:val="24"/>
          <w:szCs w:val="24"/>
        </w:rPr>
        <w:t>.2026</w:t>
      </w:r>
    </w:p>
    <w:p w14:paraId="7A14C70D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A. Dane Zamawiającego</w:t>
      </w:r>
    </w:p>
    <w:p w14:paraId="0A252880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Gmina Szumowo</w:t>
      </w:r>
    </w:p>
    <w:p w14:paraId="4E8F63D5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ul. 1 Maja 50</w:t>
      </w:r>
    </w:p>
    <w:p w14:paraId="6DF5B818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18-305 Szumowo</w:t>
      </w:r>
    </w:p>
    <w:p w14:paraId="06A46922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NIP: 7231629753</w:t>
      </w:r>
    </w:p>
    <w:p w14:paraId="6C61ECEE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 xml:space="preserve">Adres strony internetowej prowadzonego postępowania na Platformie e-Zamówienia / numer ogłoszenia BZP: </w:t>
      </w:r>
      <w:r w:rsidRPr="00FF7224">
        <w:rPr>
          <w:rFonts w:ascii="Aptos" w:hAnsi="Aptos"/>
          <w:sz w:val="24"/>
          <w:szCs w:val="24"/>
          <w:highlight w:val="yellow"/>
        </w:rPr>
        <w:t>[DO UZUPEŁNIENIA]</w:t>
      </w:r>
    </w:p>
    <w:p w14:paraId="03CB4D6B" w14:textId="77777777" w:rsidR="001C7014" w:rsidRPr="00FF7224" w:rsidRDefault="001C7014" w:rsidP="005800C3">
      <w:pPr>
        <w:jc w:val="both"/>
        <w:rPr>
          <w:rFonts w:ascii="Aptos" w:hAnsi="Aptos"/>
          <w:b/>
          <w:sz w:val="24"/>
          <w:szCs w:val="24"/>
        </w:rPr>
      </w:pPr>
    </w:p>
    <w:p w14:paraId="2965A52A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B. Dane Wykonawcy</w:t>
      </w:r>
    </w:p>
    <w:p w14:paraId="3B7E04F0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Nazwa / imię i nazwisko: ........................................................</w:t>
      </w:r>
    </w:p>
    <w:p w14:paraId="6C904C5E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Siedziba / adres: ........................................................</w:t>
      </w:r>
    </w:p>
    <w:p w14:paraId="76CEA28A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NIP / REGON / KRS lub CEIDG: ........................................................</w:t>
      </w:r>
    </w:p>
    <w:p w14:paraId="703E73A7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Osoba uprawniona do reprezentacji</w:t>
      </w:r>
      <w:r w:rsidR="002A741A" w:rsidRPr="00FF7224">
        <w:rPr>
          <w:rFonts w:ascii="Aptos" w:hAnsi="Aptos"/>
          <w:sz w:val="24"/>
          <w:szCs w:val="24"/>
        </w:rPr>
        <w:t xml:space="preserve"> (podpisania umowy)</w:t>
      </w:r>
      <w:r w:rsidRPr="00FF7224">
        <w:rPr>
          <w:rFonts w:ascii="Aptos" w:hAnsi="Aptos"/>
          <w:sz w:val="24"/>
          <w:szCs w:val="24"/>
        </w:rPr>
        <w:t>: ........................................................</w:t>
      </w:r>
    </w:p>
    <w:p w14:paraId="26E7C0AF" w14:textId="77777777" w:rsidR="002A741A" w:rsidRPr="00FF7224" w:rsidRDefault="002A741A" w:rsidP="00E377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 xml:space="preserve">Osoba odpowiedzialna za kontakty z Zamawiającym: </w:t>
      </w:r>
    </w:p>
    <w:p w14:paraId="23D7CC86" w14:textId="77777777" w:rsidR="0085315D" w:rsidRPr="00FF7224" w:rsidRDefault="003159C4" w:rsidP="00E377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Adres e-mail do kontaktu: ........................................................</w:t>
      </w:r>
    </w:p>
    <w:p w14:paraId="28CDE714" w14:textId="77777777" w:rsidR="0085315D" w:rsidRPr="00FF7224" w:rsidRDefault="003159C4" w:rsidP="00E377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Numer telefonu: ........................................................</w:t>
      </w:r>
    </w:p>
    <w:p w14:paraId="7E26BF28" w14:textId="77777777" w:rsidR="00162CC4" w:rsidRPr="00FF7224" w:rsidRDefault="00162CC4" w:rsidP="005800C3">
      <w:pPr>
        <w:jc w:val="both"/>
        <w:rPr>
          <w:rFonts w:ascii="Aptos" w:hAnsi="Aptos"/>
          <w:b/>
          <w:sz w:val="24"/>
          <w:szCs w:val="24"/>
        </w:rPr>
      </w:pPr>
    </w:p>
    <w:p w14:paraId="2F805A04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lastRenderedPageBreak/>
        <w:t>C. Status Wykonawcy</w:t>
      </w:r>
    </w:p>
    <w:p w14:paraId="6A0A2849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Proszę zaznaczyć właściwe:</w:t>
      </w:r>
    </w:p>
    <w:p w14:paraId="22B87ABF" w14:textId="77777777" w:rsidR="008D1E40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-1829358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03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4C1C03" w:rsidRPr="00FF7224">
        <w:rPr>
          <w:rFonts w:ascii="Aptos" w:hAnsi="Aptos"/>
          <w:sz w:val="24"/>
          <w:szCs w:val="24"/>
        </w:rPr>
        <w:t xml:space="preserve"> mikroprzedsiębiorca    </w:t>
      </w:r>
      <w:sdt>
        <w:sdtPr>
          <w:rPr>
            <w:rFonts w:ascii="Aptos" w:hAnsi="Aptos" w:cs="Arial"/>
            <w:b/>
            <w:sz w:val="24"/>
            <w:szCs w:val="24"/>
          </w:rPr>
          <w:id w:val="-74317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03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4C1C03" w:rsidRPr="00FF7224">
        <w:rPr>
          <w:rFonts w:ascii="Aptos" w:hAnsi="Aptos"/>
          <w:sz w:val="24"/>
          <w:szCs w:val="24"/>
        </w:rPr>
        <w:t xml:space="preserve"> mały przedsiębiorca   </w:t>
      </w:r>
      <w:sdt>
        <w:sdtPr>
          <w:rPr>
            <w:rFonts w:ascii="Aptos" w:hAnsi="Aptos" w:cs="Arial"/>
            <w:b/>
            <w:sz w:val="24"/>
            <w:szCs w:val="24"/>
          </w:rPr>
          <w:id w:val="120272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03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4C1C03" w:rsidRPr="00FF7224">
        <w:rPr>
          <w:rFonts w:ascii="Aptos" w:hAnsi="Aptos"/>
          <w:sz w:val="24"/>
          <w:szCs w:val="24"/>
        </w:rPr>
        <w:t xml:space="preserve"> średni przedsiębiorca</w:t>
      </w:r>
    </w:p>
    <w:p w14:paraId="1A49BF64" w14:textId="77777777" w:rsidR="00162CC4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1515650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03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4C1C03" w:rsidRPr="00FF7224">
        <w:rPr>
          <w:rFonts w:ascii="Aptos" w:hAnsi="Aptos"/>
          <w:sz w:val="24"/>
          <w:szCs w:val="24"/>
        </w:rPr>
        <w:t xml:space="preserve"> duży przedsiębiorca    </w:t>
      </w:r>
      <w:sdt>
        <w:sdtPr>
          <w:rPr>
            <w:rFonts w:ascii="Aptos" w:hAnsi="Aptos" w:cs="Arial"/>
            <w:b/>
            <w:sz w:val="24"/>
            <w:szCs w:val="24"/>
          </w:rPr>
          <w:id w:val="88884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03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4C1C03" w:rsidRPr="00FF7224">
        <w:rPr>
          <w:rFonts w:ascii="Aptos" w:hAnsi="Aptos"/>
          <w:sz w:val="24"/>
          <w:szCs w:val="24"/>
        </w:rPr>
        <w:t xml:space="preserve"> osoba fizyczna nieprowadząca działalności gospodarczej    </w:t>
      </w:r>
    </w:p>
    <w:p w14:paraId="1A40162E" w14:textId="77777777" w:rsidR="008D1E40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2036695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03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4C1C03" w:rsidRPr="00FF7224">
        <w:rPr>
          <w:rFonts w:ascii="Aptos" w:hAnsi="Aptos"/>
          <w:sz w:val="24"/>
          <w:szCs w:val="24"/>
        </w:rPr>
        <w:t xml:space="preserve"> inny rodzaj: ................................................</w:t>
      </w:r>
    </w:p>
    <w:p w14:paraId="279F94B1" w14:textId="77777777" w:rsidR="001C7014" w:rsidRPr="00FF7224" w:rsidRDefault="001C7014" w:rsidP="005800C3">
      <w:pPr>
        <w:jc w:val="both"/>
        <w:rPr>
          <w:rFonts w:ascii="Aptos" w:hAnsi="Aptos"/>
          <w:b/>
          <w:sz w:val="24"/>
          <w:szCs w:val="24"/>
        </w:rPr>
      </w:pPr>
    </w:p>
    <w:p w14:paraId="301803B2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D. Oferowane części i kryterium oceny ofert I – cena brutto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87"/>
        <w:gridCol w:w="3076"/>
        <w:gridCol w:w="1984"/>
        <w:gridCol w:w="3444"/>
      </w:tblGrid>
      <w:tr w:rsidR="0085315D" w:rsidRPr="00FF7224" w14:paraId="5DC0AFD8" w14:textId="77777777" w:rsidTr="009937A3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2A2C0" w14:textId="77777777" w:rsidR="0085315D" w:rsidRPr="00FF7224" w:rsidRDefault="003159C4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b/>
                <w:sz w:val="18"/>
                <w:szCs w:val="24"/>
              </w:rPr>
              <w:t>Część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A667C" w14:textId="77777777" w:rsidR="0085315D" w:rsidRPr="00FF7224" w:rsidRDefault="003159C4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b/>
                <w:sz w:val="18"/>
                <w:szCs w:val="24"/>
              </w:rPr>
              <w:t>Nazwa części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A6882" w14:textId="77777777" w:rsidR="0085315D" w:rsidRPr="00FF7224" w:rsidRDefault="003159C4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b/>
                <w:sz w:val="18"/>
                <w:szCs w:val="24"/>
              </w:rPr>
              <w:t>Oferta składana (TAK/NIE)</w:t>
            </w:r>
          </w:p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80550" w14:textId="77777777" w:rsidR="0085315D" w:rsidRPr="00FF7224" w:rsidRDefault="003159C4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b/>
                <w:sz w:val="18"/>
                <w:szCs w:val="24"/>
              </w:rPr>
              <w:t>Kryterium oceny ofert I – cena brutto [zł]</w:t>
            </w:r>
          </w:p>
        </w:tc>
      </w:tr>
      <w:tr w:rsidR="00E326B8" w14:paraId="746D5505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CF8FC" w14:textId="01D96D86" w:rsidR="00E326B8" w:rsidRDefault="00A56549">
            <w:r>
              <w:t>1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8A02E" w14:textId="77777777" w:rsidR="00E326B8" w:rsidRDefault="00001427">
            <w:r>
              <w:rPr>
                <w:sz w:val="18"/>
              </w:rPr>
              <w:t>Pomoce do zajęć sensoplastycznych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5ED3D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AFF9F" w14:textId="77777777" w:rsidR="00E326B8" w:rsidRDefault="00E326B8"/>
        </w:tc>
      </w:tr>
      <w:tr w:rsidR="00E326B8" w14:paraId="034A7E44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38DFD" w14:textId="1D292C3F" w:rsidR="00E326B8" w:rsidRDefault="00A56549">
            <w:r>
              <w:t>2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AEF6A" w14:textId="77777777" w:rsidR="00E326B8" w:rsidRDefault="00001427">
            <w:r>
              <w:rPr>
                <w:sz w:val="18"/>
              </w:rPr>
              <w:t>Pomoce do zajęć języka angielskiego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F7A70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91F16" w14:textId="77777777" w:rsidR="00E326B8" w:rsidRDefault="00E326B8"/>
        </w:tc>
      </w:tr>
      <w:tr w:rsidR="00E326B8" w14:paraId="42547501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34629" w14:textId="5C6C4D0A" w:rsidR="00E326B8" w:rsidRDefault="00A56549">
            <w:r>
              <w:t>3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758BA" w14:textId="77777777" w:rsidR="00E326B8" w:rsidRDefault="00001427">
            <w:r>
              <w:rPr>
                <w:sz w:val="18"/>
              </w:rPr>
              <w:t>Pomoce do zajęć przyrodniczo-ekologicznych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3BC7F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347C0" w14:textId="77777777" w:rsidR="00E326B8" w:rsidRDefault="00E326B8"/>
        </w:tc>
      </w:tr>
      <w:tr w:rsidR="00E326B8" w14:paraId="5CF1DACB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9828D" w14:textId="0AB18F05" w:rsidR="00E326B8" w:rsidRDefault="00A56549">
            <w:r>
              <w:t>4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2373D" w14:textId="77777777" w:rsidR="00E326B8" w:rsidRDefault="00001427">
            <w:r>
              <w:rPr>
                <w:sz w:val="18"/>
              </w:rPr>
              <w:t>Pomoce do zajęć teatralnych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DD4BC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70545" w14:textId="77777777" w:rsidR="00E326B8" w:rsidRDefault="00E326B8"/>
        </w:tc>
      </w:tr>
      <w:tr w:rsidR="00E326B8" w14:paraId="3F5ABA5D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6C5BC" w14:textId="1C79632F" w:rsidR="00E326B8" w:rsidRDefault="00A56549">
            <w:r>
              <w:t>5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CA419" w14:textId="77777777" w:rsidR="00E326B8" w:rsidRDefault="00001427">
            <w:r>
              <w:rPr>
                <w:sz w:val="18"/>
              </w:rPr>
              <w:t>Pomoce do zajęć matematyczno-przyrodniczych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03504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E9D70" w14:textId="77777777" w:rsidR="00E326B8" w:rsidRDefault="00E326B8"/>
        </w:tc>
      </w:tr>
      <w:tr w:rsidR="00E326B8" w14:paraId="76236433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C521C" w14:textId="05399CCC" w:rsidR="00E326B8" w:rsidRDefault="00A56549">
            <w:r>
              <w:t>6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6CB38" w14:textId="77777777" w:rsidR="00E326B8" w:rsidRDefault="00001427">
            <w:r>
              <w:rPr>
                <w:sz w:val="18"/>
              </w:rPr>
              <w:t>TIK i multimedia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F1563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43C1F" w14:textId="77777777" w:rsidR="00E326B8" w:rsidRDefault="00E326B8"/>
        </w:tc>
      </w:tr>
      <w:tr w:rsidR="00E326B8" w14:paraId="0DF971F0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7EACB" w14:textId="321CE391" w:rsidR="00E326B8" w:rsidRDefault="00A56549">
            <w:r>
              <w:t>7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747BB" w14:textId="77777777" w:rsidR="00E326B8" w:rsidRDefault="00001427">
            <w:r>
              <w:rPr>
                <w:sz w:val="18"/>
              </w:rPr>
              <w:t>Pomoce do zajęć przyrodniczo-ekologicznych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7D6E8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C536E" w14:textId="77777777" w:rsidR="00E326B8" w:rsidRDefault="00E326B8"/>
        </w:tc>
      </w:tr>
      <w:tr w:rsidR="00E326B8" w14:paraId="6365255B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4C8E6" w14:textId="6B24A817" w:rsidR="00E326B8" w:rsidRDefault="00A56549">
            <w:r>
              <w:t>8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BE8B0" w14:textId="77777777" w:rsidR="00E326B8" w:rsidRDefault="00001427">
            <w:r>
              <w:rPr>
                <w:sz w:val="18"/>
              </w:rPr>
              <w:t>Tablice zewnętrzne przyrodnicze z montażem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A6635" w14:textId="77777777" w:rsidR="00E326B8" w:rsidRDefault="00E326B8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FB08E" w14:textId="77777777" w:rsidR="00E326B8" w:rsidRDefault="00E326B8"/>
        </w:tc>
      </w:tr>
      <w:tr w:rsidR="00FE7AF0" w14:paraId="1A53CFD4" w14:textId="77777777">
        <w:trPr>
          <w:jc w:val="center"/>
        </w:trPr>
        <w:tc>
          <w:tcPr>
            <w:tcW w:w="8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32FD2" w14:textId="11D74584" w:rsidR="00FE7AF0" w:rsidRDefault="00FE7AF0">
            <w:r>
              <w:t>9.</w:t>
            </w:r>
          </w:p>
        </w:tc>
        <w:tc>
          <w:tcPr>
            <w:tcW w:w="30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5458" w14:textId="74587ECF" w:rsidR="00FE7AF0" w:rsidRDefault="00FE7AF0">
            <w:pPr>
              <w:rPr>
                <w:sz w:val="18"/>
              </w:rPr>
            </w:pPr>
            <w:r>
              <w:rPr>
                <w:sz w:val="18"/>
              </w:rPr>
              <w:t>Zestaw akcesoriów do podłogi interaktywnej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91A1" w14:textId="77777777" w:rsidR="00FE7AF0" w:rsidRDefault="00FE7AF0"/>
        </w:tc>
        <w:tc>
          <w:tcPr>
            <w:tcW w:w="34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DA947" w14:textId="77777777" w:rsidR="00FE7AF0" w:rsidRDefault="00FE7AF0"/>
        </w:tc>
      </w:tr>
    </w:tbl>
    <w:p w14:paraId="3F1A2545" w14:textId="77777777" w:rsidR="00162CC4" w:rsidRPr="00FF7224" w:rsidRDefault="00162CC4" w:rsidP="005800C3">
      <w:pPr>
        <w:jc w:val="both"/>
        <w:rPr>
          <w:rFonts w:ascii="Aptos" w:hAnsi="Aptos"/>
          <w:sz w:val="24"/>
          <w:szCs w:val="24"/>
        </w:rPr>
      </w:pPr>
    </w:p>
    <w:p w14:paraId="69149B29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Informacja do kryterium oceny ofert I: dla każdej części objętej ofertą należy wpisać łączną cenę brutto wynikającą z właściwego formularza cenowego wraz ze specyfikacją techniczną / OPZ. Jeżeli oferta nie jest składana w danej części, w kolumnie „Oferta składana” należy wpisać „NIE”, a pola odnoszące się do kryteriów oceny tej części pozostawić niewypełnione.</w:t>
      </w:r>
    </w:p>
    <w:p w14:paraId="56915E97" w14:textId="77777777" w:rsidR="00162CC4" w:rsidRPr="00FF7224" w:rsidRDefault="00162CC4" w:rsidP="005800C3">
      <w:pPr>
        <w:jc w:val="both"/>
        <w:rPr>
          <w:rFonts w:ascii="Aptos" w:hAnsi="Aptos"/>
          <w:sz w:val="24"/>
          <w:szCs w:val="24"/>
        </w:rPr>
      </w:pPr>
    </w:p>
    <w:p w14:paraId="21E6B9DF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E. Kryterium oceny ofert II – długość okresu gwarancji</w:t>
      </w:r>
    </w:p>
    <w:p w14:paraId="2B7572E2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Informacja do kryterium oceny ofert II: dla każdej części objętej ofertą należy zaznaczyć dokładnie jedno pole: 24 miesiące, 30 miesięcy albo 36 miesięcy.</w:t>
      </w:r>
    </w:p>
    <w:p w14:paraId="53C51DE5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lastRenderedPageBreak/>
        <w:t>Jeżeli dla danej części nie zaznaczono żadnego pola albo zaznaczono więcej niż jedno pole, Zamawiający przyjmie dla tej części minimalny okres gwarancji, tj. 24 miesiące.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4"/>
        <w:gridCol w:w="4139"/>
        <w:gridCol w:w="879"/>
        <w:gridCol w:w="879"/>
        <w:gridCol w:w="879"/>
      </w:tblGrid>
      <w:tr w:rsidR="008D1E40" w:rsidRPr="00FF7224" w14:paraId="3D7BA071" w14:textId="77777777" w:rsidTr="00162CC4">
        <w:trPr>
          <w:tblHeader/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8B335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sz w:val="18"/>
                <w:szCs w:val="24"/>
              </w:rPr>
              <w:t>Część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FCA00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sz w:val="18"/>
                <w:szCs w:val="24"/>
              </w:rPr>
              <w:t>Nazwa części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5425C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b/>
                <w:sz w:val="18"/>
                <w:szCs w:val="24"/>
              </w:rPr>
              <w:t>24 mies.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F8D87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b/>
                <w:sz w:val="18"/>
                <w:szCs w:val="24"/>
              </w:rPr>
              <w:t>30 mies.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5402C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b/>
                <w:sz w:val="18"/>
                <w:szCs w:val="24"/>
              </w:rPr>
              <w:t>36 mies.</w:t>
            </w:r>
          </w:p>
        </w:tc>
      </w:tr>
      <w:tr w:rsidR="00E326B8" w14:paraId="2933B205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6DB54" w14:textId="77777777" w:rsidR="00E326B8" w:rsidRDefault="00001427">
            <w:r>
              <w:rPr>
                <w:sz w:val="18"/>
              </w:rPr>
              <w:t>1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8FBE8" w14:textId="155CEDB6" w:rsidR="00E326B8" w:rsidRDefault="00001427">
            <w:r>
              <w:rPr>
                <w:sz w:val="18"/>
              </w:rPr>
              <w:t>Pomoce do z</w:t>
            </w:r>
            <w:r w:rsidR="00FE7AF0">
              <w:rPr>
                <w:sz w:val="18"/>
              </w:rPr>
              <w:t>ajęć sesnsoplastycznych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4DDAE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9335B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3E70C" w14:textId="77777777" w:rsidR="00E326B8" w:rsidRDefault="00E326B8"/>
        </w:tc>
      </w:tr>
      <w:tr w:rsidR="00E326B8" w14:paraId="0F57BBA3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7CF7C" w14:textId="1C74188C" w:rsidR="00E326B8" w:rsidRDefault="00FE7AF0">
            <w:r>
              <w:rPr>
                <w:sz w:val="18"/>
              </w:rPr>
              <w:t>2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FC555" w14:textId="77777777" w:rsidR="00E326B8" w:rsidRDefault="00001427">
            <w:r>
              <w:rPr>
                <w:sz w:val="18"/>
              </w:rPr>
              <w:t>Pomoce do zajęć języka angielskiego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F5F8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5E563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DECF1" w14:textId="77777777" w:rsidR="00E326B8" w:rsidRDefault="00E326B8"/>
        </w:tc>
      </w:tr>
      <w:tr w:rsidR="00E326B8" w14:paraId="115D9E2E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A0E27" w14:textId="3B5EB267" w:rsidR="00E326B8" w:rsidRDefault="00FE7AF0">
            <w:r>
              <w:rPr>
                <w:sz w:val="18"/>
              </w:rPr>
              <w:t>3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DB414" w14:textId="77777777" w:rsidR="00E326B8" w:rsidRDefault="00001427">
            <w:r>
              <w:rPr>
                <w:sz w:val="18"/>
              </w:rPr>
              <w:t>Pomoce do zajęć przyrodniczo-ekologicznych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228CD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40987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E5DB4" w14:textId="77777777" w:rsidR="00E326B8" w:rsidRDefault="00E326B8"/>
        </w:tc>
      </w:tr>
      <w:tr w:rsidR="00E326B8" w14:paraId="783691CD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11BE" w14:textId="7D3BCE08" w:rsidR="00E326B8" w:rsidRDefault="00FE7AF0">
            <w:r>
              <w:rPr>
                <w:sz w:val="18"/>
              </w:rPr>
              <w:t>4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7875A" w14:textId="77777777" w:rsidR="00E326B8" w:rsidRDefault="00001427">
            <w:r>
              <w:rPr>
                <w:sz w:val="18"/>
              </w:rPr>
              <w:t>Pomoce do zajęć teatralnych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08607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2779C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376EF" w14:textId="77777777" w:rsidR="00E326B8" w:rsidRDefault="00E326B8"/>
        </w:tc>
      </w:tr>
      <w:tr w:rsidR="00E326B8" w14:paraId="64C50747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FE6EB" w14:textId="36F8F2F4" w:rsidR="00E326B8" w:rsidRDefault="00FE7AF0">
            <w:r>
              <w:t>5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A9459" w14:textId="77777777" w:rsidR="00E326B8" w:rsidRDefault="00001427">
            <w:r>
              <w:rPr>
                <w:sz w:val="18"/>
              </w:rPr>
              <w:t>Pomoce do zajęć matematyczno-przyrodniczych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9DF0B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E7220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D1A41" w14:textId="77777777" w:rsidR="00E326B8" w:rsidRDefault="00E326B8"/>
        </w:tc>
      </w:tr>
      <w:tr w:rsidR="00E326B8" w14:paraId="02A97019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51C8F" w14:textId="51C6DD2F" w:rsidR="00E326B8" w:rsidRDefault="00FE7AF0">
            <w:r>
              <w:t>6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59E1F" w14:textId="77777777" w:rsidR="00E326B8" w:rsidRDefault="00001427">
            <w:r>
              <w:rPr>
                <w:sz w:val="18"/>
              </w:rPr>
              <w:t>TIK i multimedia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FF4FD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64CB3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9511D" w14:textId="77777777" w:rsidR="00E326B8" w:rsidRDefault="00E326B8"/>
        </w:tc>
      </w:tr>
      <w:tr w:rsidR="00E326B8" w14:paraId="21202569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E2927" w14:textId="5214D312" w:rsidR="00E326B8" w:rsidRDefault="00FE7AF0">
            <w:r>
              <w:t>7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D8E3F" w14:textId="77777777" w:rsidR="00E326B8" w:rsidRDefault="00001427">
            <w:r>
              <w:rPr>
                <w:sz w:val="18"/>
              </w:rPr>
              <w:t>Pomoce do zajęć przyrodniczo-ekologicznych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6BF89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EAA88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11359" w14:textId="77777777" w:rsidR="00E326B8" w:rsidRDefault="00E326B8"/>
        </w:tc>
      </w:tr>
      <w:tr w:rsidR="00E326B8" w14:paraId="6E0BA8E3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7EC15" w14:textId="3A585F56" w:rsidR="00E326B8" w:rsidRDefault="00FE7AF0">
            <w:r>
              <w:rPr>
                <w:sz w:val="18"/>
              </w:rPr>
              <w:t>8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8D1A7" w14:textId="77777777" w:rsidR="00E326B8" w:rsidRDefault="00001427">
            <w:r>
              <w:rPr>
                <w:sz w:val="18"/>
              </w:rPr>
              <w:t>Tablice zewnętrzne przyrodnicze z montażem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F95FD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9C5BB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60F7" w14:textId="77777777" w:rsidR="00E326B8" w:rsidRDefault="00E326B8"/>
        </w:tc>
      </w:tr>
      <w:tr w:rsidR="00E326B8" w14:paraId="1C173B6C" w14:textId="77777777">
        <w:trPr>
          <w:jc w:val="center"/>
        </w:trPr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1AEB1" w14:textId="6B4E3477" w:rsidR="00E326B8" w:rsidRDefault="00FE7AF0">
            <w:r>
              <w:t>9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7BA8E" w14:textId="77777777" w:rsidR="00E326B8" w:rsidRDefault="00001427">
            <w:r>
              <w:rPr>
                <w:sz w:val="18"/>
              </w:rPr>
              <w:t>Zestaw akcesoriów do podłogi interaktywnej</w:t>
            </w:r>
          </w:p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CB5E6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B0A01" w14:textId="77777777" w:rsidR="00E326B8" w:rsidRDefault="00E326B8"/>
        </w:tc>
        <w:tc>
          <w:tcPr>
            <w:tcW w:w="8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B8CDA" w14:textId="77777777" w:rsidR="00E326B8" w:rsidRDefault="00E326B8"/>
        </w:tc>
      </w:tr>
    </w:tbl>
    <w:p w14:paraId="2A2E32E5" w14:textId="77777777" w:rsidR="00162CC4" w:rsidRPr="00FF7224" w:rsidRDefault="00162CC4" w:rsidP="005800C3">
      <w:pPr>
        <w:jc w:val="both"/>
        <w:rPr>
          <w:rFonts w:ascii="Aptos" w:hAnsi="Aptos"/>
          <w:b/>
          <w:sz w:val="24"/>
          <w:szCs w:val="24"/>
        </w:rPr>
      </w:pPr>
    </w:p>
    <w:p w14:paraId="49634718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F. Kryterium oceny ofert III – aspekty społeczne</w:t>
      </w:r>
    </w:p>
    <w:p w14:paraId="00AB4923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Informacja do kryterium oceny ofert III: dla każdej części objętej ofertą należy zaznaczyć dokładnie jedną opcję. Zaznaczenie więcej niż jednej opcji albo brak zaznaczenia będzie skutkować przyjęciem wariantu najmniej korzystnego dla Wykonawcy, tj. 0 pkt w tej części.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"/>
        <w:gridCol w:w="3357"/>
        <w:gridCol w:w="1291"/>
        <w:gridCol w:w="1261"/>
        <w:gridCol w:w="1842"/>
      </w:tblGrid>
      <w:tr w:rsidR="008D1E40" w:rsidRPr="00FF7224" w14:paraId="6A4A00A4" w14:textId="77777777" w:rsidTr="00FF7224">
        <w:trPr>
          <w:trHeight w:val="851"/>
          <w:tblHeader/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1849A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sz w:val="18"/>
                <w:szCs w:val="24"/>
              </w:rPr>
              <w:t>Część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8ED54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sz w:val="18"/>
                <w:szCs w:val="24"/>
              </w:rPr>
              <w:t>Nazwa części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5653E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sz w:val="18"/>
                <w:szCs w:val="24"/>
              </w:rPr>
              <w:t>Deklaruję</w:t>
            </w:r>
          </w:p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9B811" w14:textId="77777777" w:rsidR="008D1E40" w:rsidRPr="00FF7224" w:rsidRDefault="00001427" w:rsidP="005800C3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sz w:val="18"/>
                <w:szCs w:val="24"/>
              </w:rPr>
              <w:t>Nie deklaruję</w:t>
            </w:r>
          </w:p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73505" w14:textId="77777777" w:rsidR="00BA77CE" w:rsidRPr="00FF7224" w:rsidRDefault="00001427">
            <w:pPr>
              <w:rPr>
                <w:rFonts w:ascii="Aptos" w:hAnsi="Aptos"/>
                <w:sz w:val="24"/>
                <w:szCs w:val="24"/>
              </w:rPr>
            </w:pPr>
            <w:r w:rsidRPr="00FF7224">
              <w:rPr>
                <w:rFonts w:ascii="Aptos" w:hAnsi="Aptos"/>
                <w:sz w:val="18"/>
                <w:szCs w:val="24"/>
              </w:rPr>
              <w:t>Osobiście jako osoba fizyczna</w:t>
            </w:r>
          </w:p>
        </w:tc>
      </w:tr>
      <w:tr w:rsidR="00E326B8" w14:paraId="68E78566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A477D" w14:textId="4F9D4162" w:rsidR="00E326B8" w:rsidRDefault="00FE7AF0">
            <w:r>
              <w:rPr>
                <w:sz w:val="18"/>
              </w:rPr>
              <w:t>1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573F5" w14:textId="77777777" w:rsidR="00E326B8" w:rsidRDefault="00001427">
            <w:r>
              <w:rPr>
                <w:sz w:val="18"/>
              </w:rPr>
              <w:t>Pomoce do zajęć sensoplastycznych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E470F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8E81C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D55F6" w14:textId="77777777" w:rsidR="00E326B8" w:rsidRDefault="00E326B8"/>
        </w:tc>
      </w:tr>
      <w:tr w:rsidR="00E326B8" w14:paraId="384C8EA7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57B64" w14:textId="2703168A" w:rsidR="00E326B8" w:rsidRDefault="00FE7AF0">
            <w:r>
              <w:rPr>
                <w:sz w:val="18"/>
              </w:rPr>
              <w:t>2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B5CEF" w14:textId="77777777" w:rsidR="00E326B8" w:rsidRDefault="00001427">
            <w:r>
              <w:rPr>
                <w:sz w:val="18"/>
              </w:rPr>
              <w:t>Pomoce do zajęć języka angielskiego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8F9BF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1BB5A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D308D" w14:textId="77777777" w:rsidR="00E326B8" w:rsidRDefault="00E326B8"/>
        </w:tc>
      </w:tr>
      <w:tr w:rsidR="00E326B8" w14:paraId="491922EB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FEF3D" w14:textId="4281D9BA" w:rsidR="00E326B8" w:rsidRDefault="00FE7AF0">
            <w:r>
              <w:rPr>
                <w:sz w:val="18"/>
              </w:rPr>
              <w:t>3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9DB1D" w14:textId="77777777" w:rsidR="00E326B8" w:rsidRDefault="00001427">
            <w:r>
              <w:rPr>
                <w:sz w:val="18"/>
              </w:rPr>
              <w:t>Pomoce do zajęć przyrodniczo-ekologicznych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7CD5D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E3CDB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16FC2" w14:textId="77777777" w:rsidR="00E326B8" w:rsidRDefault="00E326B8"/>
        </w:tc>
      </w:tr>
      <w:tr w:rsidR="00E326B8" w14:paraId="7A5EF681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D691C" w14:textId="7D75671E" w:rsidR="00E326B8" w:rsidRDefault="00FE7AF0">
            <w:r>
              <w:rPr>
                <w:sz w:val="18"/>
              </w:rPr>
              <w:t>4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64BE8" w14:textId="77777777" w:rsidR="00E326B8" w:rsidRDefault="00001427">
            <w:r>
              <w:rPr>
                <w:sz w:val="18"/>
              </w:rPr>
              <w:t>Pomoce do zajęć teatralnych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B0356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BBE0D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6E152" w14:textId="77777777" w:rsidR="00E326B8" w:rsidRDefault="00E326B8"/>
        </w:tc>
      </w:tr>
      <w:tr w:rsidR="00E326B8" w14:paraId="287078B5" w14:textId="77777777" w:rsidTr="00FE7AF0">
        <w:trPr>
          <w:trHeight w:val="385"/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433A2" w14:textId="42D925AF" w:rsidR="00E326B8" w:rsidRDefault="00FE7AF0">
            <w:r>
              <w:t>5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D934F" w14:textId="77777777" w:rsidR="00E326B8" w:rsidRDefault="00001427">
            <w:r>
              <w:rPr>
                <w:sz w:val="18"/>
              </w:rPr>
              <w:t>Pomoce do zajęć matematyczno-przyrodniczych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92625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96196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192FC" w14:textId="77777777" w:rsidR="00E326B8" w:rsidRDefault="00E326B8"/>
        </w:tc>
      </w:tr>
      <w:tr w:rsidR="00E326B8" w14:paraId="005BD119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38334" w14:textId="7308DB02" w:rsidR="00E326B8" w:rsidRDefault="00FE7AF0">
            <w:r>
              <w:rPr>
                <w:sz w:val="18"/>
              </w:rPr>
              <w:t>6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D5EB9" w14:textId="77777777" w:rsidR="00E326B8" w:rsidRDefault="00001427">
            <w:r>
              <w:rPr>
                <w:sz w:val="18"/>
              </w:rPr>
              <w:t>TIK i multimedia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7AA5C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F6C61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DA0BA" w14:textId="77777777" w:rsidR="00E326B8" w:rsidRDefault="00E326B8"/>
        </w:tc>
      </w:tr>
      <w:tr w:rsidR="00E326B8" w14:paraId="103A694A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1512C" w14:textId="044133F9" w:rsidR="00E326B8" w:rsidRDefault="00FE7AF0">
            <w:r>
              <w:t>7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3DB74" w14:textId="77777777" w:rsidR="00E326B8" w:rsidRDefault="00001427">
            <w:r>
              <w:rPr>
                <w:sz w:val="18"/>
              </w:rPr>
              <w:t>Pomoce do zajęć przyrodniczo-ekologicznych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6CA88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491A2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3BF9A" w14:textId="77777777" w:rsidR="00E326B8" w:rsidRDefault="00E326B8"/>
        </w:tc>
      </w:tr>
      <w:tr w:rsidR="00E326B8" w14:paraId="7F1C6E1F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5F667" w14:textId="282E09EE" w:rsidR="00E326B8" w:rsidRDefault="00FE7AF0">
            <w:r>
              <w:rPr>
                <w:sz w:val="18"/>
              </w:rPr>
              <w:t>8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AA1F0" w14:textId="77777777" w:rsidR="00E326B8" w:rsidRDefault="00001427">
            <w:r>
              <w:rPr>
                <w:sz w:val="18"/>
              </w:rPr>
              <w:t>Tablice zewnętrzne przyrodnicze z montażem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349D4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43B76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9D1A5" w14:textId="77777777" w:rsidR="00E326B8" w:rsidRDefault="00E326B8"/>
        </w:tc>
      </w:tr>
      <w:tr w:rsidR="00E326B8" w14:paraId="401B3433" w14:textId="77777777">
        <w:trPr>
          <w:jc w:val="center"/>
        </w:trPr>
        <w:tc>
          <w:tcPr>
            <w:tcW w:w="9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E53D2" w14:textId="06284E32" w:rsidR="00E326B8" w:rsidRDefault="00FE7AF0">
            <w:r>
              <w:t>9</w:t>
            </w:r>
          </w:p>
        </w:tc>
        <w:tc>
          <w:tcPr>
            <w:tcW w:w="33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2ABE4" w14:textId="77777777" w:rsidR="00E326B8" w:rsidRDefault="00001427">
            <w:r>
              <w:rPr>
                <w:sz w:val="18"/>
              </w:rPr>
              <w:t>Zestaw akcesoriów do podłogi interaktywnej</w:t>
            </w:r>
          </w:p>
        </w:tc>
        <w:tc>
          <w:tcPr>
            <w:tcW w:w="12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93127" w14:textId="77777777" w:rsidR="00E326B8" w:rsidRDefault="00E326B8"/>
        </w:tc>
        <w:tc>
          <w:tcPr>
            <w:tcW w:w="12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F9197" w14:textId="77777777" w:rsidR="00E326B8" w:rsidRDefault="00E326B8"/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12166" w14:textId="77777777" w:rsidR="00E326B8" w:rsidRDefault="00E326B8"/>
        </w:tc>
      </w:tr>
    </w:tbl>
    <w:p w14:paraId="1019845B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lastRenderedPageBreak/>
        <w:t>Objaśnienie do kryterium społecznego: w kolumnie „Deklaruję” pole zaznacza Wykonawca, który deklaruje skierowanie do realizacji danej części co najmniej jednej osoby spełniającej przesłankę społeczną opisaną w SWZ. W kolumnie „Nie deklaruję” pole zaznacza Wykonawca, który nie korzysta z tego kryterium. W kolumnie „Osobiście jako osoba fizyczna” pole zaznacza wyłącznie Wykonawca będący osobą fizyczną, który osobiście realizuje daną część i sam spełnia co najmniej jedną z przesłanek wskazanych w SWZ.</w:t>
      </w:r>
    </w:p>
    <w:p w14:paraId="3DF74EA8" w14:textId="77777777" w:rsidR="001C7014" w:rsidRPr="00FF7224" w:rsidRDefault="001C7014" w:rsidP="005800C3">
      <w:pPr>
        <w:jc w:val="both"/>
        <w:rPr>
          <w:rFonts w:ascii="Aptos" w:hAnsi="Aptos"/>
          <w:b/>
          <w:sz w:val="24"/>
          <w:szCs w:val="24"/>
        </w:rPr>
      </w:pPr>
    </w:p>
    <w:p w14:paraId="53915454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G. Informacja z art. 225 ustawy Pzp</w:t>
      </w:r>
    </w:p>
    <w:p w14:paraId="095CF76E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Oświadczam / oświadczamy, że wybór mojej / naszej oferty:</w:t>
      </w:r>
      <w:r w:rsidR="00452476" w:rsidRPr="00FF7224">
        <w:rPr>
          <w:rFonts w:ascii="Aptos" w:hAnsi="Aptos"/>
          <w:sz w:val="24"/>
          <w:szCs w:val="24"/>
        </w:rPr>
        <w:t>*</w:t>
      </w:r>
    </w:p>
    <w:p w14:paraId="4E8CF36D" w14:textId="77777777" w:rsidR="0085315D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198227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6EA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1A6B19" w:rsidRPr="00FF7224">
        <w:rPr>
          <w:rFonts w:ascii="Aptos" w:hAnsi="Aptos"/>
          <w:sz w:val="24"/>
          <w:szCs w:val="24"/>
        </w:rPr>
        <w:t xml:space="preserve"> nie będzie prowadził do powstania u Zamawiającego obowiązku podatkowego.</w:t>
      </w:r>
    </w:p>
    <w:p w14:paraId="10638CD8" w14:textId="77777777" w:rsidR="0085315D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11425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6EA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1A6B19" w:rsidRPr="00FF7224">
        <w:rPr>
          <w:rFonts w:ascii="Aptos" w:hAnsi="Aptos"/>
          <w:sz w:val="24"/>
          <w:szCs w:val="24"/>
        </w:rPr>
        <w:t xml:space="preserve"> będzie prowadził do powstania u Zamawiającego obowiązku podatkowego w odniesieniu do następujących towarów lub usług: ........................................................................</w:t>
      </w:r>
    </w:p>
    <w:p w14:paraId="561EF1B1" w14:textId="77777777" w:rsidR="0085315D" w:rsidRPr="00FF7224" w:rsidRDefault="003159C4" w:rsidP="005800C3">
      <w:pPr>
        <w:ind w:left="283"/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Wartość bez kwoty podatku VAT: .................................................... zł; stawka podatku VAT: ............... %.</w:t>
      </w:r>
    </w:p>
    <w:p w14:paraId="7C2AE81E" w14:textId="77777777" w:rsidR="00075A6B" w:rsidRPr="00FF7224" w:rsidRDefault="00075A6B" w:rsidP="00075A6B">
      <w:pPr>
        <w:tabs>
          <w:tab w:val="num" w:pos="426"/>
        </w:tabs>
        <w:ind w:left="426"/>
        <w:jc w:val="both"/>
        <w:rPr>
          <w:rFonts w:ascii="Aptos" w:eastAsia="Times New Roman" w:hAnsi="Aptos" w:cs="Arial"/>
          <w:b/>
          <w:bCs/>
          <w:i/>
          <w:sz w:val="24"/>
          <w:szCs w:val="24"/>
          <w:u w:val="single"/>
        </w:rPr>
      </w:pPr>
      <w:r w:rsidRPr="00FF7224">
        <w:rPr>
          <w:rFonts w:ascii="Aptos" w:eastAsia="Times New Roman" w:hAnsi="Aptos" w:cs="Arial"/>
          <w:i/>
          <w:sz w:val="24"/>
          <w:szCs w:val="24"/>
          <w:lang w:eastAsia="ar-SA"/>
        </w:rPr>
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FF7224">
        <w:rPr>
          <w:rFonts w:ascii="Aptos" w:eastAsia="Times New Roman" w:hAnsi="Aptos" w:cs="Arial"/>
          <w:i/>
          <w:sz w:val="24"/>
          <w:szCs w:val="24"/>
        </w:rPr>
        <w:t xml:space="preserve"> </w:t>
      </w:r>
      <w:r w:rsidRPr="00FF7224">
        <w:rPr>
          <w:rFonts w:ascii="Aptos" w:eastAsia="Times New Roman" w:hAnsi="Aptos" w:cs="Arial"/>
          <w:b/>
          <w:bCs/>
          <w:i/>
          <w:sz w:val="24"/>
          <w:szCs w:val="24"/>
          <w:u w:val="single"/>
        </w:rPr>
        <w:t>Należy zaznaczyć właściwe. Brak zaznaczenia będzie oznaczał, że wybór oferty Wykonawcy, nie będzie prowadził do powstania u Zamawiającego obowiązku podatkowego.</w:t>
      </w:r>
    </w:p>
    <w:p w14:paraId="1517B86B" w14:textId="77777777" w:rsidR="00162CC4" w:rsidRPr="00FF7224" w:rsidRDefault="00162CC4" w:rsidP="005800C3">
      <w:pPr>
        <w:jc w:val="both"/>
        <w:rPr>
          <w:rFonts w:ascii="Aptos" w:hAnsi="Aptos"/>
          <w:b/>
          <w:sz w:val="24"/>
          <w:szCs w:val="24"/>
        </w:rPr>
      </w:pPr>
    </w:p>
    <w:p w14:paraId="4A0A9B8A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H. Tajemnica przedsiębiorstwa</w:t>
      </w:r>
    </w:p>
    <w:p w14:paraId="13FDDF97" w14:textId="77777777" w:rsidR="008D1E40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-1755497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DEA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F16DEA" w:rsidRPr="00FF7224">
        <w:rPr>
          <w:rFonts w:ascii="Aptos" w:hAnsi="Aptos"/>
          <w:sz w:val="24"/>
          <w:szCs w:val="24"/>
        </w:rPr>
        <w:t xml:space="preserve"> oferta oraz wszystkie załączniki do niej są jawne.</w:t>
      </w:r>
    </w:p>
    <w:p w14:paraId="0D777143" w14:textId="77777777" w:rsidR="008D1E40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1128213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DEA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F16DEA" w:rsidRPr="00FF7224">
        <w:rPr>
          <w:rFonts w:ascii="Aptos" w:hAnsi="Aptos"/>
          <w:sz w:val="24"/>
          <w:szCs w:val="24"/>
        </w:rPr>
        <w:t xml:space="preserve"> informacje i dokumenty zawarte w ofercie oraz w dokumentach złożonych wraz z ofertą i oznaczonych: ........................................................ zawierają informacje stanowiące tajemnicę przedsiębiorstwa w rozumieniu przepisów o zwalczaniu nieuczciwej konkurencji; do oferty załączam / załączamy uzasadnienie zastrzeżenia tajemnicy przedsiębiorstwa.</w:t>
      </w:r>
    </w:p>
    <w:p w14:paraId="3A40BCCE" w14:textId="3DF1B1A1" w:rsidR="00835E9E" w:rsidRPr="006014F5" w:rsidRDefault="00835E9E" w:rsidP="00835E9E">
      <w:pPr>
        <w:ind w:left="425" w:hanging="53"/>
        <w:jc w:val="both"/>
        <w:rPr>
          <w:rFonts w:ascii="Aptos" w:hAnsi="Aptos" w:cs="Arial"/>
          <w:i/>
          <w:szCs w:val="20"/>
        </w:rPr>
      </w:pPr>
      <w:r w:rsidRPr="006014F5">
        <w:rPr>
          <w:rFonts w:ascii="Aptos" w:hAnsi="Aptos" w:cs="Arial"/>
          <w:i/>
          <w:szCs w:val="20"/>
        </w:rPr>
        <w:t xml:space="preserve">(W przypadku utajnienia oferty Wykonawca zobowiązany jest wykazać, iż zastrzeżone informacje stanowią tajemnicę przedsiębiorstwa w szczególności określając, w jaki sposób zostały spełnione przesłanki, o których mowa w art. 11 </w:t>
      </w:r>
      <w:r w:rsidR="00AA2BAD" w:rsidRPr="006014F5">
        <w:rPr>
          <w:rFonts w:ascii="Aptos" w:hAnsi="Aptos" w:cs="Arial"/>
          <w:i/>
          <w:szCs w:val="20"/>
        </w:rPr>
        <w:t>us</w:t>
      </w:r>
      <w:r w:rsidRPr="006014F5">
        <w:rPr>
          <w:rFonts w:ascii="Aptos" w:hAnsi="Aptos" w:cs="Arial"/>
          <w:i/>
          <w:szCs w:val="20"/>
        </w:rPr>
        <w:t xml:space="preserve">t. 2 ustawy z </w:t>
      </w:r>
      <w:r w:rsidR="006014F5" w:rsidRPr="006014F5">
        <w:rPr>
          <w:rFonts w:ascii="Aptos" w:hAnsi="Aptos" w:cs="Arial"/>
          <w:i/>
          <w:szCs w:val="20"/>
        </w:rPr>
        <w:t xml:space="preserve">dnia </w:t>
      </w:r>
      <w:r w:rsidRPr="006014F5">
        <w:rPr>
          <w:rFonts w:ascii="Aptos" w:hAnsi="Aptos" w:cs="Arial"/>
          <w:i/>
          <w:szCs w:val="20"/>
        </w:rPr>
        <w:t>16 kwietnia 1993 r. o zwalczaniu nieuczciwej konkurencji).</w:t>
      </w:r>
    </w:p>
    <w:p w14:paraId="6097FDC8" w14:textId="77777777" w:rsidR="005C6BCD" w:rsidRPr="00FF7224" w:rsidRDefault="005C6BCD" w:rsidP="005800C3">
      <w:pPr>
        <w:jc w:val="both"/>
        <w:rPr>
          <w:rFonts w:ascii="Aptos" w:hAnsi="Aptos"/>
          <w:b/>
          <w:sz w:val="24"/>
          <w:szCs w:val="24"/>
        </w:rPr>
      </w:pPr>
    </w:p>
    <w:p w14:paraId="41EFBE6B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I. Podwykonawstwo</w:t>
      </w:r>
    </w:p>
    <w:p w14:paraId="2568E3C4" w14:textId="77777777" w:rsidR="00F16DEA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-1322812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DEA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F16DEA" w:rsidRPr="00FF7224">
        <w:rPr>
          <w:rFonts w:ascii="Aptos" w:hAnsi="Aptos"/>
          <w:sz w:val="24"/>
          <w:szCs w:val="24"/>
        </w:rPr>
        <w:t xml:space="preserve"> </w:t>
      </w:r>
      <w:r w:rsidR="003159C4" w:rsidRPr="00FF7224">
        <w:rPr>
          <w:rFonts w:ascii="Aptos" w:hAnsi="Aptos"/>
          <w:sz w:val="24"/>
          <w:szCs w:val="24"/>
        </w:rPr>
        <w:t xml:space="preserve">Zamierzam </w:t>
      </w:r>
    </w:p>
    <w:p w14:paraId="43F6A853" w14:textId="77777777" w:rsidR="00F16DEA" w:rsidRPr="00FF7224" w:rsidRDefault="00427815" w:rsidP="005800C3">
      <w:pPr>
        <w:jc w:val="both"/>
        <w:rPr>
          <w:rFonts w:ascii="Aptos" w:hAnsi="Aptos"/>
          <w:sz w:val="24"/>
          <w:szCs w:val="24"/>
        </w:rPr>
      </w:pPr>
      <w:sdt>
        <w:sdtPr>
          <w:rPr>
            <w:rFonts w:ascii="Aptos" w:hAnsi="Aptos" w:cs="Arial"/>
            <w:b/>
            <w:sz w:val="24"/>
            <w:szCs w:val="24"/>
          </w:rPr>
          <w:id w:val="-662083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DEA" w:rsidRPr="00FF7224">
            <w:rPr>
              <w:rFonts w:ascii="Aptos" w:eastAsia="MS Gothic" w:hAnsi="Aptos" w:cs="Arial"/>
              <w:b/>
              <w:sz w:val="24"/>
              <w:szCs w:val="24"/>
            </w:rPr>
            <w:t>☐</w:t>
          </w:r>
        </w:sdtContent>
      </w:sdt>
      <w:r w:rsidR="00F16DEA" w:rsidRPr="00FF7224">
        <w:rPr>
          <w:rFonts w:ascii="Aptos" w:hAnsi="Aptos"/>
          <w:sz w:val="24"/>
          <w:szCs w:val="24"/>
        </w:rPr>
        <w:t xml:space="preserve"> N</w:t>
      </w:r>
      <w:r w:rsidR="003159C4" w:rsidRPr="00FF7224">
        <w:rPr>
          <w:rFonts w:ascii="Aptos" w:hAnsi="Aptos"/>
          <w:sz w:val="24"/>
          <w:szCs w:val="24"/>
        </w:rPr>
        <w:t xml:space="preserve">ie zamierzam </w:t>
      </w:r>
    </w:p>
    <w:p w14:paraId="68A454FD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powierzyć wykonanie części zamówienia podwykonawcom.</w:t>
      </w:r>
    </w:p>
    <w:p w14:paraId="035D49C7" w14:textId="77777777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Zakres powierzany podwykonawcom (jeżeli dotyczy): ........................................................</w:t>
      </w:r>
    </w:p>
    <w:p w14:paraId="2CE3FEEE" w14:textId="77777777" w:rsidR="005C6BCD" w:rsidRPr="00FF7224" w:rsidRDefault="005C6BCD" w:rsidP="005800C3">
      <w:pPr>
        <w:jc w:val="both"/>
        <w:rPr>
          <w:rFonts w:ascii="Aptos" w:hAnsi="Aptos"/>
          <w:b/>
          <w:sz w:val="24"/>
          <w:szCs w:val="24"/>
        </w:rPr>
      </w:pPr>
    </w:p>
    <w:p w14:paraId="41B7CDAC" w14:textId="4F0C8785" w:rsidR="00D133C2" w:rsidRPr="00FF7224" w:rsidRDefault="00D133C2" w:rsidP="00D133C2">
      <w:pPr>
        <w:jc w:val="both"/>
        <w:rPr>
          <w:rFonts w:ascii="Aptos" w:hAnsi="Aptos"/>
          <w:b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J. Oświadczam, że wypełniłem obowiązki informacyjne przewidziane w art. 13 lub art. 14 RODO</w:t>
      </w:r>
      <w:r w:rsidR="0098009C">
        <w:rPr>
          <w:rFonts w:ascii="Aptos" w:hAnsi="Aptos"/>
          <w:b/>
          <w:sz w:val="24"/>
          <w:szCs w:val="24"/>
        </w:rPr>
        <w:t xml:space="preserve"> </w:t>
      </w:r>
      <w:r w:rsidRPr="00B81E43">
        <w:rPr>
          <w:rFonts w:ascii="Aptos" w:hAnsi="Aptos"/>
          <w:b/>
          <w:sz w:val="24"/>
          <w:szCs w:val="24"/>
          <w:vertAlign w:val="superscript"/>
        </w:rPr>
        <w:footnoteReference w:id="1"/>
      </w:r>
      <w:r w:rsidRPr="00FF7224">
        <w:rPr>
          <w:rFonts w:ascii="Aptos" w:hAnsi="Aptos"/>
          <w:b/>
          <w:sz w:val="24"/>
          <w:szCs w:val="24"/>
        </w:rPr>
        <w:t>wobec osób fizycznych, od których dane osobowe bezpośrednio lub pośrednio pozyskałem w celu ubiegania się o udzielenie zamówienia publicznego w niniejszym postępowaniu*</w:t>
      </w:r>
    </w:p>
    <w:p w14:paraId="7250D968" w14:textId="7AC955A9" w:rsidR="00D133C2" w:rsidRPr="00FE7AF0" w:rsidRDefault="00D133C2" w:rsidP="00FE7AF0">
      <w:pPr>
        <w:ind w:left="426"/>
        <w:jc w:val="both"/>
        <w:rPr>
          <w:rFonts w:ascii="Aptos" w:hAnsi="Aptos" w:cs="Arial"/>
          <w:i/>
          <w:sz w:val="24"/>
          <w:szCs w:val="24"/>
        </w:rPr>
      </w:pPr>
      <w:r w:rsidRPr="00FF7224">
        <w:rPr>
          <w:rFonts w:ascii="Aptos" w:hAnsi="Aptos" w:cs="Arial"/>
          <w:b/>
          <w:i/>
          <w:sz w:val="24"/>
          <w:szCs w:val="24"/>
        </w:rPr>
        <w:t>*</w:t>
      </w:r>
      <w:r w:rsidRPr="00FF7224">
        <w:rPr>
          <w:rFonts w:ascii="Aptos" w:hAnsi="Aptos" w:cs="Arial"/>
          <w:i/>
          <w:sz w:val="24"/>
          <w:szCs w:val="24"/>
        </w:rPr>
        <w:t xml:space="preserve">W przypadku, gdy Wykonawca </w:t>
      </w:r>
      <w:r w:rsidRPr="00FF7224">
        <w:rPr>
          <w:rFonts w:ascii="Aptos" w:hAnsi="Aptos" w:cs="Arial"/>
          <w:i/>
          <w:sz w:val="24"/>
          <w:szCs w:val="24"/>
          <w:u w:val="single"/>
        </w:rPr>
        <w:t>nie przekazuje danych osobowych</w:t>
      </w:r>
      <w:r w:rsidRPr="00FF7224">
        <w:rPr>
          <w:rFonts w:ascii="Aptos" w:hAnsi="Aptos" w:cs="Arial"/>
          <w:i/>
          <w:sz w:val="24"/>
          <w:szCs w:val="24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2B1703B" w14:textId="77777777" w:rsidR="0085315D" w:rsidRPr="00FF7224" w:rsidRDefault="00D133C2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>K</w:t>
      </w:r>
      <w:r w:rsidR="003159C4" w:rsidRPr="00FF7224">
        <w:rPr>
          <w:rFonts w:ascii="Aptos" w:hAnsi="Aptos"/>
          <w:b/>
          <w:sz w:val="24"/>
          <w:szCs w:val="24"/>
        </w:rPr>
        <w:t>. Oświadczenia Wykonawcy</w:t>
      </w:r>
    </w:p>
    <w:p w14:paraId="0C2B4E3F" w14:textId="77777777" w:rsidR="0085315D" w:rsidRPr="00FF7224" w:rsidRDefault="006576CC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1) </w:t>
      </w:r>
      <w:r w:rsidR="003159C4" w:rsidRPr="00FF7224">
        <w:rPr>
          <w:rFonts w:ascii="Aptos" w:hAnsi="Aptos"/>
          <w:sz w:val="24"/>
          <w:szCs w:val="24"/>
        </w:rPr>
        <w:t>oświadczam, że zapoznałem/am się z treścią SWZ i załącznikami oraz akceptuję je bez zastrzeżeń;</w:t>
      </w:r>
    </w:p>
    <w:p w14:paraId="74656CF3" w14:textId="475003FD" w:rsidR="0085315D" w:rsidRPr="00FF7224" w:rsidRDefault="006576CC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2) oświadczam, że oferowany przedmiot zamówienia spełnia wymagania określone w SWZ i właściwych załącznikach nr 1A–1</w:t>
      </w:r>
      <w:r w:rsidR="00FE7AF0">
        <w:rPr>
          <w:rFonts w:ascii="Aptos" w:hAnsi="Aptos"/>
          <w:sz w:val="24"/>
          <w:szCs w:val="24"/>
        </w:rPr>
        <w:t>I</w:t>
      </w:r>
      <w:r>
        <w:rPr>
          <w:rFonts w:ascii="Aptos" w:hAnsi="Aptos"/>
          <w:sz w:val="24"/>
          <w:szCs w:val="24"/>
        </w:rPr>
        <w:t>;</w:t>
      </w:r>
    </w:p>
    <w:p w14:paraId="72118A9B" w14:textId="77777777" w:rsidR="0085315D" w:rsidRPr="00FF7224" w:rsidRDefault="006576CC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3) </w:t>
      </w:r>
      <w:r w:rsidR="003159C4" w:rsidRPr="00FF7224">
        <w:rPr>
          <w:rFonts w:ascii="Aptos" w:hAnsi="Aptos"/>
          <w:sz w:val="24"/>
          <w:szCs w:val="24"/>
        </w:rPr>
        <w:t>oświadczam, że cena oferty obejmuje wszystkie koszty wykonania zamówienia;</w:t>
      </w:r>
    </w:p>
    <w:p w14:paraId="25FF3E8B" w14:textId="77777777" w:rsidR="0085315D" w:rsidRPr="00FF7224" w:rsidRDefault="006576CC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4) </w:t>
      </w:r>
      <w:r w:rsidR="003159C4" w:rsidRPr="00FF7224">
        <w:rPr>
          <w:rFonts w:ascii="Aptos" w:hAnsi="Aptos"/>
          <w:sz w:val="24"/>
          <w:szCs w:val="24"/>
        </w:rPr>
        <w:t>oświadczam, że uważam się za związanego ofertą przez okres wskazany w SWZ;</w:t>
      </w:r>
    </w:p>
    <w:p w14:paraId="4C0F1311" w14:textId="77777777" w:rsidR="0085315D" w:rsidRPr="00FF7224" w:rsidRDefault="006576CC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5) </w:t>
      </w:r>
      <w:r w:rsidR="003159C4" w:rsidRPr="00FF7224">
        <w:rPr>
          <w:rFonts w:ascii="Aptos" w:hAnsi="Aptos"/>
          <w:sz w:val="24"/>
          <w:szCs w:val="24"/>
        </w:rPr>
        <w:t>oświadczam, że wybór oferty i realizacja zamówienia nastąpi zgodnie z obowiązującymi przepisami, w tym podatkowymi;</w:t>
      </w:r>
    </w:p>
    <w:p w14:paraId="795B5255" w14:textId="77777777" w:rsidR="0085315D" w:rsidRPr="00FF7224" w:rsidRDefault="006576CC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6) </w:t>
      </w:r>
      <w:r w:rsidR="003159C4" w:rsidRPr="00FF7224">
        <w:rPr>
          <w:rFonts w:ascii="Aptos" w:hAnsi="Aptos"/>
          <w:sz w:val="24"/>
          <w:szCs w:val="24"/>
        </w:rPr>
        <w:t>oświadczam, że w przypadku wyboru mojej / naszej oferty zobowiązuję / zobowiązujemy się do zawarcia umowy na warunkach określonych w SWZ.</w:t>
      </w:r>
    </w:p>
    <w:p w14:paraId="3F727AF1" w14:textId="77777777" w:rsidR="00BA77CE" w:rsidRPr="00FF7224" w:rsidRDefault="006576CC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t xml:space="preserve">7) </w:t>
      </w:r>
      <w:r w:rsidRPr="00FF7224">
        <w:rPr>
          <w:rFonts w:ascii="Aptos" w:hAnsi="Aptos"/>
          <w:sz w:val="24"/>
          <w:szCs w:val="24"/>
        </w:rPr>
        <w:t>oświadczam/oświadczamy, że w zakresie części objętych ofertą, w których oferowane świadczenie obejmuje produkt ICT, usługę ICT lub proces ICT, oferta nie obejmuje produktu ICT, usługi ICT ani procesu ICT wskazanych w rekomendacji, o której mowa w art. 33 ust. 4 ustawy o krajowym systemie cyberbezpieczeństwa, stwierdzającej ich negatywny wpływ na podstawowy interes bezpieczeństwa państwa;</w:t>
      </w:r>
    </w:p>
    <w:p w14:paraId="25E35754" w14:textId="77777777" w:rsidR="00BA77CE" w:rsidRPr="00FF7224" w:rsidRDefault="006576CC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8) </w:t>
      </w:r>
      <w:r w:rsidRPr="00FF7224">
        <w:rPr>
          <w:rFonts w:ascii="Aptos" w:hAnsi="Aptos"/>
          <w:sz w:val="24"/>
          <w:szCs w:val="24"/>
        </w:rPr>
        <w:t>oświadczam/oświadczamy, że oferta nie obejmuje produktu ICT, którego typ został określony w decyzji w sprawie uznania dostawcy za dostawcę wysokiego ryzyka, o której mowa w art. 67b ust. 15 ustawy o krajowym systemie cyberbezpieczeństwa, ani usługi ICT lub procesu ICT określonych w tej decyzji;</w:t>
      </w:r>
    </w:p>
    <w:p w14:paraId="373CF00E" w14:textId="7A53C569" w:rsidR="0085315D" w:rsidRPr="00FF7224" w:rsidRDefault="006576CC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9) </w:t>
      </w:r>
      <w:r w:rsidRPr="00FF7224">
        <w:rPr>
          <w:rFonts w:ascii="Aptos" w:hAnsi="Aptos"/>
          <w:sz w:val="24"/>
          <w:szCs w:val="24"/>
        </w:rPr>
        <w:t>oświadczam/oświadczamy, że dla części obejmujących ICT podano dane identyfikujące oferowane produkty, usługi lub procesy w stopniu pozwalającym na ich jednoznaczną weryfikację.</w:t>
      </w:r>
    </w:p>
    <w:p w14:paraId="37D21045" w14:textId="77E8061F" w:rsidR="008D1E40" w:rsidRPr="00FF7224" w:rsidRDefault="00D133C2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b/>
          <w:sz w:val="24"/>
          <w:szCs w:val="24"/>
        </w:rPr>
        <w:t xml:space="preserve">L. Wykaz </w:t>
      </w:r>
      <w:r w:rsidR="00A03D49" w:rsidRPr="00A03D49">
        <w:rPr>
          <w:rFonts w:ascii="Aptos" w:hAnsi="Aptos"/>
          <w:b/>
          <w:sz w:val="24"/>
          <w:szCs w:val="24"/>
        </w:rPr>
        <w:t>załączników i oświadczeń składanych wraz z ofertą</w:t>
      </w:r>
    </w:p>
    <w:p w14:paraId="10C6EFFA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1) oświadczenie wstępne z art. 125 Pzp – załącznik nr 4 do SWZ;</w:t>
      </w:r>
    </w:p>
    <w:p w14:paraId="3AF0F32E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2) oświadczenie dotyczące ustawy sankcyjnej – załącznik nr 4A do SWZ;</w:t>
      </w:r>
    </w:p>
    <w:p w14:paraId="48AE0FBD" w14:textId="557B680E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3) informacja dotycząca podatku VAT / VAT 0% – załącznik nr 5 do SWZ, jeżeli dotyczy części nr</w:t>
      </w:r>
      <w:r w:rsidR="00FE7AF0">
        <w:rPr>
          <w:rFonts w:ascii="Aptos" w:hAnsi="Aptos"/>
          <w:sz w:val="24"/>
          <w:szCs w:val="24"/>
        </w:rPr>
        <w:t>6</w:t>
      </w:r>
      <w:r w:rsidRPr="00FF7224">
        <w:rPr>
          <w:rFonts w:ascii="Aptos" w:hAnsi="Aptos"/>
          <w:sz w:val="24"/>
          <w:szCs w:val="24"/>
        </w:rPr>
        <w:t>;</w:t>
      </w:r>
    </w:p>
    <w:p w14:paraId="589EB24E" w14:textId="77777777" w:rsidR="008D1E40" w:rsidRPr="00FF7224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4) pełnomocnictwo – jeżeli dotyczy;</w:t>
      </w:r>
    </w:p>
    <w:p w14:paraId="5B2B42B6" w14:textId="77777777" w:rsidR="008D1E40" w:rsidRDefault="00001427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5) uzasadnienie zastrzeżenia tajemnicy przedsiębiorstwa – jeżeli dotyczy;</w:t>
      </w:r>
    </w:p>
    <w:p w14:paraId="13B30E16" w14:textId="2BF0D996" w:rsidR="006962B1" w:rsidRPr="006962B1" w:rsidRDefault="006962B1" w:rsidP="006962B1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6)</w:t>
      </w:r>
      <w:r w:rsidRPr="006962B1">
        <w:rPr>
          <w:rFonts w:ascii="Aptos" w:hAnsi="Aptos"/>
          <w:sz w:val="24"/>
          <w:szCs w:val="24"/>
        </w:rPr>
        <w:t xml:space="preserve"> Oświadczenie dotyczące wykonawców z państw trzecich</w:t>
      </w:r>
      <w:r>
        <w:rPr>
          <w:rFonts w:ascii="Aptos" w:hAnsi="Aptos"/>
          <w:sz w:val="24"/>
          <w:szCs w:val="24"/>
        </w:rPr>
        <w:t>:</w:t>
      </w:r>
    </w:p>
    <w:p w14:paraId="5730244D" w14:textId="77777777" w:rsidR="006962B1" w:rsidRPr="006962B1" w:rsidRDefault="006962B1" w:rsidP="006962B1">
      <w:pPr>
        <w:jc w:val="both"/>
        <w:rPr>
          <w:rFonts w:ascii="Aptos" w:hAnsi="Aptos"/>
          <w:sz w:val="24"/>
          <w:szCs w:val="24"/>
        </w:rPr>
      </w:pPr>
      <w:r w:rsidRPr="006962B1">
        <w:rPr>
          <w:rFonts w:ascii="Aptos" w:hAnsi="Aptos"/>
          <w:sz w:val="24"/>
          <w:szCs w:val="24"/>
        </w:rPr>
        <w:t>Oświadczam / oświadczamy, że nie jestem / nie jesteśmy wykonawcą pochodzącym z państwa trzeciego niebędącego stroną umowy międzynarodowej w rozumieniu art. 16a i art. 16b ustawy Pzp oraz że nie ubiegam / nie ubiegamy się o udzielenie zamówienia wspólnie z takim wykonawcą.</w:t>
      </w:r>
    </w:p>
    <w:p w14:paraId="77315CB3" w14:textId="6C91153B" w:rsidR="006962B1" w:rsidRPr="00FF7224" w:rsidRDefault="006962B1" w:rsidP="006962B1">
      <w:pPr>
        <w:jc w:val="both"/>
        <w:rPr>
          <w:rFonts w:ascii="Aptos" w:hAnsi="Aptos"/>
          <w:sz w:val="24"/>
          <w:szCs w:val="24"/>
        </w:rPr>
      </w:pPr>
      <w:r w:rsidRPr="006962B1">
        <w:rPr>
          <w:rFonts w:ascii="Aptos" w:hAnsi="Aptos"/>
          <w:sz w:val="24"/>
          <w:szCs w:val="24"/>
        </w:rPr>
        <w:t>Oświadczam / oświadczamy, że nie polegam / nie polegamy na zdolnościach lub sytuacji podmiotu udostępniającego zasoby pochodzącego z państwa trzeciego niebędącego stroną umowy międzynarodowej oraz nie zamierzam / nie zamierzamy powierzyć wykonania części zamówienia podwykonawcy ani dalszemu podwykonawcy pochodzącemu z takiego państwa</w:t>
      </w:r>
      <w:r>
        <w:rPr>
          <w:rFonts w:ascii="Aptos" w:hAnsi="Aptos"/>
          <w:sz w:val="24"/>
          <w:szCs w:val="24"/>
        </w:rPr>
        <w:t>;</w:t>
      </w:r>
    </w:p>
    <w:p w14:paraId="25AB1AEF" w14:textId="593B338A" w:rsidR="008D1E40" w:rsidRPr="00FF7224" w:rsidRDefault="00FC7897" w:rsidP="005800C3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7</w:t>
      </w:r>
      <w:r w:rsidR="00001427" w:rsidRPr="00FF7224">
        <w:rPr>
          <w:rFonts w:ascii="Aptos" w:hAnsi="Aptos"/>
          <w:sz w:val="24"/>
          <w:szCs w:val="24"/>
        </w:rPr>
        <w:t>) inne dokumenty wymagane SWZ: ................................................................................</w:t>
      </w:r>
      <w:r w:rsidR="006962B1">
        <w:rPr>
          <w:rFonts w:ascii="Aptos" w:hAnsi="Aptos"/>
          <w:sz w:val="24"/>
          <w:szCs w:val="24"/>
        </w:rPr>
        <w:t xml:space="preserve"> .</w:t>
      </w:r>
    </w:p>
    <w:p w14:paraId="3034FBFF" w14:textId="77777777" w:rsidR="00580271" w:rsidRPr="00FF7224" w:rsidRDefault="00580271" w:rsidP="005800C3">
      <w:pPr>
        <w:jc w:val="both"/>
        <w:rPr>
          <w:rFonts w:ascii="Aptos" w:hAnsi="Aptos"/>
          <w:sz w:val="24"/>
          <w:szCs w:val="24"/>
        </w:rPr>
      </w:pPr>
    </w:p>
    <w:p w14:paraId="740E143B" w14:textId="77777777" w:rsidR="00001427" w:rsidRDefault="00001427" w:rsidP="005800C3">
      <w:pPr>
        <w:jc w:val="both"/>
        <w:rPr>
          <w:rFonts w:ascii="Aptos" w:hAnsi="Aptos"/>
          <w:sz w:val="24"/>
          <w:szCs w:val="24"/>
        </w:rPr>
      </w:pPr>
    </w:p>
    <w:p w14:paraId="7BB42FD0" w14:textId="4CBC6F7E" w:rsidR="0085315D" w:rsidRPr="00FF7224" w:rsidRDefault="003159C4" w:rsidP="005800C3">
      <w:pPr>
        <w:jc w:val="both"/>
        <w:rPr>
          <w:rFonts w:ascii="Aptos" w:hAnsi="Aptos"/>
          <w:sz w:val="24"/>
          <w:szCs w:val="24"/>
        </w:rPr>
      </w:pPr>
      <w:r w:rsidRPr="00FF7224">
        <w:rPr>
          <w:rFonts w:ascii="Aptos" w:hAnsi="Aptos"/>
          <w:sz w:val="24"/>
          <w:szCs w:val="24"/>
        </w:rPr>
        <w:t>Miejscowość, data, podpis elektroniczny osoby uprawnionej do reprezentacji Wykonawcy.</w:t>
      </w:r>
    </w:p>
    <w:sectPr w:rsidR="0085315D" w:rsidRPr="00FF722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3D4BB" w14:textId="77777777" w:rsidR="00427815" w:rsidRDefault="00427815" w:rsidP="001C7014">
      <w:pPr>
        <w:spacing w:after="0" w:line="240" w:lineRule="auto"/>
      </w:pPr>
      <w:r>
        <w:separator/>
      </w:r>
    </w:p>
  </w:endnote>
  <w:endnote w:type="continuationSeparator" w:id="0">
    <w:p w14:paraId="6C612A58" w14:textId="77777777" w:rsidR="00427815" w:rsidRDefault="00427815" w:rsidP="001C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69C0" w14:textId="77777777" w:rsidR="00D62A51" w:rsidRDefault="00D62A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CCB2" w14:textId="77777777" w:rsidR="00D62A51" w:rsidRDefault="00D62A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ACDB" w14:textId="77777777" w:rsidR="00D62A51" w:rsidRDefault="00D62A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D25CB" w14:textId="77777777" w:rsidR="00427815" w:rsidRDefault="00427815" w:rsidP="001C7014">
      <w:pPr>
        <w:spacing w:after="0" w:line="240" w:lineRule="auto"/>
      </w:pPr>
      <w:r>
        <w:separator/>
      </w:r>
    </w:p>
  </w:footnote>
  <w:footnote w:type="continuationSeparator" w:id="0">
    <w:p w14:paraId="1A7823E3" w14:textId="77777777" w:rsidR="00427815" w:rsidRDefault="00427815" w:rsidP="001C7014">
      <w:pPr>
        <w:spacing w:after="0" w:line="240" w:lineRule="auto"/>
      </w:pPr>
      <w:r>
        <w:continuationSeparator/>
      </w:r>
    </w:p>
  </w:footnote>
  <w:footnote w:id="1">
    <w:p w14:paraId="0C5C7A42" w14:textId="77777777" w:rsidR="00D133C2" w:rsidRDefault="00D133C2" w:rsidP="00D133C2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Style w:val="Odwoanieprzypisudolnego"/>
          <w:rFonts w:ascii="Cambria" w:hAnsi="Cambria"/>
          <w:sz w:val="14"/>
          <w:szCs w:val="14"/>
        </w:rPr>
        <w:footnoteRef/>
      </w:r>
      <w:r>
        <w:rPr>
          <w:rFonts w:ascii="Cambria" w:hAnsi="Cambria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5D64" w14:textId="77777777" w:rsidR="00D62A51" w:rsidRDefault="00D62A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7421" w14:textId="77777777" w:rsidR="001C7014" w:rsidRDefault="001C7014">
    <w:pPr>
      <w:pStyle w:val="Nagwek"/>
    </w:pPr>
    <w:r>
      <w:rPr>
        <w:noProof/>
      </w:rPr>
      <w:drawing>
        <wp:inline distT="0" distB="0" distL="0" distR="0" wp14:anchorId="48E05478" wp14:editId="611561F9">
          <wp:extent cx="5760720" cy="494665"/>
          <wp:effectExtent l="0" t="0" r="0" b="0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07393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C68C" w14:textId="77777777" w:rsidR="00D62A51" w:rsidRDefault="00D62A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323192335">
    <w:abstractNumId w:val="8"/>
  </w:num>
  <w:num w:numId="2" w16cid:durableId="693071237">
    <w:abstractNumId w:val="6"/>
  </w:num>
  <w:num w:numId="3" w16cid:durableId="957879857">
    <w:abstractNumId w:val="5"/>
  </w:num>
  <w:num w:numId="4" w16cid:durableId="1365523446">
    <w:abstractNumId w:val="4"/>
  </w:num>
  <w:num w:numId="5" w16cid:durableId="495653387">
    <w:abstractNumId w:val="7"/>
  </w:num>
  <w:num w:numId="6" w16cid:durableId="2073385047">
    <w:abstractNumId w:val="3"/>
  </w:num>
  <w:num w:numId="7" w16cid:durableId="1691487605">
    <w:abstractNumId w:val="2"/>
  </w:num>
  <w:num w:numId="8" w16cid:durableId="444619582">
    <w:abstractNumId w:val="1"/>
  </w:num>
  <w:num w:numId="9" w16cid:durableId="349181924">
    <w:abstractNumId w:val="0"/>
  </w:num>
  <w:num w:numId="10" w16cid:durableId="52363664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427"/>
    <w:rsid w:val="00034616"/>
    <w:rsid w:val="0006063C"/>
    <w:rsid w:val="00071CF2"/>
    <w:rsid w:val="00075A6B"/>
    <w:rsid w:val="00095F6F"/>
    <w:rsid w:val="00144B42"/>
    <w:rsid w:val="0015074B"/>
    <w:rsid w:val="00162CC4"/>
    <w:rsid w:val="00180D7D"/>
    <w:rsid w:val="001972ED"/>
    <w:rsid w:val="001A6B19"/>
    <w:rsid w:val="001B6B3F"/>
    <w:rsid w:val="001C7014"/>
    <w:rsid w:val="0029639D"/>
    <w:rsid w:val="002A741A"/>
    <w:rsid w:val="002F1E82"/>
    <w:rsid w:val="003159C4"/>
    <w:rsid w:val="00326F90"/>
    <w:rsid w:val="003C0905"/>
    <w:rsid w:val="003E3A7B"/>
    <w:rsid w:val="00427815"/>
    <w:rsid w:val="00452476"/>
    <w:rsid w:val="00493A6D"/>
    <w:rsid w:val="00497008"/>
    <w:rsid w:val="004C1C03"/>
    <w:rsid w:val="004E3E12"/>
    <w:rsid w:val="005800C3"/>
    <w:rsid w:val="00580271"/>
    <w:rsid w:val="00593D3B"/>
    <w:rsid w:val="005C6BCD"/>
    <w:rsid w:val="006014F5"/>
    <w:rsid w:val="00616FED"/>
    <w:rsid w:val="00641BAE"/>
    <w:rsid w:val="006576CC"/>
    <w:rsid w:val="006674C2"/>
    <w:rsid w:val="006962B1"/>
    <w:rsid w:val="006B66B4"/>
    <w:rsid w:val="006F0C0B"/>
    <w:rsid w:val="007016EA"/>
    <w:rsid w:val="007B40AE"/>
    <w:rsid w:val="007C150A"/>
    <w:rsid w:val="007E4BD7"/>
    <w:rsid w:val="007F7E66"/>
    <w:rsid w:val="00835E9E"/>
    <w:rsid w:val="0085315D"/>
    <w:rsid w:val="008533F5"/>
    <w:rsid w:val="00887AF3"/>
    <w:rsid w:val="008D1E40"/>
    <w:rsid w:val="008D2293"/>
    <w:rsid w:val="00931303"/>
    <w:rsid w:val="00935D14"/>
    <w:rsid w:val="009611F1"/>
    <w:rsid w:val="0098009C"/>
    <w:rsid w:val="009937A3"/>
    <w:rsid w:val="009C2D10"/>
    <w:rsid w:val="009E1C9E"/>
    <w:rsid w:val="00A03D49"/>
    <w:rsid w:val="00A524F0"/>
    <w:rsid w:val="00A56549"/>
    <w:rsid w:val="00A847C7"/>
    <w:rsid w:val="00AA1D8D"/>
    <w:rsid w:val="00AA2BAD"/>
    <w:rsid w:val="00B24075"/>
    <w:rsid w:val="00B47730"/>
    <w:rsid w:val="00B80D33"/>
    <w:rsid w:val="00B81E43"/>
    <w:rsid w:val="00BA77CE"/>
    <w:rsid w:val="00C041F7"/>
    <w:rsid w:val="00C33A64"/>
    <w:rsid w:val="00C41FDD"/>
    <w:rsid w:val="00CB0664"/>
    <w:rsid w:val="00CD0BA4"/>
    <w:rsid w:val="00CE3096"/>
    <w:rsid w:val="00D0530B"/>
    <w:rsid w:val="00D133C2"/>
    <w:rsid w:val="00D231A2"/>
    <w:rsid w:val="00D62A51"/>
    <w:rsid w:val="00DF486C"/>
    <w:rsid w:val="00E2571E"/>
    <w:rsid w:val="00E326B8"/>
    <w:rsid w:val="00E3778F"/>
    <w:rsid w:val="00E56C62"/>
    <w:rsid w:val="00E6794A"/>
    <w:rsid w:val="00F16DEA"/>
    <w:rsid w:val="00F32DF0"/>
    <w:rsid w:val="00F45410"/>
    <w:rsid w:val="00F724BA"/>
    <w:rsid w:val="00F97452"/>
    <w:rsid w:val="00FA6A77"/>
    <w:rsid w:val="00FB4D20"/>
    <w:rsid w:val="00FC693F"/>
    <w:rsid w:val="00FC7897"/>
    <w:rsid w:val="00FE7AF0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BDE363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rsid w:val="00D133C2"/>
    <w:pPr>
      <w:spacing w:after="0" w:line="240" w:lineRule="auto"/>
    </w:pPr>
    <w:rPr>
      <w:rFonts w:ascii="Times New Roman" w:eastAsia="Calibri" w:hAnsi="Times New Roman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D133C2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qFormat/>
    <w:rsid w:val="00D133C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1401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Gmina Szumowo</vt:lpstr>
    </vt:vector>
  </TitlesOfParts>
  <Manager/>
  <Company/>
  <LinksUpToDate>false</LinksUpToDate>
  <CharactersWithSpaces>9793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Gmina Szumowo</dc:title>
  <dc:subject/>
  <dc:creator/>
  <cp:keywords/>
  <dc:description/>
  <cp:lastModifiedBy/>
  <cp:revision>1</cp:revision>
  <dcterms:created xsi:type="dcterms:W3CDTF">2026-04-30T11:20:00Z</dcterms:created>
  <dcterms:modified xsi:type="dcterms:W3CDTF">2026-10-21T06:27:00Z</dcterms:modified>
  <cp:category/>
  <dc:language/>
</cp:coreProperties>
</file>